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9So/164/2014 z 27. 2. 2017</w:t>
      </w:r>
    </w:p>
    <w:p>
      <w:r>
        <w:t>Uznesenie Najvyššieho súdu SR z 27. februára 2017, sp. zn. 9So/164/2014, ECLI:SK:NSSR:2017:7014200216.1</w:t>
      </w:r>
    </w:p>
    <w:p>
      <w:r>
        <w:t>Súd: Najvyšší súd</w:t>
      </w:r>
    </w:p>
    <w:p>
      <w:r>
        <w:t>Spisová značka: 9So/164/2014</w:t>
      </w:r>
    </w:p>
    <w:p>
      <w:r>
        <w:t>ECLI: ECLI:SK:NSSR:2017:7014200216.1</w:t>
      </w:r>
    </w:p>
    <w:p>
      <w:r>
        <w:t>Dátum vydania: 27. 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9So/164/2014 Identifikačné číslo súdneho spisu: 7014200216 Dátum vydania rozhodnutia: 28. 02. 2017 Meno a priezvisko sudcu, VSÚ: JUDr. Viera Nevedelová ECLI: ECLI:SK:NSSR:2017:7014200216.1 Uznesenie Najvyšší súd Slovenskej republiky v právnej veci navrhovateľov: 1. O. S. bytom P. a 2. M. K., rod. S., bytom Z., ako právnych nástupcov po zomrelom navrhovateľovi M. S., zomr. XY, naposledy bytom P., proti odporkyni: Sociálna poisťovňa, ústredie, Ul. 29. augusta č. 8, Bratislava, o starobný dôchodok , na odvolanie navrhovateľa proti rozsudku Krajského súdu v Košiciach z 08. augusta 2014, č. k. 7Sd/11/2014-15, takto r o z h o d o l : Najvyšší súd Slovenskej republiky odvolacie konanie z a s t a v u j e. o d ô v o d n e n i e : Napadnutým rozsudkom z 08. augusta 2014, č. k. 7Sd/11/2014-15, krajský súd potvrdil rozhodnutie číslo XY z 22. januára 2014, ktorým odporkyňa priznala navrhovateľovi od 28. júna 2010 starobný dôchodok v sume 81 € mesačne. Navrhovateľ včas podaným odvolaním namietal správnosť rozsudku krajského súdu, žiadal ho zmeniť, zrušiť preskúmavané rozhodnutie odporkyne a vec jej vrátiť na ďalšie konanie. V priebehu odvolacieho konania navrhovateľ dňa XY zomrel a podľa potvrdenia notára povereného vykonaním úkonov v dedičskom konaní sú dedičmi po navrhovateľovi jeho manželka O. S., bytom P. a dcéra M. K., rod. S., bytom Z. V súlade s § 107 ods. 3 O.s.p. preto odvolací súd pokračoval v konaní s právnymi nástupkyňami navrhovateľa, O. S. a M. K., rod. S. Obe právne nástupkyne po navrhovateľovi podaním doručeným Najvyššiemu súdu Slovenskej republiky dňa 27.01.2017 oznámili súdu, že berú odvolanie proti rozsudku Krajského súdu v Košiciach z 08. augusta 2014, č. k. 7Sd/11/2014-15, späť a súhlasia so zastavením konania. Dňom 01.07.2016 nadobudol účinnosť zákon č. 162/2015 Z.z. Správny súdny poriadok (ďalej len „SSP“). Podľa § 492 ods. 1 SSP konania podľa tretej hlavy piatej časti Občianskeho súdneho poriadku začaté predo dňom nadobudnutia účinnosti tohto zákona sa dokončia podľa doterajších predpisov. Podľa § 207 ods. 2, 3 Občianskeho súdneho poriadku (O.s.p.) dokiaľ o odvolaní nebolo rozhodnuté, možno ho vziať späť. Ak niekto vzal odvolanie späť, nemôže ho podať znova. Ak sa odvolanie, o ktorom nebolo rozhodnuté, vzalo späť, odvolací súd odvolacie konanie zastaví. Vzhľadom na to, že právne nástupkyne navrhovateľa vzali odvolanie proti rozsudku krajského súdu späť v čase, keď o odvolaní ešte nebolo rozhodnuté, najvyšší súd ako súd odvolací odvolacie konanie zastavil. O náhrade trov odvolacieho konania rozhodol odvolací súd podľa § 146 ods. 1 písm. c) O.s.p. Poučenie: Proti tomuto uzneseniu nie je prípustný opravný prostriedok.</w:t>
      </w:r>
    </w:p>
    <w:p/>
    <w:p>
      <w:r>
        <w:t>Zdroj: KAUZIS.SK – https://www.kauzis.sk/judikatura/r/ECLI:SK:NSSR:2017:7014200216.1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