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Najvyššieho súdu SR sp. zn. 3Sžo/108/2015 z 15. 1. 2018</w:t>
      </w:r>
    </w:p>
    <w:p>
      <w:r>
        <w:t>Opravné uznesenie Najvyššieho súdu SR z 15. januára 2018, sp. zn. 3Sžo/108/2015, ECLI:SK:NSSR:2018:2013200780.2</w:t>
      </w:r>
    </w:p>
    <w:p>
      <w:r>
        <w:t>Súd: Najvyšší súd</w:t>
      </w:r>
    </w:p>
    <w:p>
      <w:r>
        <w:t>Spisová značka: 3Sžo/108/2015</w:t>
      </w:r>
    </w:p>
    <w:p>
      <w:r>
        <w:t>ECLI: ECLI:SK:NSSR:2018:2013200780.2</w:t>
      </w:r>
    </w:p>
    <w:p>
      <w:r>
        <w:t>Dátum vydania: 15. 1. 2018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Najvyšší súd Spisová značka: 3Sžo/108/2015 Identifikačné číslo súdneho spisu: 2013200780 Dátum vydania rozhodnutia: 16. 01. 2018 Meno a priezvisko sudcu, VSÚ: JUDr. Jozef Milučký ECLI: ECLI:SK:NSSR:2018:2013200780.2 Opravné uznesenie Najvyšší súd Slovenskej republiky v právnej veci žalobcu: 1/ Ing. U. W., bytom D., 2/ G. W., bytom D., 3/ D.C., bytom J., všetci právne zastúpení advokátskou kanceláriou AK MS, s.r.o., so sídlom Galandova 3, 811 06 Bratislava, IČO: 47 237 767, proti žalovanému: Okresný úrad Trnava, odbor opravných prostriedkov, referát katastra nehnuteľností, so sídlom Vajanského 2, 917 02 Trnava, za účasti: Československá obchodná banka, a.s., so sídlom Michalská 18, 815 63 Bratislava, IČO: 36 854 140, o preskúmanie zákonnosti rozhodnutia žalovaného č. Xo 10/2013 zo dňa 09.09.2013, konajúc o odvolaní žalobcu proti rozsudku Krajského súdu v Trnave č. k. 14S/141/2013-84 zo dňa 18. 12.2014, o vydanie opravného uznesenia, takto r o z h o d o l : Najvyšší súd Slovenskej republiky o p r a v u j e výrok 1 a 2 rozsudku Najvyššieho súdu Slovenskej republiky sp. zn. 3Sžo/108/2015 zo dňa 20.09.2017 tak, že správne má znieť nasledovne: „Najvyšší súd Slovenskej republiky prvý výrok rozsudku Krajského súdu v Trnave č. k. 14S/141/2013-84 zo dňa 18. decembra 2014 m e n í tak, že žalobu z a m i e t a. Rozsudok Krajského súdu v Trnave č. k. 14S/141/2013-84 zo dňa 18. decembra 2014 v druhom výroku zostáva nedotknutý.“ o d ô v o d n e n i e : Najvyšší súd Slovenskej republiky rozsudkom sp. zn. 3Sžo/108/2015 zo dňa 20.09.2017 zmenil rozsudok Krajského súdu v Trnave č. k. 14S/141/2013-84 zo dňa 18.12.2014 tak, že žalobu zamieta s tým, že druhý výrok napadnutého rozsudku zostáva nedotknutý. Zároveň žalobcom a účastníkovi Československá obchodná banka, a. s. nepriznal náhradu trov konania. Po vrátení veci Krajskému súdu v Trnave, podaním z 05.12. 2017 Krajský súd v Trnave predložil spisový materiál tunajšiemu súdu z dôvodu vydania opravného uznesenia, nakoľko vo výroku 1 a 2 rozsudku najvyššieho súdu sp. zn. 3Sžo/108/2015 zo dňa 20.09.2017 došlo k chybe v písaní, keď namiesto správneho čísla napadnutého rozsudku Krajského súdu v Trnave č. k. 14S/141/2013-84 vo výroku 1 a 2 uviedol nesprávne číslo č. k. 4S/141/2013-84. Podľa § 246c ods. 1 veta prvá Občianskeho súdneho poriadku (ďalej len „O.s.p.“), pre riešenie otázok, ktoré nie sú priamo upravené v tejto časti, sa použijú primerane ustanovenia prvej, tretej a štvrtej časti tohto zákona. Podľa § 164 O. s. 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 s. p. ak nie je ďalej ustanovené inak, použijú sa na uznesenie primerane ustanovenia o rozsudku. Na základe podania Krajského súdu v Trnave, Najvyšší súd Slovenskej republiky postupom podľa § 164 O.s.p. opravil chybu v písaní v písomnom vyhotovení rozsudku sp. zn. 3Sžo/108/2015 zo dňa 20.09.2017, keď vo výroku 1 a 2 uviedol nesprávne číslo rozsudku Krajského súdu v Trnave č. k. 4S/141/2013-84, pričom správne malo byť uvedené číslo napadnutého rozsudku č. k. 14S/141/2013-84. Toto rozhodnutie prijal senát Najvyššieho súdu Slovenskej republiky v pomere hlasov 3:0 (§ 3 ods. 9 veta tretia zák. č. 757/2004 o súdoch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https://www.kauzis.sk/judikatura/r/ECLI:SK:NSSR:2018:2013200780.2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