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9So/172/2015 z 30. 1. 2018</w:t>
      </w:r>
    </w:p>
    <w:p>
      <w:r>
        <w:t>Uznesenie Najvyššieho súdu SR z 30. januára 2018, sp. zn. 9So/172/2015, ECLI:SK:NSSR:2018:8015200313.2</w:t>
      </w:r>
    </w:p>
    <w:p>
      <w:r>
        <w:t>Súd: Najvyšší súd</w:t>
      </w:r>
    </w:p>
    <w:p>
      <w:r>
        <w:t>Spisová značka: 9So/172/2015</w:t>
      </w:r>
    </w:p>
    <w:p>
      <w:r>
        <w:t>ECLI: ECLI:SK:NSSR:2018:8015200313.2</w:t>
      </w:r>
    </w:p>
    <w:p>
      <w:r>
        <w:t>Dátum vydania: 30. 1. 2018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Najvyšší súd Spisová značka: 9So/172/2015 Identifikačné číslo súdneho spisu: 8015200313 Dátum vydania rozhodnutia: 31. 01. 2018 Meno a priezvisko sudcu, VSÚ: JUDr. Judita Kokolevská ECLI: ECLI:SK:NSSR:2018:8015200313.2 Uznesenie Najvyšší súd Slovenskej republiky v právnej veci navrhovateľa: O. K., r.č. XX XX XX XXX, trvale bytom A. I. č. 5, XXX XX Z., proti odporkyni: Sociálnej poisťovni ústrediu v Bratislave, ul. 29. augusta č. 8, 813 63 Bratislava, o starobný dôchodok, o odvolaní odporkyne proti rozsudku Krajského súdu v Prešove č.k. 2Sd/24/2015-12 z 22. apríla 2015, takto r o z h o d o l : Najvyšší súd Slovenskej republiky odvolacie konanie zastavuje. Žiaden z účastníkov n e m á p r á v o na náhradu trov odvolacieho konania. o d ô v o d n e n i e : Rozsudkom Krajského súdu v Prešove č.k. 2Sd/24/2015-12 z 22. apríla 2015 bolo zrušené rozhodnutie odporkyne zo dňa 25. februára 2015 č. XXX XXX XXXX X podľa § 250j ods. 2 písm. a) O.s.p. a vec vrátená odporkyni na ďalšie konanie. Proti tomuto rozsudku sa odporkyňa v zákonnej lehote odvolala nestotožňujúc sa s právnym názorom krajského súdu. Poukázala zároveň na skutkovú odlišnosť prejednávanej veci a v rozsudku citovanej judikatúry. K odvolaniu navrhovateľky sa vyjadril navrhovateľ, tvrdiac že napadnutý rozsudok je vecne správny a z tohto dôvodu navrhol, aby bol tento odvolacím súdom potvrdený. Podaním doručeným tunajšiemu súdu 22. decembra 2017 vzala odporkyňa svoje odvolanie proti rozsudku Krajského súdu v Prešove č.k. 2Sd/24/2015-12 z 22. apríla 2015 späť. Podľa § 492 ods. 2 zákona č. 162/2015 Z.z. Správneho súdneho poriadku (ďalej len „SSP") odvolacie konania podľa piatej časti Občianskeho súdneho poriadku začaté predo dňom nadobudnutia účinnosti tohto zákona sa dokončia podľa doterajších predpisov. Keďže v prejednávanej veci začalo odvolacie konanie pred nadobudnutím účinnosti SSP, odvolací súd koná podľa ustanovení Občianskeho súdneho poriadku (ďalej len „O.s.p."). Podľa § 246c ods. 1 veta prvá O. s. p. pre riešenie otázok, ktoré nie sú priamo upravené v tejto časti, sa použijú primerane ustanovenia prvej, tretej a štvrtej časti tohto zákona. Podľa § 207 ods. 2 O. s. p. dokiaľ o odvolaní nebolo rozhodnuté, možno ho vziať späť. Ak niekto vzal odvolanie späť, nemôže ho podať znova. Podľa § 207 ods. 3 O. s. p. ak sa odvolanie, o ktorom nebolo rozhodnuté, vzalo späť, odvolací súd odvolacie konanie zastaví. Vzhľadom na to, že k späťvzatiu odvolania došlo pred rozhodnutím odvolacieho súdu, Najvyšší súd Slovenskej republiky, ako súd odvolací (§ 10 ods. 2 O. s. p.), odvolacie konanie podľa § 207 ods. 3 O. s. p. v spojení s § 246c ods. 1 veta prvá O. s. p. zastavil. O náhrade trov odvolacieho konania rozhodol Najvyšší súd Slovenskej republiky podľa § 224 ods. 1 O. s. p. v spojení s § 146 ods. 1 písm. c) O. s. p. a s použitím § 246c ods. 1 vety prvej O. s. p. tak, že náhradu trov nepriznal žiadnemu účastníkovi konania, keďže navrhovateľovi žiadne trovy nevznikli. Toto rozhodnutie bolo prijaté pomerom hlasov 3 : 0 . Poučenie: Proti tomuto uzneseniu opravný prostriedok nie je prípustný.</w:t>
      </w:r>
    </w:p>
    <w:p/>
    <w:p>
      <w:r>
        <w:t>Zdroj: KAUZIS.SK – https://www.kauzis.sk/judikatura/r/ECLI:SK:NSSR:2018:8015200313.2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