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Banská Bystrica sp. zn. 1T/45/2023 z 27. 9. 2023</w:t>
      </w:r>
    </w:p>
    <w:p>
      <w:r>
        <w:t>Rozsudok Okresného súdu Banská Bystrica z 27. septembra 2023, sp. zn. 1T/45/2023, ECLI:SK:OSBB:2023:6123010643.2</w:t>
      </w:r>
    </w:p>
    <w:p>
      <w:r>
        <w:t>Súd: Okresný súd Banská Bystrica</w:t>
      </w:r>
    </w:p>
    <w:p>
      <w:r>
        <w:t>Spisová značka: 1T/45/2023</w:t>
      </w:r>
    </w:p>
    <w:p>
      <w:r>
        <w:t>ECLI: ECLI:SK:OSBB:2023:6123010643.2</w:t>
      </w:r>
    </w:p>
    <w:p>
      <w:r>
        <w:t>Dátum vydania: 27. 9. 2023</w:t>
      </w:r>
    </w:p>
    <w:p>
      <w:r>
        <w:t>Forma: Rozsudok</w:t>
      </w:r>
    </w:p>
    <w:p>
      <w:r>
        <w:t>Oblasť práva: Trestné právo</w:t>
      </w:r>
    </w:p>
    <w:p>
      <w:pPr>
        <w:pStyle w:val="Heading2"/>
      </w:pPr>
      <w:r>
        <w:t>Text rozhodnutia</w:t>
      </w:r>
    </w:p>
    <w:p>
      <w:r>
        <w:t>Súd: Okresný súd Banská Bystrica Spisová značka: 1T/45/2023 Identifikačné číslo súdneho spisu: 6123010643 Dátum vydania rozhodnutia: 28. 09. 2023 Meno a priezvisko sudcu, VSÚ: JUDr. Peter Philadelphy ECLI: ECLI:SK:OSBB:2023:6123010643.2 ROZSUDOK V MENE SLOVENSKEJ REPUBLIKY Okresný súd Banská Bystrica rozhodujúc samosudcom JUDr. D. D., na hlavnom pojednávaní konanom dňa 28. septembra 2023 v trestnej veci obžalovaného D. Š., U.. XX. XX. XXXX, takto: r o z h o d o l : Obžalovaný: D. Š., nar. XX. XX. XXXX H. R. R., F. R. T. G. XXX, O. R. R., u z n á v a sa z a v i n n é h o, ž e 1/ dňa 06. 02. 2022 v čase o 17.50 h v obci Horná Mičiná, okres Banská Bystrica na ulici pred bytovým domom s popisným Č. XXX, po predchádzajúcom slovnom konflikte fyzicky napadol G. H., U.. XX. XX. XXXX, tak, že ho jedenkrát udrel teleskopickým obuškom do oblasti hlavy na pravú hornú časť čela, pričom počas útoku sa mu vyhrážal zabitím, čím týmto konaním u neho vzbudil dôvodnú obavu o život a zdravie a podľa odborného vyjadrenia mu spôsobil pomliaždenie čela vpravo s hematómom a odreninou a pomliaždenie pravého ramena bez vonkajších známok traumy, ktoré zranenia si vyžiadali dobu liečby v trvaní 6 dní, 2/ dňa 06. 02. 2022 v čase o 18.50 h dňa 06. 02. 2022 v obci Horná Mičiná, okres Banská Bystrica na ulici pred bytovým domom s popisným Č.E. XXX, po predchádzajúcom slovnom konflikte fyzicky napadol C. H., U.. XX. XX. XXXX tak, že so slovami zabijem ťa, ho jedenkrát udrel teleskopickým obuškom po pravej ruke, ktorou sa Jozef Vyšný bránil, následne ho udrel na pravú stranu rebier a keď sa Jozef Vyšný otočil chrbtom, ta ho niekoľkokrát udrel aj po chrbte, následkom čoho padol na zem, čím týmto konaním u neho vzbudil dôvodnú obavu o život a zdravie a podľa odborného vyjadrenia mu spôsobil pomliaždenie chrbta ruky v oblasti záprstno-prstových kĺbov 2 a 3 prsta vľavo s hematómom a dvakrát povrchovú tržnú ranu lakťa vľavo o veľkosti 3 cm a 1 cm, ktoré zranenia si vyžiadali dobu liečby v trvaní 12 dní, t e d a v bode 1./ a 2./ inému úmyselne ublížil na zdraví, pričom v 1. bode dopustil sa konania, ktoré bezprostredne smerovalo k dokonaniu trestného činu, ktorého sa dopustil v úmysle inému úmyselne ublížiť na zdraví, ale k dokonaniu trestného činu nedošlo, inému sa vyhrážal smrťou takým spôsobom, že to mohlo vzbudiť dôvodnú obavu, a taký čin spáchal závažnejším spôsobom konania - so zbraňou, dopustil sa na mieste verejnosti prístupnom hrubej neslušnosti tým, že napadol iného, pričom v takom konaní pokračoval, č í m s p á c h a l v bode 1./ a 2./ pokračovací prečin ublíženia na zdraví podľa § 156 ods. 1 Trestného zákona, pričom v bode 1 v štádiu pokusu podľa § 14 ods. 1 k § 156 ods. 1 Trestného zákona, pokračovací prečin nebezpečného vyhrážania podľa § 360 ods. 1, ods. 2 písm. a) Trestného zákona s poukazom na § 138 písm. a) Trestného zákona, pokračovací prečin výtržníctva podľa § 364 ods. 1 písm. a) Trestného zákona. Za to sa o d s u d z u j e: Podľa § 364 ods. 1 Tr. zákona s poukazom na § 36 písm. l) Tr. zákona, § 38 ods. 2, 3, a 8 Tr. zákona, § 41 ods. 1 Tr. zákona, § 56 ods. 2 Tr. zákona na úhrnný peňažný trest vo výške 500 (päťsto) Eur. Podľa § 57 ods. 3 Tr. zákona, pre prípad, že by výkon peňažného trestu mohol byť úmyselne zmarený, súd ustanovuje náhradný trest odňatia slobody v trvaní 30 dní. Podľa § 287 ods. 1 Tr. poriadku súd ukladá obžalovanému povinnosť nahradiť poškodenej Všeobecnej zdravotnej poisťovni a. s. so sídlom Panónska cesta 2, 851 04 Bratislava, IČO:35 937 874 na číslo účtu: SK22 8180 0000 0070 0022 1577, variabilný symbol: 2221021001 škodu vo výške 208,66 Eur. o d ô v o d n e n i e : Podľa § 172 ods. 2 Tr. poriadku samosudca vyhotovil zjednodušený písomný rozsudok, ktorý neobsahuje odôvodnenie, nakoľko obžalovaný, obhajca, ako aj prokurátor sa po vyhlásení rozsudku vzdali práva podať vo veci odvolanie. Poučenie: Proti tomuto rozsudku je prípustné odvolanie v lehote 15 dní odo dňa jeho oznámenia. Pretože oprávnené osoby sa po oznámení rozsudku výslovne vzdali svojho práva podať vo veci opravný prostriedok, bolo by prípadné odvolanie právne neúčinné.</w:t>
      </w:r>
    </w:p>
    <w:p/>
    <w:p>
      <w:r>
        <w:t>Zdroj: KAUZIS.SK – https://www.kauzis.sk/judikatura/r/ECLI:SK:OSBB:2023:6123010643.2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