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55Ek/1017/2023 z 10. 9. 2024</w:t>
      </w:r>
    </w:p>
    <w:p>
      <w:r>
        <w:t>Uznesenie Okresného súdu Banská Bystrica z 10. septembra 2024, sp. zn. 55Ek/1017/2023, ECLI:SK:OSBB:2024:6123291908.2</w:t>
      </w:r>
    </w:p>
    <w:p>
      <w:r>
        <w:t>Súd: Okresný súd Banská Bystrica</w:t>
      </w:r>
    </w:p>
    <w:p>
      <w:r>
        <w:t>Spisová značka: 55Ek/1017/2023</w:t>
      </w:r>
    </w:p>
    <w:p>
      <w:r>
        <w:t>ECLI: ECLI:SK:OSBB:2024:6123291908.2</w:t>
      </w:r>
    </w:p>
    <w:p>
      <w:r>
        <w:t>Dátum vydania: 10. 9.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55Ek/1017/2023 6123291908 10. 09. 2024 Mgr. Tomáš Kurec ECLI:SK:OSBB:2024:6123291908.2</w:t>
      </w:r>
    </w:p>
    <w:p>
      <w:r>
        <w:t>Uznesenie Okresný súd Banská Bystrica v exekučnej veci oprávneného: A. A., nar. XX.XX.XXXX, trvale bytom B. XXXX/XX, XXX XX C., právne zastúpený JUDr. Martinom Olosom, advokátom, IČO: 42 055 148, so sídlom Karola Kašjaka 1, 013 13 Rajecké Teplice proti povinnému: A. D., nar. XX.XX.XXXX, trvale bytom E. XXXX/X, XXX XX C. o vymoženie 2.400,- EUR s prísl. a trov exekúcie vedenej súdnym exekútorom JUDr. Margitou Rojčekovou, so sídlom A. Kmeťa 11, 010 01 Žilina, IČO: 37 799 622, ktorý ju vedie pod sp. zn. 141EX 226/23 o námietkach povinného proti upovedomeniu o uložení donucovacieho opatrenia sp. zn. 141EX 226/23 zo dňa 20.06.2023, takto rozhodol: I. Súd v y h o v u j e námietkam povinného proti upovedomeniu o uložení donucovacieho opatrenia sp. zn. 141EX 226/23 zo dňa 20.06.2023. II. Súd z r u š u j e upovedomenie o uložení donucovacieho opatrenia sp. zn. 141EX 226/23 zo dňa 20.06.2023. odôvodnenie: 1. Oprávnený sa návrhom na vykonanie exekúcie doručeným súdu dňa 15.04.2023 domáhal od povinného vymoženia 2.400,- EUR s prísl. na základe exekučného titulu – platobného rozkazu Okresného súdu Žilina vydaného pod sp. zn. 25RO/412/2012 dňa 25.03.2013, ktorý nadobudol právoplatnosť dňa 18.04.2013 a vykonateľnosť dňa 18.04.2013 (ďalej ako „exekučný titul“). V tejto súvislosti je potrebné konštatovať, že ide o opätovný návrh na vykonanie exekúcie podaný po zastavení starej exekúcie, keďže exekúcia vo veci hore uvedených účastníkov vedená súdnym exekútorom JUDr. Jozefom Augustínom, Exekútorský úrad Žilina so sídlom Framborská 3605/41, 010 01 Žilina pod sp. zn. EX 10061/2013 a Okresným súdom Žilina pod sp. zn. 1Er/1185/20136 bola zastavená podľa zákona č. 233/2019 Z. z. o ukončení niektorých exekučných konaní a o zmene a doplnení niektorých zákonov (ďalej len „ZoUNEK“) . 2. Okresný súd Banská Bystrica dňa 21.04.2023 po preskúmaní návrhu na vykonanie exekúcie poveril vykonaním exekúcie súdneho exekútora JUDr. Margitu Rojčekovú, so sídlom A. Kmeťa 11, 010 01 Žilina, IČO: 37 799 622, vydaním poverenia pod sp. zn. 55Ek/1017/2023 s európskym spisovým identifikačným číslom: F.:G.:H.:XXXX:XXXXXXXXXX.X, ktorý vedie exekúciu pod sp. zn. 141EX 226/23. 3. Súdny exekútor na základe podania zo dňa 17.07.2023 predložil súdu Upovedomenie o uložení donucovacieho opatrenia sp. zn. 141EX 226/23 zo dňa 20.06.2023 (ďalej len „upovedomenie o uložení donucovacieho opatrenia“), Námietky povinného proti upovedomeniu o uložení donucovacieho opatrenia zo dňa 12.07.2023. Súd pri rozhodovaní o námietkach povinného proti upovedomeniu o uložení donucovacieho opatrenia vychádzal z dovtedajšieho spisového materiálu, ako aj z uvedených príloh predložených súdu v ich elektronickej podobe a príloh získaných z vlastnej činnosti. 4. Súdny exekútor vydal dňa 20.06.2023 upovedomenie o uložení donucovacieho opatrenia, ktorým uložil povinnému donucovanie opatrenie podľa § 43a ods. 1 písm. b) zákona č. 233/1995 Z. z. o súdnych exekútoroch a exekučnej činnosti (Exekučný poriadok) a o zmene a doplnení ďalších zákonov v znení neskorších predpisov (ďalej len „Exekučný poriadok“), a to zadržanie vodičského</w:t>
      </w:r>
    </w:p>
    <w:p>
      <w:r>
        <w:t>preukazu č. I. vydaného dňa 18.03.2011 OR PZ Žilina na dobu 1 roka a to z nasledovných dôvodov: Predmetná exekúcia začala dňa 21.04.2023 doručením poverenia súdnemu exekútorovi. Do dnešného dňa nebola zo strany povinného vykonaná žiadna, ani čiastočná úhrada na pohľadávku oprávneného. Upovedomenie o začatí exekúcie bolo povinnému doručené dňa 22.05.2023. Lehota na podanie návrhu na zastavenie exekúcie tak povinnému márne uplynula. Dotknutá povinnosť – úhrada peňažnej sumy v aktuálnej výške 6 523,39 EUR (vrátane príslušenstva) úplne odôvodňuje uloženie uvedeného donucovacieho opatrenia podľa § 43a ods. 1 písm. b) Exekučného poriadku, t. j. docieliť aby povinný nemohol využívať svoj vodičský preukaz keď nie je schopný dlhodobo uhradiť pohľadávku oprávneného. 5. Povinný podaním námietok proti upovedomeniu o uložení donucovacieho opatrenia vyjadril svoj nesúhlas s uložením donucovacieho opatrenia. Povinný uviedol, že rozhodnutím Úradu práce, sociálnych vecí a rodiny Žilina zo dňa 16.05.2023 bol uznaný za osobu s ťažkým zdravotným postihnutím s mierou funkčnej poruchy 80 % podľa prílohy č. 3 zákona o peňažných príspevkoch na kompenzáciu ťažkého zdravotného postihnutia časť III. bod 8 písmeno d). Vzhľadom na uvedené povinný vzniesol námietku proti uloženiu donucovacieho opatrenia podľa § 43a ods. 1 písmeno b) Exekučného poriadku, t. j. zadržaniu vodičského preukazu. Podľa § 43c ods. 6 písmeno b) donucovacie opatrenie nemožno vykonať voči osobe s ťažkým zdravotným postihnutím. 6. Súdny exekútor k námietkam povinného proti upovedomeniu o uložení donucovacieho opatrenia poskytol nasledovné vyjadrenie: „Súdny exekútor vydal dňa 20.06.2023 upovedomenie o uložení donucovacieho opatrenia (ďalej len „DO“) podľa písm. § 43a ods. 1 písm. b) zákona č. 233/1995 Z.z. (ďalej len „EP“). DO bolo povinnému doručené dňa 27.06.2023. Proti DO podal povinný v zákonnej lehote v súlade s poučením súdneho exekútora a zákonom námietky, ktoré boli súdnemu exekútorovi doručené dňa 12.07.2023. Predmetná exekúcia začala dňa 21.04.2023 doručením Poverenia na vykonanie exekúcie súdnemu exekútorovi. V rámci zisťovania majetku povinného nebol zistený jeho žiadny majetok. Voči povinnému je vedených celkom 12 exekúcií. Povinný spolu s námietkami súdnemu exekútorovi predložil Rozhodnutie Úradu práce, soc. Vecí a rodiny Žilina zo dňa 16.05.2023, ktorý, sa vyhovuje žiadosti povinného o vyhotovenie preukazu fyzickej osoby s ťažkým zdravotným postihnutím.“ 7. Podľa § 43a ods. 1 zákona č. 233/1995 Z. z. o súdnych exekútoroch a exekučnej činnosti (Exekučný poriadok) a o zmene a doplnení ďalších zákonov v znení neskorších predpisov (ďalej aj ako „Exekučný poriadok“), ak ide o exekúciu na vymoženie pohľadávky na výživnom alebo ak tento zákon predpokladá použitie donucovacích opatrení, exekútor môže uložiť tieto donucovacie opatrenia: a) peňažná pokuta, b) zadržanie vodičského preukazu, c) použitie technických prostriedkov brániacich užívaniu veci alebo d) zadržanie osvedčenia o evidencii vozidla časť I alebo časť II (ďalej len „osvedčenie o evidencii vozidla“). 8. Podľa § 43a ods. 2 Exekučného poriadku, donucovacie opatrenie sa uloží, ak možno predpokladať, že bez jeho použitia nedôjde k splneniu povinnosti, ktorej splnenie sa má vynútiť (ďalej len „dotknutá povinnosť“); exekútor alebo súd prihliadne najmä na význam dotknutej povinnosti a na primeranosť donucovacieho opatrenia dotknutej povinnosti. Pri uložení donucovacieho opatrenia sa dbá na to, aby donucovacie opatrenie viedlo k splneniu dotknutej povinnosti. Donucovacie opatrenia podľa odseku 1 písm. b) až d) možno uložiť až po tom, ako uložené donucovacie opatrenie podľa odseku 1 písm. a) neviedlo k splneniu dotknutej povinnosti, najskôr však po vydaní dodatku k povereniu podľa § 43c ods. 2; to neplatí, ak ide o exekúciu na vymoženie pohľadávky na výživnom alebo ak je voči povinnému vedená exekúcia na uspokojenie práva na peňažné plnenie. 9. Podľa § 43b ods. 1 Exekučného poriadku, proti upovedomeniu o uložení donucovacieho opatrenia môže povinný alebo osoba dotknutá donucovacím opatrením podať námietky u exekútora. Pri donucovacích opatreniach podľa § 43a ods. 1 písm. a), b) a d) majú námietky podané oprávnenou osobou v lehote 15 dní od doručenia upovedomenia o uložení donucovacieho opatrenia odkladný účinok. Ak na základe námietok exekútor upovedomenie o uložení donucovacieho opatrenia nezruší, predloží námietky spolu so svojím vyjadrením k nim do 10 dní súdu na rozhodnutie. Pred rozhodnutím o námietkach môže súd žiadať, aby exekútor vyjadrenie doplnil. 10. Podľa § 43b ods. 2 Exekučného poriadku, nedôvodné námietky súd uznesením zamietne. Námietky podané neoprávnenou osobou alebo námietky založené na okolnostiach, ktoré v konaní súd už skôr posúdil, súd odmietne. Ak sú námietky dôvodné, súd upovedomenie o uložení donucovacieho opatrenia zruší a zároveň môže exekútorovi uložiť, ako ďalej postupovať. 11. Podľa § 43c ods. 6 Exekučného poriadku, donucovacie opatrenia podľa § 43a ods. 1 písm. b) až d) nemožno vykonať voči a) osobe, u ktorej sa preukáže, že podstatná časť príjmov tejto osoby je priamo podmienená držbou vodičského preukazu, oprávneným užívaním veci, ktorej užívaniu má byť bránené použitím technických prostriedkov, alebo držbou osvedčenia o evidencii vozidla, b) osobe s ťažkým zdravotným postihnutím.</w:t>
      </w:r>
    </w:p>
    <w:p>
      <w:r>
        <w:t>12. Súd preskúmal námietky povinného a konštatuje, že boli podané v zákonom stanovenej 15-dňovej lehote podľa § 43b ods. 1 Exekučného poriadku a sú dôvodné. 13. Novelou Exekučného poriadku účinnou od 01.04.2023 sa zaviedla všeobecná úprava donucovacích opatrení, ktoré je exekútor (v prípade peňažnej pokuty aj súd) v exekučnom konaní oprávnený použiť na účel vynútenia splnenia uloženej (zákonom, súdom alebo exekútorom) povinnosti povinnému alebo štatutárovi (§ 40 ods. 2), vrátane procesných pravidiel ukladania týchto donucovacích opatrení. Súčasne sa upravuje oprávnenie exekútora navrhnúť súdu uloženie donucovacieho opatrenia vo forme peňažnej pokuty povinnému alebo štatutárovi, ak to považuje vzhľadom na význam dotknutej povinnosti, prípadne vzhľadom na konkrétne skutkové okolnosti prípadu za potrebné a nevyhnutné pre splnenie účelu donucovacieho opatrenia a teda pre donútenie povinnej osoby splniť dotknutú povinnosť. Základnou funkciou donucovacích opatrení je predovšetkým funkcia prevenčná, nakoľko majú pôsobiť preventívne, a až po nesplnení dotknutej povinnosti nastupuje funkcia represívna. Donucovacie opatrenia majú slúžiť na vynútenie a upevnenie súdnej autority, vrátane autority exekútora ako osoby určenej a splnomocnenej štátom na vykonávanie núteného výkonu exekučných titulov, ktorá je v právnom štáte súčasťou súdnej moci, a tým majú viesť k rýchlemu a efektívnemu plneniu povinností povinných osôb v exekučnom konaní a súčasne k rýchlej a účinnej ochrane práv a oprávnených záujmov dotknutých osôb, najmä k rýchlemu, hospodárnemu a efektívnemu vymoženiu nárokov vymedzených v exekučnom titule. 14. Základnou podmienkou pre uloženie donucovacieho opatrenia je existencia odôvodneného predpokladu, že bez jeho použitia nedôjde k splneniu povinnosti, ktorá je nevyhnutná pre vedenie a ukončenie exekučného konania, najmä ak k splneniu povinnosti nedôjde v lehote ustanovenej zákonom, určenej súdom alebo exekútorom (dotknutá povinnosť) bez existencie objektívnych dôvodov (pokiaľ má exekútor preukázané objektívne dôvody neplnenia dotknutej povinnosti, na túto skutočnosť musí prihliadať). Vzhľadom na uvedené je nevyhnutné, aby osoba, od ktorej sa vynucuje, resp. požaduje splnenie povinnosti, bola informovaná a poučená o tom, že nesplnenie dotknutej povinnosti môže mať za následok uloženie konkrétneho donucovacieho opatrenia. Pri posudzovaní uloženého donucovacieho opatrenia musí súd prihliadať na zásadu vyváženosti a primeranosti, nakoľko pri ukladaní donucovacieho opatrenia je nutné posudzovať najmä vyváženosť a primeranosť vzťahu donucovacieho opatrenia (druh a výška) k dotknutej povinnosti a k účelu, ktorý má byť uložením konkrétneho donucovacieho opatrenia naplnený (t. j. či uloženie konkrétneho donucovacieho opatrenia alebo jeho rozsah bude viesť k splneniu dotknutej povinnosti, či uložené donucovacie opatrenie alebo jeho rozsah nie je neprimerané vo vzťahu k dotknutej povinnosti, a pod.). 15. V zmysle vyššie citovaných zákonných ustanovení Exekučný poriadok umožňuje súdnemu exekútorovi uložiť donucovacie opatrenia a) pri exekúcii na vymoženie pohľadávky na výživnom a b) ak to predpokladá Exekučný poriadok, t.j. na miestach, kde to vyslovene pripúšťa. Takýmto prípadom je 1.) exekúcia na uspokojenie práv na nepeňažné plnenie vo všeobecnosti (§ 180 ods. 3 Exekučného poriadku) a pri peňažnej exekúcii je to len v prípadoch 2.) neposkytnutí súčinnosti povinného (§ 40 ods. 3 Exekučného poriadku) a 3.) pri vyhlásení o majetku (§ 41 ods. 6 Exekučného poriadku). 16. Uloženie donucovacieho opatrenia pri peňažnej exekúcii spočívajúce v zadržaní vodičského preukazu podľa názoru exekučného súdu nesleduje účel donucovacích opatrení, ktorým je splnenie povinnosti, ktorá je nevyhnutná pre vedenie exekúcie a ukončenie exekučného konania. Účelom donucovacieho opatrenia pri peňažných exekúciách nemá byť sankcionovanie povinného za nesplnenie povinnosti uloženej mu exekučným titulom, pričom Exekučný poriadok ani nepripúšťa vymáhať splnenie peňažnej povinnosti prostredníctvom donucovacích opatrení. 17. Navyše po oboznámení sa s obsahom námietok povinného, predmetného upovedomenia, a vyjadrenia súdneho exekútora súd dospel k záveru, že predmetné upovedomenie bolo zároveň vydané nielen nedôvodne, ale aj nezákonne, nakoľko pri osobe povinného sa na základe ním preložených dôkazov jedná o osobu ťažko zdravotne postihnutú, pri ktorých Exekučný poriadok uloženie tohto typu donucovacieho opatrenia priamo vylučuje. 18. Vzhľadom na uvedené, súd mal za to, že uloženie donucovacieho opatrenia nebolo v súlade s Exekučným poriadkom a preto súd vyhovel námietkam povinného a zrušil upovedomenie o uložení donucovacieho opatrenia, tak ako je uvedené vo výrokovej časti tohto uznesenia. Poučenie: Proti tomuto rozhodnutiu je prípustné podať sťažnosť v lehote 15 dní od doručenia uznesenia na Okresnom súde Banská Bystrica.</w:t>
      </w:r>
    </w:p>
    <w:p>
      <w:r>
        <w:t>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https://www.kauzis.sk/judikatura/r/ECLI:SK:OSBB:2024:6123291908.2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