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Platobný rozkaz Okresného súdu Banská Bystrica sp. zn. 4Csp/43/2025 z 24. 11. 2025</w:t>
      </w:r>
    </w:p>
    <w:p>
      <w:r>
        <w:t>Platobný rozkaz Okresného súdu Banská Bystrica z 24. novembra 2025, sp. zn. 4Csp/43/2025, ECLI:SK:OSBB:2025:6125428811.1</w:t>
      </w:r>
    </w:p>
    <w:p>
      <w:r>
        <w:t>Súd: Okresný súd Banská Bystrica</w:t>
      </w:r>
    </w:p>
    <w:p>
      <w:r>
        <w:t>Spisová značka: 4Csp/43/2025</w:t>
      </w:r>
    </w:p>
    <w:p>
      <w:r>
        <w:t>ECLI: ECLI:SK:OSBB:2025:6125428811.1</w:t>
      </w:r>
    </w:p>
    <w:p>
      <w:r>
        <w:t>Dátum vydania: 24. 11. 2025</w:t>
      </w:r>
    </w:p>
    <w:p>
      <w:r>
        <w:t>Forma: Platobný rozkaz</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Banská Bystrica 4Csp/43/2025 6125428811 24. 11. 2025 JUDr. Mgr. Martina Rusnáková ECLI:SK:OSBB:2025:6125428811.1</w:t>
      </w:r>
    </w:p>
    <w:p>
      <w:r>
        <w:t>Platobný rozkaz Okresný súd Banská Bystrica, pracovisko Brezno, v spore: žalobca: Stredoslovenská energetika, a.s. IČO: 51 865 467 Pri Rajčianke 8591/4B Žilina 010 47 právne zast.: JUDr. Lenka Heřmánková IČO: 50 239 406 Košická 5590/56 Bratislava-Ružinov 821 08 proti žalovanému: A. B. nar. XX.XX.XXXX B. C. D. XXX B. C. D. XXX XX o zaplatenie 135,71 Eur s príslušenstvom, takto rozhodol: I. Žalovaný je p o v i n n ý do 15 dní odo dňa doručenia platobného rozkazu zaplatiť žalobcovi sumu 135,71 Eur spolu s úrokom z omeškania vo výške 7,90 % ročne zo sumy 135,71 Eur od 22.02.2025 do zaplatenia, alebo v tej istej lehote podať odpor s vecným odôvodnením na tomto súde. II. Žalovaný je p o v i n n ý do 15 dní odo dňa doručenia platobného rozkazu nahradiť žalobcovi na účet právneho zástupcu žalobcu trovy právneho zastúpenia vo výške 116,01 Eur a ostatné trovy konania vo výške 25 Eur. Poučenie: Súd týmto platobným rozkazom rozhodol iba na základe skutočností tvrdených žalobcom, o ktorých súd nemá pochybnosti. Ak nesúhlasíte s povinnosťou na zaplatenie peňažnej sumy uloženej Vám týmto platobným rozkazom (výrok I.), máte právo v lehote 15 dní odo dňa doručenia platobného rozkazu podať na súde, ktorý platobný rozkaz vydal, odpor proti platobnému rozkazu. Podaný odpor musí byť vecne odôvodnený. Vyjadrite sa v ňom, či uznávate aspoň časť voči Vám uplatnenému nároku alebo ho považujete za neopodstatnený v celom rozsahu, pripojte listiny na ktoré sa odvolávate, prípadne označte dôkazy na preukázanie svojich tvrdení. Súd odmietne odpor, ktorý bude podaný oneskorene, neoprávnenou osobou alebo bez vecného odôvodnenia. Ak nepodáte včas odpor s vecným odôvodnením, nadobudne tento platobný rozkaz právoplatnosť a na jeho základe bude môcť žalobca</w:t>
      </w:r>
    </w:p>
    <w:p>
      <w:r>
        <w:t>ako oprávnený viesť exekúciu na Váš majetok. Ak podáte včas odpor s vecným odôvodnením, súd platobný rozkaz zruší v celom rozsahu a nariadi na prejednanie veci pojednávanie. Ak v platobnom rozkaze nesúhlasíte len s výrokom o trovách konania (výrok II.), máte právo v lehote 15 dní odo dňa doručenia platobného rozkazu podať odvolanie proti výroku o trovách konania. Každé podanie, ktoré budete adresovať v priebehu konania súdu, môžete podať písomne, a to v elektronickej podobe do dátovej schránky súdu: ico://sk/00165735 alebo v listinnej podobe na adresu: Okresný súd Banská Bystrica, pracovisko Brezno, Kuzmányho 4, 977 01 Brezno, vždy ku konkrétnej spisovej značke.</w:t>
      </w:r>
    </w:p>
    <w:p/>
    <w:p>
      <w:r>
        <w:t>Zdroj: KAUZIS.SK – https://www.kauzis.sk/judikatura/r/ECLI:SK:OSBB:2025:6125428811.1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