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Banská Bystrica sp. zn. 33Ek/1388/2026 z 3. 9. 2026</w:t>
      </w:r>
    </w:p>
    <w:p>
      <w:r>
        <w:t>Uznesenie Okresného súdu Banská Bystrica z 3. septembra 2026, sp. zn. 33Ek/1388/2026, ECLI:SK:OSBB:2026:6126319084.1</w:t>
      </w:r>
    </w:p>
    <w:p>
      <w:r>
        <w:t>Súd: Okresný súd Banská Bystrica</w:t>
      </w:r>
    </w:p>
    <w:p>
      <w:r>
        <w:t>Spisová značka: 33Ek/1388/2026</w:t>
      </w:r>
    </w:p>
    <w:p>
      <w:r>
        <w:t>ECLI: ECLI:SK:OSBB:2026:6126319084.1</w:t>
      </w:r>
    </w:p>
    <w:p>
      <w:r>
        <w:t>Dátum vydania: 3. 9.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Banská Bystrica 33Ek/1388/2026 6126319084 03. 09. 2026 JUDr. Veronika Frenková ECLI:SK:OSBB:2026:6126319084.1</w:t>
      </w:r>
    </w:p>
    <w:p>
      <w:r>
        <w:t>Uznesenie Okresný súd Banská Bystrica v exekučnej veci oprávneného: Všeobecná zdravotná poisťovňa, a.s., so sídlom: Panónska cesta 2, 85104 Bratislava, IČO: 35937874 proti povinnému: A. B., nar. XX.XX.XXXX, bytom: XXXXX C. D. o vymoženie pohľadávky oprávneného vo výške 4776,45 Eur, o návrhu oprávneného na vykonanie exekúcie, takto rozhodol: I. Súd návrh oprávneného na vykonanie exekúcie z a m i e t a. II. Súd oprávnenému nárok na náhradu trov exekučného konania n e p r i z n á v a. odôvodnenie: 1. Oprávnený sa návrhom na vykonanie exekúcie doručeným súdu dňa 29.05.2026, domáhal od povinného vymoženia pohľadávky vo výške 4776,45 Eur na základe exekučného titulu - Rozsudok Okresného súdu Rimavská Sobota sp. zn. XXX/XXX/XXXX zo dňa 11.01.2024. 2. Rozsudok Okresného súdu Rimavská Sobota sp. zn. XXX/XXX/XXXX zo dňa 11.01.2024 bol súdu predložený spolu s doložkou právoplatnosti k predmetnému rozhodnutiu tak, že rozsudok nadobudol právoplatnosť dňa 18.06.2024 ohľadom viny a ochranného liečenia. Vykonateľnosť rozhodnutia vo vzťahu k náhrade škody na predloženej doložke vyznačená nebola. Súd výzvou zo dňa 05.06.2026 a opakovanou výzvou zo dňa 16.07.2026 vyzval oprávneného, aby v lehote 10 kal. dní od doručenia výzvy odstránil vady Návrhu na vykonanie exekúcie tak, že predloží doložku vykonateľnosti viažucu sa k výroku exekučného titulu, ktorý je predmetom návrhu na vykonanie exekúcie (náhrada škody). Súd oprávneného vo výzve poučil, že v prípade, ak v stanovenej lehote nebude v návrhu na vykonanie exekúcie vyššie uvedený nedostatok odstránený, súd návrh na vykonanie exekúcie v zmysle § 53 ods. 3 písm. a) Exekučného poriadku zamietne. 3. Výzva bola oprávnenému doručená dňa 05.06.2026 a opakovaná výzva bola oprávnenému doručená dňa 16.07.2026. Oprávnený do dnešného dňa súdu nepredložil doložku vykonateľnosti viažucu sa k exekučného titulu, ani nepožiadal o predĺženie lehoty na odstránenie vád návrhu na vykonanie exekúcie. 4. Podľa § 53 ods. 1 zákona č. 233/1995 Z. z. o súdnych exekútoroch a exekučnej činnosti (Exekučný poriadok) a o zmene a doplnení ďalších zákonov v znení neskorších predpisov (ďalej len „Exekučný poriadok"), súd preskúma návrh na vykonanie exekúcie a jeho prílohy. Ak nie sú dôvody na zamietnutie návrhu na vykonanie exekúcie, súd do 15 dní od doručenia návrhu vydá poverenie na vykonanie exekúcie a upovedomí o tom oprávneného. Lehota podľa druhej vety neplatí, ak ide o exekučný titul podľa § 45 ods. 2 písm. c) a d) alebo ak má byť exekúcia vykonaná na podklade exekučného titulu, ktorým sa priznal nárok zo zmenky proti povinnému, ktorý je fyzickou osobou. 5. Podľa § 53 ods. 3 písm. a) Exekučného poriadku, súd návrh na vykonanie exekúcie zamietne, ak zistí rozpor návrhu alebo exekučného titulu s týmto zákonom.</w:t>
      </w:r>
    </w:p>
    <w:p>
      <w:r>
        <w:t>6. Podľa § 53 ods. 4 prvá veta Exekučného poriadku, súd z dôvodov podľa odseku 3 návrh zamietne celkom alebo sčasti. 7. Podľa § 45 ods. 1 Exekučného poriadku, Exekučným titulom je vykonateľné rozhodnutie súdu, ak priznáva právo, zaväzuje k povinnosti alebo postihuje majetok. 8. Vzhľadom na zákonnú povinnosť súdu ustanovenú v § 53 ods. 1 Exekučného poriadku, súd preskúmal návrh na vykonanie exekúcie a jeho prílohy za účelom zistenia zákonných predpokladov na vydanie poverenia na vykonanie exekúcie. Súd v prvom rade prihliadol na to, či sú splnené podmienky, za ktorých môže súd konať (ďalej len „procesné podmienky“) v zmysle § 161 CSP. Následne skúmal, či návrh na vykonanie exekúcie a jeho prílohy netrpia niektorou z procesných vád podľa § 48 Exekučného poriadku, ktoré sú dôvodom na zamietnutie návrhu. 9. Exekučný súd po preskúmaní takto nastoleného skutkového stavu dospel k záveru, že oprávneným priložené rozhodnutie, ktoré má byť podkladom pre výkon exekúcie, nie je spôsobilé k udeleniu poverenia na výkon exekúcie, keď k predmetnému rozhodnutiu nie je vyznačený dátum vykonateľnosti tohto rozhodnutia, pričom zo strany oprávneného napriek výzve zo strany súdu, nebola k danému exekučnému titulu predložená doložka vykonateľnosti. 10. Vzhľadom na vyššie uvedené preto súd rozhodol tak, že návrh oprávneného na výkon exekúcie v zmysle ustanovenia § 53 ods. 3 písm. a) Exekučného poriadku v spojení ustanovením § 53 ods. 4 Exekučného poriadku v jeho celom rozsahu zamietol, keď oprávnený nepredložil napriek výzve konajúceho súdu exekučný titul – rozhodnutie všeobecného súdu SR, opatrené doložkou vykonateľnosti, následkom čoho súd nemá v konaní za preukázanú existenciu vykonateľnosti rozhodnutia, na podklade ktorého sa má exekúcia vykonať (ako je uvedené vo výroku I. tohto uznesenia). 11. Podľa § 199a ods. 1 Exekučného poriadku, trovami oprávneného sú výdavky na zastupovanie v exekučnom konaní v súvislosti s podaním návrhu na vykonanie exekúcie a v súvislosti s návrhom povinného na zastavenie exekúcie, výdavky na zaplatený súdny poplatok a hotové výdavky spojené s podaním návrhu na vykonanie exekúcie. 12. Podľa § 199b Exekučného poriadku, oprávnený a povinný v exekučnom konaní platia trovy, ktoré im v konaní vzniknú a trovy svojho zástupcu. 13. Podľa § 199d ods. 1 Exekučného poriadku, oprávnený má voči povinnému nárok na náhradu účelne vynaložených trov, ktoré v konaní platil, v rozsahu, v akom ich súd uviedol v poverení na vykonanie exekúcie alebo dodatku k povereniu na vykonanie exekúcie, ak ide o výdavky na zastupovanie v exekučnom konaní v súvislosti s návrhom povinného na zastavenie exekúcie. 14. Podľa § 35 ods. 1 prvá veta Exekučného poriadku, do vydania poverenia na vykonanie exekúcie je účastníkom konania oprávnený. 15. Keďže k zamietnutiu návrhu na vykonanie exekúcie došlo v čase pred vydaním poverenia na vykonanie exekúcie, keď iba oprávnený je účastníkom exekučného konania, a naviac sám oprávnený podal návrh na vykonanie exekúcie s vadou, pre ktorú súd poverenie na vykonanie exekúcie nevydal a ktorú možno pričítať oprávnenému, súd rozhodol tak, že oprávnenému nárok na náhradu trov exekučného konania nepriznal (ako je uvedené vo výroku II. tohto uznesenia). Poučenie: Proti tomuto rozhodnutiu je prípustné podať sťažnosť v lehote 15 dní od doručenia uznesenia na Okresnom súde Banská Bystrica. Sťažnosť môže podať ten, v koho neprospech bolo uznesenie vydané. Sťažnosť len proti dôvodom uznesenia nie je prípustná.</w:t>
      </w:r>
    </w:p>
    <w:p>
      <w:r>
        <w:t>V sťažnosti musí byť uvedené, ktorému súdu je určená, kto ju podáva, proti ktorému uzneseniu smeruje, v akom rozsahu sa napáda, v čom sa toto uznesenie alebo postup súdu považuje za nesprávny a čoho sa sťažovateľ domáha. V sťažnosti možno uvádzať nové skutočnosti a dôkazy, ak je to so zreteľom na povahu a okolnosti sporu možné a účelné.</w:t>
      </w:r>
    </w:p>
    <w:p/>
    <w:p>
      <w:r>
        <w:t>Zdroj: KAUZIS.SK – https://www.kauzis.sk/judikatura/r/ECLI:SK:OSBB:2026:6126319084.1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