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14Ps/83/2025 z 21. 7. 2025</w:t>
      </w:r>
    </w:p>
    <w:p>
      <w:r>
        <w:t>Uznesenie Okresného súdu Dunajská Streda z 21. júla 2025, sp. zn. 14Ps/83/2025, ECLI:SK:OSDS:2025:2225201982.2</w:t>
      </w:r>
    </w:p>
    <w:p>
      <w:r>
        <w:t>Súd: Okresný súd Dunajská Streda</w:t>
      </w:r>
    </w:p>
    <w:p>
      <w:r>
        <w:t>Spisová značka: 14Ps/83/2025</w:t>
      </w:r>
    </w:p>
    <w:p>
      <w:r>
        <w:t>ECLI: ECLI:SK:OSDS:2025:2225201982.2</w:t>
      </w:r>
    </w:p>
    <w:p>
      <w:r>
        <w:t>Dátum vydania: 21.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14Ps/83/2025 2225201982 21. 07. 2025 JUDr. Monika Jakubová ECLI:SK:OSDS:2025:2225201982.2</w:t>
      </w:r>
    </w:p>
    <w:p>
      <w:r>
        <w:t>Uznesenie Okresný súd Dunajská Streda vo veci starostlivosti o nesvojprávneho: A. B., nar. XX.X.XXXX, bytom C. D. D. A., zast. súdom ustanoveným opatrovníkom: Centrum Sociálnych služieb Jahodná, so sídlom Mlynská 240/75, o návrhu opatrovníka na ustanovenie kolízneho opatrovníka nesvojprávneho na uzatvorenie Dodatku č. 5 k Zmluve č. 37/2024 o poskytovaní sociálnej služby v Centre sociálnych služieb pre dospelých Jahodná, takto rozhodol: I. Súd u s t a n o v u j e nesvojprávnemu: A. B., nar. XX.X.XXXX, na 7uzatvorenie Dodatku č. 5 k Zmluve č. 37/2024 o poskytovaní sociálnej služby za kolízneho opatrovníka Obec Jahodná. II. Žiaden z účastníkov nemá nárok na náhradu trov konania. odôvodnenie: 1. Opatrovník nesvojprávneho (navrhovateľ) podal dňa 03.07.2025 osobne na podateľni tunajšieho súdu návrh, aby nesvojprávnemu bol ustanovený kolízny opatrovník, ktorý by zastupoval nesvojprávneho pri uzavretí dodatku č. 5 k zmluve o poskytovaní sociálnej služby, ktorú uzatvára s nesvojprávnym práve jeho opatrovník v zastúpení riaditeľom ústavu, čím dochádza k stretu záujmov zastupovaného a zástupcu. Pripojil písomný súhlas navrhovaného kolízneho opatrovníka - obec Jahodná zo dňa 01.07.2025. Dňa 07.07.2025 bolo doručené oznámenie o dočasnom pozastavení postupu vo veci ustanovenia podpísania dodatkov a dňa 16.07.2025 bolo doručené oznámenie o odstránení nedostatkov, spočívajúce v odstránení nesúladu v zaokrúhľovaní tzv, „vreckového“, spolu s opraveným textom príslušného dodatku k zmluve o poskytovaní sociálnej služby. 2. Vo veci bolo vykonané dokazovanie, keď bola oboznámená listina predložená navrhovateľom, a to text dodatku č. 5, písomný súhlas osoby navrhovanej k ustanoveniu, ako aj preštudovanie spisov týkajúcich sa nesvojprávneho a zistil nasledovný skutočný stav veci: 3. Nesvojprávny bol rozsudkom tunajšieho súdu z 8.10.1993, č. k. P/99/1993-11, právoplatným 21.10.1993, pozbavený spôsobilosti na právne úkony. Listinou tunajšieho súdu o ustanovení za opatrovníka z 2.4.2008, sp. zn. P/99/1993, bol nesvojprávnemu za opatrovníka ustanovený navrhovateľ. 4. Nesvojprávny je ubytovaný u opatrovníka - navrhovateľa, pričom je potrebné uzavrieť dodatok č. 5 k zmluve o poskytovaní sociálnej služby v zmysle zákona č. 448/2008 Z. z. Tu však ide o kolíziu záujmov medzi nesvojprávnym a jeho opatrovníkom, lebo jeho opatrovník je zároveň poskytovateľom sociálnej služby. 5. Podľa § 272 Civilného mimosporového poriadku č. 160/2015 Z. z. v aktuálnom znení (ďalej len „CMP“) súd ustanoví opatrovníka fyzickej osobe, ak tak ustanovuje osobitný predpis. 6. Podľa § 26 Občianskeho zákonníka č. 40/1964 Zb. v aktuálnom znení (ďalej len „OZ“) pokiaľ fyzické osoby nie sú spôsobilé na právne úkony, konajú za ne ich zákonní zástupcovia.</w:t>
      </w:r>
    </w:p>
    <w:p>
      <w:r>
        <w:t>7. Podľa § 27 ods. 2 OZ zákonným zástupcom fyzickej osoby, ktorú súd rozhodnutím pozbavil spôsobilosti na právne úkony alebo ktorej spôsobilosť na právne úkony súd rozhodnutím obmedzil, je súdom ustanovený opatrovník. 8. Podľa § 30 OZ ak dôjde k stretnutiu záujmov zákonného zástupcu so záujmami zastúpeného alebo ak k stretnutiu záujmov tých, ktorých zastupuje ten istý zákonný zástupca, ustanoví súd osobitného zástupcu. 9. Podľa ust. § 52 CMP žiaden z účastníkov nemá nárok na náhradu trov konania, ak tento zákon neustanovuje inak. 10. Podľa ust. § 58 CMP o nároku na náhradu a o výške trov konania rozhoduje súd v rozhodnutí, ktorým sa konanie končí. 11. Súd po vykonaní dokazovania dospel k záveru, že dodatok k zmluve o poskytovaní sociálnej služby je dvojstranný právny úkon medzi poskytovateľom a prijímateľom sociálnej služby, pričom ak poskytovateľom sociálnej služby je tá istá osoba, ktorá je zároveň súdom ustanoveným opatrovníkom nesvojprávneho, v takom prípade nepochybne dochádza k stretnutiu záujmov zákonného zástupcu so záujmami zastúpeného. Pretože z uvedeného dôvodu, je neprípustné, aby nesvojprávneho pri uskutočnení tohto právneho úkonu zastupoval zákonný zástupca /súdom ustanovený opatrovník/ súd postupoval podľa ust. § 30 OZ a ustanovil nesvojprávnemu osobitného zástupcu tzv. kolízneho opatrovníka, ktorý bude mať oprávnenie konať výlučne vo veci uzatvorenia dodatku k zmluve bližšie špecifikovaného vo výroku tohto rozhodnutia. Za kolízneho opatrovníka nesvojprávnej súd ustanovil obec Jahodná, ktorá s ustanovením vyslovila písomný súhlas (I. výrok). 12. Súd o trovách konania rozhodol podľa § 52 CMP tak, že žiaden z účastníkov nemá nárok na náhradu trov konania (II. výrok). Poučenie: Proti tomuto uzneseniu je prípustné odvolanie do XX dní odo dňa jeho doručenia cestou tunajšieho súdu (§ 362 ods. 1/ CSP). V odvolaní sa popri všeobecných náležitostiach podania (§ 127 CSP)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2/CSP). Odvolanie môže podať strana, v ktorej neprospech bolo rozhodnutie vydané (§ 362 ods. 1) CSP).</w:t>
      </w:r>
    </w:p>
    <w:p>
      <w:r>
        <w:t>Odvolanie možno odôvodniť aj tým, že súd prvej inštancie nesprávne alebo neúplne zistil skutočný stav veci (§ 62 ods. 1/ CMP). Odvolacie dôvody možno meniť a dopĺňať až do rozhodnutia o odvolaní (§ 62 ods. 3/ CMP). V odvolacom konaní možno uvádzať nové skutkové tvrdenia a predkladať nové dôkazné návrhy (§ 63 CMP). Odvolací súd nie je viazaný rozsahom odvolania vo veciach, v ktorých možno začať konanie aj bez návrhu (§ 65 CMP).</w:t>
      </w:r>
    </w:p>
    <w:p/>
    <w:p>
      <w:r>
        <w:t>Zdroj: KAUZIS.SK – https://www.kauzis.sk/judikatura/r/ECLI:SK:OSDS:2025:2225201982.2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