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Dunajská Streda sp. zn. 15P/3/2026 z 24. 2. 2026</w:t>
      </w:r>
    </w:p>
    <w:p>
      <w:r>
        <w:t>Rozsudok bez odôvodnenia Okresného súdu Dunajská Streda z 24. februára 2026, sp. zn. 15P/3/2026, ECLI:SK:OSDS:2026:2226200045.3</w:t>
      </w:r>
    </w:p>
    <w:p>
      <w:r>
        <w:t>Súd: Okresný súd Dunajská Streda</w:t>
      </w:r>
    </w:p>
    <w:p>
      <w:r>
        <w:t>Spisová značka: 15P/3/2026</w:t>
      </w:r>
    </w:p>
    <w:p>
      <w:r>
        <w:t>ECLI: ECLI:SK:OSDS:2026:2226200045.3</w:t>
      </w:r>
    </w:p>
    <w:p>
      <w:r>
        <w:t>Dátum vydania: 24. 2. 2026</w:t>
      </w:r>
    </w:p>
    <w:p>
      <w:r>
        <w:t>Forma: Rozsudok bez odôvodnenia</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Dunajská Streda 15P/3/2026 2226200045 24. 02. 2026 JUDr. Lenka Evinová ECLI:SK:OSDS:2026:2226200045.3</w:t>
      </w:r>
    </w:p>
    <w:p>
      <w:r>
        <w:t>Rozsudok bez odôvodnenia Okresný súd Dunajská Streda v konaní pred sudkyňou JUDr. Lenkou Evinovou v rodinnoprávnej veci navrhovateľky: A. B., C. D., nar. XX.XX.XXXX, trvalý pobyt: E. F. XXX/XX, E. G. a jej manžela: H. B., nar. XX.XX.XXXX, trvalý pobyt: E. F. XXX/XX, E. G., o rozvod manželstva a úpravu práv a povinností rodičov k maloletým deťom: 1/ I. J. B., nar. XX.XX.XXXX, 2/ K. J. B., nar. XX.XX.XXXX, 3/ J. L. B., nar. XX.XX.XXXX, 4/ M. N. B., nar. XX.XX.XXXX, v konaní zastúpené Úradom práce, sociálnych vecí a rodiny Dunajská Streda, takto rozhodol: I. Súd manželstvo navrhovateľky: A. B., C. D., nar. XX.XX.XXXX a jej manžela: H. B., nar. XX.XX.XXXX, uzatvorené dňa XX.XX.XXXX, zapísané v knihe manželstiev I. O. G. P., zväzok XX, ročník XXXX, str. XXX, poradové č. XXX r o z v á d z a. II. Súd s c h v a ľ u j e</w:t>
      </w:r>
    </w:p>
    <w:p>
      <w:r>
        <w:t>rodičovskú dohodu tohto znenia:</w:t>
      </w:r>
    </w:p>
    <w:p>
      <w:r>
        <w:t>„Maloleté deti: I. J. B., nar. XX.XX.XXXX, K. J. B., nar. XX.XX.XXXX, J. L. B., nar. XX.XX.XXXX, M. N. B., nar. XX.XX.XXXX sa na čas po rozvode zverujú do spoločnej osobnej starostlivosti oboch rodičov. Výživné na maloleté deti sa na čas trvania spoločnej osobnej starostlivosti oboch rodičov neurčuje.“ III.</w:t>
      </w:r>
    </w:p>
    <w:p>
      <w:r>
        <w:t>Žiaden z účastníkov</w:t>
      </w:r>
    </w:p>
    <w:p>
      <w:r>
        <w:t>n e m á nárok na náhradu trov konania.</w:t>
      </w:r>
    </w:p>
    <w:p>
      <w:r>
        <w:t>Poučenie: Proti výroku rozsudku, ktorým bola schválená dohoda rodičov, v súlade s ustanovením § 355 ods. 1 Civilného sporového poriadku v spojení s ustanovením § 122 Civilného mimosporového poriadku rodičia nie sú oprávnení podať odvolanie. Inak proti rozsudku nemožno podať odvolanie, nakoľko účastníci konania sa tohto svojho práva v súlade s ustanovením § 368 Civilného sporového poriadku po vyhlásení rozhodnutia pred súdom účinne vzdali. Písomné vyhotovenie rozhodnutia v zmysle § 221 písm. a/ Civilného sporového poriadku nemusí obsahovať odôvodnenie, ak je na pojednávaní vyhlásený rozsudok za prítomnosti všetkých strán alebo ich zástupcov, ktorí sa vzdajú odvolania. Ak povinný dobrovoľne nesplní čo mu ukladá vykonateľné rozhodnutie, oprávnený môže podať návrh na vykonanie exekúcie podľa Exekučného poriadku alebo návrh na nariadenie výkonu rozhodnutia podľa § 370 a nasl. C.m.p.. Rozsudok je v časti výživného vykonateľný doručením (§ 44 C.m.p.).</w:t>
      </w:r>
    </w:p>
    <w:p>
      <w:r>
        <w:t>Manžel, ktorý pri uzavretí manželstva prijal priezvisko druhého manžela ako spoločné priezvisko, môže do 3 mesiacov po právoplatnosti rozhodnutia o rozvode manželstva matričnému úradu oznámiť, že prijíma späť svoje predošlé priezvisko.</w:t>
      </w:r>
    </w:p>
    <w:p/>
    <w:p>
      <w:r>
        <w:t>Zdroj: KAUZIS.SK – https://www.kauzis.sk/judikatura/r/ECLI:SK:OSDS:2026:2226200045.3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