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1T/40/2022 z 6. 9. 2024</w:t>
      </w:r>
    </w:p>
    <w:p>
      <w:r>
        <w:t>Rozsudok Okresného súdu Galanta z 6. septembra 2024, sp. zn. 1T/40/2022, ECLI:SK:OSGA:2024:2322010570.7</w:t>
      </w:r>
    </w:p>
    <w:p>
      <w:r>
        <w:t>Súd: Okresný súd Galanta</w:t>
      </w:r>
    </w:p>
    <w:p>
      <w:r>
        <w:t>Spisová značka: 1T/40/2022</w:t>
      </w:r>
    </w:p>
    <w:p>
      <w:r>
        <w:t>ECLI: ECLI:SK:OSGA:2024:2322010570.7</w:t>
      </w:r>
    </w:p>
    <w:p>
      <w:r>
        <w:t>Dátum vydania: 6. 9.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1T/40/2022 2322010570 06. 09. 2024 JUDr. Miroslav Studenčan ECLI:SK:OSGA:2024:2322010570.7</w:t>
      </w:r>
    </w:p>
    <w:p>
      <w:r>
        <w:t>ROZSUDOK V MENE SLOVENSKEJ REPUBLIKY Okresný súd v Galante v konaní pred samosudcom JUDr. Miroslavom Studenčanom na verejnom zasadnutí dňa 06.09.2024 v trestnej veci proti odsúdenému L. Z. pre prečin marenia výkonu úradného rozhodnutia podľa § 348 ods. 1 písm. k/ Tr. zák. takto rozhodol: Podľa § 405b ods. 1 druhá veta Trestného poriadku súd zrušuje výrok o treste uložený odsúdenému L. Z., M.. XX.XX.XXXX F. A., A. Q. A., t.č. vo výkone trestu odňatia slobody ÚVTOS Leopoldov rozsudkom Okresného súdu Galanta sp. zn. 1T 40/2022 zo dňa 9.11.2022, právoplatný 25.11.2022 a trestným rozkazom Okresného súdu Galanta sp. zn. 0T 277/2021 zo dňa 16.11.2021, právoplatný 16.11.2021, ako aj všetky ďalšie rozhodnutia na tieto výroky obsahovo nadväzujúce, ak vzhľadom na zmenu, ku ktorej došlo zrušením, stratili podklad. Na základe § 405b ods. 1 druhá veta Tr. por. odsúdenému L. Z. za prečin marenia výkonu úradného rozhodnutia podľa § 348 ods. 1 písm. k/ Tr. zák., pri ktorom trestnosť činu nezanikla a z ktorého bol uznaný za vinného rozsudkom Okresného súdu Galanta sp. zn. 1T 40/2022 zo dňa 9.11.2022, právoplatný 25.11.2022 ukladá: Podľa § 348 ods. 1 s prihliadnutím na § 36 písm. l/, § 37 písm. m/, § 38 ods. 2 Tr. zák. na trest odňatia slobody vo výmere 14 (štrnásť) mesiacov. Podľa § 48 ods. 2 písm. b/ Tr. zák. sa odsúdený na výkon trestu odňatia slobody zaraďuje do ústavu na výkon trestu so stredným stupňom stráženia. Podľa § 45 ods. 3 Tr. zák., § 414 ods. 1 Tr. por. sa už vykonaný trest uložený týmto rozsudkom zrušeného rozsudku a trestného rozkazu započítava do výkonu týmto rozsudkom uloženého trestu. odôvodnenie: Podľa § 172 ods. 2 Tr. por. odôvodnenie rozsudku sa nevyhotoví, pretože odsúdený a prokurátorka sa vzdali podania opravného prostriedku. Poučenie: Proti tomuto rozsudku je možné podať odvolanie, a to do 15 dní od oznámenia cestou podpísaného súdu na Krajský súd v Trnave. Oznámením rozsudku sa rozumie jeho vyhlásenie v prítomnosti toho, komu</w:t>
      </w:r>
    </w:p>
    <w:p>
      <w:r>
        <w:t>rozsudok treba doručiť. Ak sa rozsudok vyhlási v neprítomnosti takejto osoby, oznámením rozsudku je až jeho doručenie.</w:t>
      </w:r>
    </w:p>
    <w:p/>
    <w:p>
      <w:r>
        <w:t>Zdroj: KAUZIS.SK – https://www.kauzis.sk/judikatura/r/ECLI:SK:OSGA:2024:2322010570.7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