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31T/86/2022 z 22. 5. 2024</w:t>
      </w:r>
    </w:p>
    <w:p>
      <w:r>
        <w:t>Rozsudok Okresného súdu Galanta z 22. mája 2024, sp. zn. 31T/86/2022, ECLI:SK:OSGA:2024:2322011396.6</w:t>
      </w:r>
    </w:p>
    <w:p>
      <w:r>
        <w:t>Súd: Okresný súd Galanta</w:t>
      </w:r>
    </w:p>
    <w:p>
      <w:r>
        <w:t>Spisová značka: 31T/86/2022</w:t>
      </w:r>
    </w:p>
    <w:p>
      <w:r>
        <w:t>ECLI: ECLI:SK:OSGA:2024:2322011396.6</w:t>
      </w:r>
    </w:p>
    <w:p>
      <w:r>
        <w:t>Dátum vydania: 22. 5. 2024</w:t>
      </w:r>
    </w:p>
    <w:p>
      <w:r>
        <w:t>Forma: Rozsudok</w:t>
      </w:r>
    </w:p>
    <w:p>
      <w:pPr>
        <w:pStyle w:val="Heading2"/>
      </w:pPr>
      <w:r>
        <w:t>Text rozhodnutia</w:t>
      </w:r>
    </w:p>
    <w:p>
      <w:r>
        <w:t>Súd: Spisová značka: Identifikačné číslo súdneho spisu: Dátum vydania rozhodnutia: Meno a priezvisko sudcu, VSÚ: ECLI:</w:t>
      </w:r>
    </w:p>
    <w:p>
      <w:r>
        <w:t>Okresný súd Galanta 31T/86/2022 2322011396 22. 05. 2024 Mgr. Stanislav Kováč ECLI:SK:OSGA:2024:2322011396.6</w:t>
      </w:r>
    </w:p>
    <w:p>
      <w:r>
        <w:t>ROZSUDOK V MENE SLOVENSKEJ REPUBLIKY Okresný súd Galanta, samosudcom Mgr. Stanislavom Kováčom, na hlavnom pojednávaní konanom v Galante dňa 22. mája 2024 takto rozhodol: Obžalovaná N. W., B.. XX.XX.XXXX P. Š., hlásený trvalý pobyt P.. Š. XXX/X, Š., t. č. vo výkone trestu odňatia slobody, sa uznáva za vinnú, že v bode 1/ dňa 05.05.2022 v čase okolo 15.18 hod. v predajni J. P. U. na S. XXX/XX zobrala z regálu jeden pár rekreačnej obuvi Bench veľkosti 38 a jeden pár rekreačnej obuvi Bench veľkosti 36, ktoré si vložila pod ľavú pazuchu a bez zaplatenia odišla z predajne, čím spôsobila spoločnosti J.-C. U. U..G..C.., N.: XX XXX XXX, škodu vo výške 39,98 €, pričom bola rozhodnutím Obvodného oddelenia Policajného zboru Šoporňa č. bloku A2200550076 dňa 14.10.2021 postihnutá pokutou za priestupok proti majetku podľa § 50 ods. 1 zákona SNR č. 372/1990 Zb. o priestupkoch v znení neskorších predpisov, v bode 2/ (výrok o vine rozhodnutia Okresného súdu Galanta sp. zn. 14T/29/2022) dňa 20.05.2022 v čase medzi 12:14 hod. do 12:22 hod., vošla tlačiac pred sebou detský čierny kočík, v ktorom v tom čase spalo dieťa, spoločne so svojím druhom T. X. do predajne O. U. na ulici B. Č.. XXX/X v obci L., kde postupne vzala z predajných regálov 2 ks 1l slnečnicový olej zn. Giana spolu v hodnote 6,38 €, 2 ks Tesco vyprážaný syr 450 g spolu v hodnote 7,38 €, 2 ks Napoleónky 300 g spolu v hodnote 11,98 €, 1 ks Bref Ga Fucaly 3 x 50 g v hodnote 4,79 €, 2 ks Dove SG Glow 400 ml spolu v hodnote 9,18 €, 1,05 kg Tesco kuracie krídla RB v hodnote 3,35 €, 1 ks Lenor Wind 840 ml v hodnote 6,89 € a 1 kartón 40 ks tuniakových konzerv RIO Mare 160 g v hodnote 131,60 €, ktoré veci si následne postupne vložila do priestoru detského čierneho kočíka, v ktorom v tom čase spalo dieťa, do čiernej tašky pripnutej na riadidlách kočíka a do spodného úložného priestoru kočíka, s ktorým takto tlačiac ho pred sebou prišla k v tom čase v supermarkete zloženým kartónom minerálnych vôd vzdialených asi 3 m od pokladní, kde sa na niekoľko sekúnd zastavila, následne s kočíkom a vecami sa v tom čase v kočíku nachádzajúcimi, odišla bez ich zaplatenia cez vchodové dvere zo supermarketu von na ulicu, čím spoločnosti O. U. U., H.. U.., W. B.. Č.. X/A, X., spôsobila škodu krádežou v sume spolu 181,55 €, pričom IP. W. vzápätí po svojom odchode zo supermarketu a po upozornení predavačkou supermarketu O., priamo na ulici pred supermarketom vrátila nepoškodený 1 kartón - 40 ks tuniakových konzerv RIO Mare 160 g v hodnote 131,60 € a následne dňa 20.05.2022 v čase o 13:10 hod. jej druh T. X. dodatočne zaplatil za časť tovaru sumu vo výške 16,57 €, pričom N. W. bola dňa 14.10.2021 uložená bloková pokuta v sume 20 € za priestupok proti majetku - drobnú krádež, podľa § 50 ods. 1 zákona č. 372/1990 Zb. o priestupkoch, o čom svedčí blok na pokutu nezaplatenú na mieste č. A 2200550076, zo dňa 14.10.2021, právoplatný 14.10.2021, a tiež jej bola rozkazom o uložení sankcie za priestupok Okresného úradu Galanta, Odboru všeobecnej vnútornej správy, č. OUGA-OWS-2022/000898-002 zo dňa 23.03.2022, právoplatným dňa 05.05.2022, uložená pokuta 20 € za priestupok proti majetku - drobnú krádež, podľa § 50 ods. 1 zákona č. 372/1990 Zb. o priestupkoch a rozkazom o uložení sankcie Okresného úradu</w:t>
      </w:r>
    </w:p>
    <w:p>
      <w:r>
        <w:t>Galanta, Odboru všeobecnej vnútornej správy, č. OU-GA-OWS-2022/000899-002 zo dňa 23.03.2022, právoplatným dňa 05.05.2022, uložená pokuta 20 € za priestupok proti majetku - drobnú krádež, podľa § 50 ods. 1 zákona č. 372/1990 Zb. o priestupkoch, v bode 3/ dňa 22.07.2022 v čase okolo 11.00 hod. v predajni S. Y. P. L. na ulici C. odcudzila z predajnej plochy krém Nutella 200 g, krabičku cigariet Davidoff evolved a krabičku cigariet LM 100 cut first red label, ktoré dala do detského kočíka, ktorý mala so sebou, a bez zaplatenia odišla s kočíkom z predajne, čím spôsobila spoločnosti S. Y. R., U. J., N.: XX XXX XXX, škodu vo výške 10,40 €, pričom bola rozhodnutím Obvodného oddelenia Policajného zboru Šoporňa č. bloku A2200550076 dňa 14.10.2021 postihnutá pokutou za priestupok proti majetku podľa § 50 ods. 1 zákona SNR č. 372/1990 Zb. o priestupkoch v znení neskorších predpisov, teda v bodoch 1/ a 2/ prisvojila si cudziu vec tým, že sa jej zmocnila a bola za obdobný čin v predchádzajúcich dvanástich mesiacoch postihnutá, v bode 3/ prisvojila si cudziu vec tým, že sa jej zmocnila a bola za obdobný čin v predchádzajúcich dvanástich mesiacoch postihnutá, čím spáchala v bodoch 1/ a 2/ pokračovací úmyselný prečin krádeže podľa § 212 ods. 1 písm. g) Trestného zákona, v bode 3/ úmyselný prečin krádeže podľa § 212 ods. 1 písm. g) Trestného zákona. Za to jej ukladá Podľa § 41 ods. 3 Trestného zákona ruší výrok o vine a treste obžalovanej v rozsudku Okresného súdu Galanta sp. zn. 14T/29/2022 zo dňa 26.07.2023, právoplatný toho dňa, ako aj ďalšie výroky, ktoré majú v uvedenom výroku o vine svoj podklad. Podľa § 42 ods. 2 Trestného zákona ruší výrok o treste uloženom obžalovanej: - rozsudkom Okresného súdu Galanta sp. zn. 17T/20/2022 zo dňa 06.09.2023 v spojení s rozsudkom Krajského súdu v Trnave sp. zn. 6To/154/2023 zo dňa 16.01.2024, právoplatné dňa 16.01.2024, - rozsudkom Okresného súdu Galanta sp. zn. 31T/32/2022 zo dňa 03.10.2022 v spojení s rozsudkom Krajského súdu v Trnave sp. zn. 6To/21/2023 zo dňa 08.06.2023, právoplatné dňa 08.06.2023, ako aj ďalšie rozhodnutia na tento výrok obsahovo nadväzujúce, ak vzhľadom na zmenu, ku ktorej došlo zrušením, stratili podklad. Podľa § 219 ods. 2 Trestného zákona s použitím § 38 ods. 4, § 41 ods. 1, ods. 3 a § 42 ods. 1 Trestného zákona, s poukazom na § 37 písm. h), písm. m) Trestného zákona, úhrnný, spoločný a súhrnný trest odňatia slobody vo výmere 2 (dva) roky a 9 (deväť) mesiacov. Podľa § 48 ods. 2 písm. b) Trestného zákona sa na výkon uloženého trestu odňatia slobody zaraďuje do ústavu na výkon trestu so stredným stupňom stráženia. Podľa § 287 ods. 1 Trestného poriadku mu ukladá nahradiť poškodenému: - J.-C. U. U..G..C.., N.: XX XXX XXX, U. D. I. L. X, J. U., škodu vo výške 39,98 €, - O. U. U., H..U.., N.: XX XXX XXX, U.J. S. B. U. X, X., škodu vo výške 33,38 €, - S. Y. R., U. J., N.: XX XXX XXX, U. G. Š. XXX, R., škodu vo výške 10,40 €.</w:t>
      </w:r>
    </w:p>
    <w:p>
      <w:r>
        <w:t>Podľa § 288 ods. 2 Trestného poriadku poškodeného J.-C. U. U..G..C.., N.: XX XXX XXX, so sídlom ulica I. L. X, J. U., odkazuje so zvyškom nároku na náhradu škody na civilný proces. odôvodnenie: Dňa 21.11.2022 podal prokurátor Okresnej prokuratúry Galanta obžalobu č. 1Pv 280/22/2202 na obžalovanú pre skutky v bodoch 1/ a 3/. Súd vo veci vydal trestný rozkaz, doručený obžalovanej dňa 13.09.2023, proti ktorému podali prokurátor aj obžalovaná odpor, a následne vec prejedal na hlavnom pojednávaní. Obžalovanej bolo oznámené vznesenie obvinenia pre skutok 1/ dňa 11.07.2022 a pre skutok 3/ dňa 26.08.2022. Uznesením zo dňa 25.10.2022 boli uvedené skutky spojené na spoločné konanie. Súd vykonal hlavné pojednávanie v neprítomnosti obžalovanej pri splnení podmienok podľa § 252 ods. 2 zákona č. 301/2005 Z. z. Trestný poriadok v znení neskorších predpisov (ďalej len „TP“), keďže mal za to, že vec možno spoľahlivo rozhodnúť a účel trestného konania dosiahnuť aj bez prítomnosti obžalovanej, ktorej bola riadne doručená obžaloba dňa 09.03.2023 a predvolanie na hlavné pojednávanie dňa 13.10.2023, mala v prípravnom konaní pred orgánom činným v trestnom konaní na výsluchoch dňa 20.08.2022 a 17.09.2022 možnosť vyjadriť sa ku skutkom, ktoré sú predmetom obžaloby, boli dodržané ustanovenia o vyšetrovaní, obžalovaná bola upozornená dňa 20.08.2022 na možnosť preštudovať spis a urobiť návrhy na doplnenie vyšetrovania a bola na možnosť vykonať hlavné pojednávanie v neprítomnosti upozornená v predvolaní na hlavné pojednávanie, pričom nenastali okolnosti podľa § 252 ods. 3 TP vylučujúce takýto postup. Keďže sa hlavné pojednávanie konalo v neprítomnosti obžalovanej, boli na návrh prokurátora prečítané zápisnice o jej skorších výpovediach zo dňa 20.08.2022 a 17.09.2022. V prvej výpovedi ku skutku v bode 1/ uviedla, že niekedy v máji 2022 z predajne J. B. S. P. U. odcudzila 2 páry obuvi a utiekla bez zaplatenia. Či odišla na taxíku si už nespomína, ani ako obuv držala. Tú obuv už nemá, nepamätá si či ju niekomu darovala alebo predala. Skutok spáchala vo finančnej tiesni a ľutuje ho. V druhej výpovedi ku skutku v bode 3/ uviedla, že niekedy v júli 2022 bola spoločne s druhom T. X. v predajni S. Y. P. L. na nákup, aj s kočíkom. Ona tú Nutellu a dve krabičky cigariet neukradla, dala ich druhovi a ten všetko zaplatil. Bloček už nemá. Na kamerovom zázname je ona s druhom. Keďže prokurátor navrhol v obžalobe čítať výpoveď svedkov a obžalovaný ich po doručení výzvy nenavrhol vypočuť osobne, boli prečítané zápisnice o skorších výpovediach svedkov Q. T. zo dňa 24.08.2022, Y.. U. U. zo dňa 23.09.2022, H. T. zo dňa 23.09.2022, T. X. zo dňa 02.10.2022 a T. L. zo dňa 07.10.2022. Dokazovanie skutok 1/ Svedkyňa T. vtedy uviedla, že pracuje ako vedúca predajne J. P. U. B. S. XXX/XX. Dňa 05.05.2022 v čase okolo 16.00 hod. vstúpila do predajne žena, Rómka, chvíľu sa prechádzala, nič si nekúpila, ale pri odchode cez zvukovo-signalizačné zariadenie začalo toto signalizovať, na čo táto osoba nereagovala. Rýchlo nasadla do taxíka a odišla preč. Následne vykonali kontrolu predajne a zistili, že chýbajú 2 páry rekreačnej obuvi Bench, veľkosť 36 a 38. Týmto vznikla škoda v celkovej výške 39,98 €. Podľa pokladničného bloku je predajná cena 2 párov obuvi spolu 39,98 €. Podľa potvrdenia o zaistení veci bol osobe Q. T. zaistený kamerový záznam zo dňa 05.05.2022 zachytávajúci krádež tovaru v predajni J. P. U.. Predmetný záznam nešiel súdu prehrať. Podľa blokov na pokutu nezaplatenú na mieste bola obžalovaná dňa 14.10.2021 postihnutá Obvodným oddelením PZ Šoporňa č. bloku A2200550076 pokutou 20 € za drobnú krádež podľa § 50 ods. 1 zák. č. 372/1990 Zb. a dňa 15.10.2021 Mestskou políciou Sereď č. bloku F9900027255 pokutou 30 € za drobnú krádež podľa § 50 ods. 1 zák. č. 372/1990 Zb.</w:t>
      </w:r>
    </w:p>
    <w:p>
      <w:r>
        <w:t>Podľa rozkazov o uložení sankcie za priestupok Okresného úradu Galanta č. OU-GAOVVS-2022/000898-002 a č. OU-GA-OVVS-2022/000899-002 zo dňa 23.03.2022, právoplatné 05.05.2022, bola obžalovaná uznaná vinnou zo spáchania dvoch priestupkov proti majetku podľa § 50 ods. 1 zákona o priestupkoch a bola jej uložená pokuta 20 € a 30 €. Podľa písomného potvrdenia X. H.+T., N.. Y. N., je hodnota párov rekreačnej obuvi Bencha veľkosť 38 a 36 k 27.05.2022 vo výške 40 €. Dokazovanie skutok 3/ Svedkyňa Y.. U. vtedy uviedla, že pracuje v S. Y. R. ako vedúca právneho odboru. Dňa 22.07.2022 došlo ku krádeži tovaru v predajni v L. na C. XXX. Išlo o 1 ks Nutella 200 g a 2 krabičky cigariet v celkovej hodnote 10,40 €. Iné ku skutku neuviedla. Svedkyňa T. vtedy uviedla, že pracuje v S. Y. R. v predajni v L.. Okolo 20.07.2022 ju jedna zákazníčka upozornila, že jej dcéra videla, ako T. X. Z. L. zobral z ich predajne cigarety. Na základe toho prezrela kamerová záznamy na ktorých videla, ako vošiel do predajne T. X. s priateľkou a detským kočíkom. Počas nákupu priateľka dala do kočíka 1 ks Nutelly a následne aj cigarety a odišla z predajne preč bez zaplatenia. X. zaplatil za to, čo mal on v košíku. Svedok X. vtedy odmietol vypovedať, pretože obvinená je jeho družka. Svedok L. vtedy uviedol, že je policajt na OO PZ Š. a má pridelený priestupkový spis týkajúci sa krádeže 1 ks Nutelly a krabičky cigariet Davidoff a LM z predajne S. Y. P. L.. Prezrel si kamerové záznamy v spise a páchateľku spoznal ako N. W. na základe miestnej a osobnej znalosti. Podľa pokladničného bloku je predajná cena Nutelly 200 g, cigariet Davidoff a L&amp;M spolu 10,40 €. Podľa potvrdenia o zaistení veci bol osobe H. T. zaistený kamerový záznam zo dňa 22.07.2022 zachytávajúci krádež tovaru v predajni S. Y. P. L., v čase okolo 11.00 hod. Podľa zápisnice o prevzatí zaistenej veci bol uvedený záznam dňa 26.08.2022 zaistený. Predmetný kamerový záznam zachytáva dve osoby, podľa miestnej znalosti opoznané ako T. X. a obžalovaná, ktorá tlačí detský kočík. Z regálu berie tovar Nutella 200 g a dáva ho do detského kočíka. Následne sa presunú k pokladni, kde X. sa načahuje po cigarety nad pokladňou, jednu krabičku vyberá a podáva ich obžalovanej, ktorá ich dala do detského kočíka. O niečo neskôr sa obžalovaná načahuje po cigarety nad pokladňou, vyberá jednu krabičku a schová ju za peňaženku, čo drží v ruke. Neskôr krabičku odkladá do detského kočíka. Po zaplatení vyloženého tovaru odchádzajú z obchodu bez zaplatenia tovaru schovanom v detskom kočíku. Rozhodovanie o vine Súd vyhodnotil vykonané dôkazy jednotlivo aj v ich súhrne a dospel k záveru, že skutky sa stali a vina obžalovanej bola jednoznačne preukázaná. Ku skutku 1/ sa obžalovaná sama priznala pri svojej výpovedi v prípravnom konaní a spáchanie skutku je preukázané aj výpoveďou svedkyne T.. Aj pri nemožnosti prehrať kamerový záznam uvedené dôkazy boli dostatočné na preukázanie viny obžalovanej. Spáchanie skutku 3/ mal súd preukázaný z kamerového záznamu, ktorý zachytáva obžalovanú brať tovar z obchodu, ukladať ho do detského kočíka napriek tomu, že mali nákupný košík, a vyjsť z predajne bez jeho zaplatenia. Osoba na zázname mal súd stotožnenú s obžalovanou na základe výpovede svedka L.. Takto zistený skutkový stav veci bol na hlavnom pojednávaní jednoznačne preukázaný vyššie uvedenými dôkazmi. Na základe vykonania a zhodnotenia dôkazov týkajúcich sa skutkových zistení dospel súd k záveru, že skutky tak, ako sú uvedené v bodoch 1/ a 3/ výrokovej časti rozsudku, sa stali, že ich spáchala obžalovaná a tak svojim konaním naplnila vyššie uvedené zákonné znaky trestných činov. Súd nezistil nepatrnú závažnosť konania na použitie špecifického materiálneho korektívu podľa § 10 ods. 2 zákona č. 300/2005 Z. z. Trestný zákon v znení neskorších predpisov (ďalej len „TZ“). Rozhodovanie o treste</w:t>
      </w:r>
    </w:p>
    <w:p>
      <w:r>
        <w:t>V odpise registra trestov má obžalovaná 6 záznamov, z roku 2010 pre trestné činy podľa § 364 ods. 1 písm. a) TZ a podľa § 212 ods. 2 písm. c) TZ na podmienečný trest odňatia slobody, v ktorom sa osvedčila, z roku 2017 pre trestný čin podľa § 212 ods. 2 písm. f) TZ na podmienečný trest odňatia slobody, ktorého výkon jej bol nariadený, a tiež z roku 2017 pre trestný čin podľa § 212 ods. 2 písm. f), ods. 3 písm. b) TZ na trest povinnej práce, ktorý vykonala. V roku 2022 bola odsúdená rozsudkom Okresného súdu Galanta sp. zn. 31T/32/2022 zo dňa 03.10.2022, v spojení s rozsudkom Krajského súdu v Trnave sp. zn. 6To/21/2023 zo dňa 08.06.2023, pre trestný čin podľa § 212 ods. 1 písm. g) TZ na nepodmienečný trest odňatia slobody 8 mesiacov, rozsudok bol zrušený. V roku 2023 bola odsúdená rozsudkom Okresného súdu Galanta sp. zn. 14T/29/2022 zo dňa 26.07.2023 pre trestný čin podľa § 212 ods. 1 písm. g) TZ a bolo upustené od uloženia súhrnného trestu vzhľadom na odsúdenie Okresným súdom Galanta sp. zn. 31T/32/2022, a rozsudkom Okresného súdu Galanta sp. zn. 17T/20/2022 zo dňa 06.09.2023, v spojení s rozsudkom Krajského súdu v Trnave sp. zn. 6To/154/2023 zo dňa 16.01.2024, pre trestné činy podľa § 212 ods. 1 písm. a), písm. g) TZ, § 219 ods. 1, ods. 2 TZ, § 194 ods. 1 TZ na súhrnný a spoločný nepodmienečný trest odňatia slobody 2 roky a 4 mesiace . Vo výpise z ústrednej evidencie priestupkov MV SR má záznamy za priestupky proti majetku, proti verejnému poriadku, proti občianskemu spolunažívaniu a iné. Podľa správy o povesti mesta Š. má v evidencii priestupkov mestskej polície 3 záznamy za priestupky proti majetku a verejnému poriadku. Podľa obsahu spisu Okresného súdu Galanta sp. zn. 14T/29/2022 bolo obžalovanej oznámené vznesenie obvinenia pre skutok 2/ dňa 08.07.2022 a rozsudkom zo dňa 26.07.2023, právoplatný dňa 29.08.2023, bola uznaná vinnou zo spáchania skutku 2/, za čo jej bolo upustené od uloženia súhrnného trestu s poukazom na trest uložený rozsudkom Okresného súdu Galanta sp. zn. 31T/32/2022 zo dňa 03.10.2022 v spojení s rozsudkom Krajského súdu v Trnave sp. zn. 6To/21/2023 zo dňa 08.06.2023. Podľa rozsudku Krajského súdu v Trnave sp. zn. 6To/154/2023 zo dňa 16.01.2024 bol zrušený rozsudok Okresného súdu Galanta sp. zn. 17T/20/2022 zo dňa 06.09.2023 a obžalovaná bola uznaná vinnou zo spáchania pokračovacieho prečinu krádeže podľa § 212 ods. 1 písm. a), písm. g) TZ, prečinu neoprávneného vyrobenia používania platobného prostriedku podľa § 219 ods. 1, ods. 2 TZ a prečinu porušovania domovej slobody podľa § 194 ods. 1 TZ, spáchaných v dňoch 29.09.2021 a 20.10.2021, za čo jej bol uložený spoločný a súhrnný nepodmienečný trest odňatia slobody vo výmere 2 roky a 4 mesiace pri zrušení celého výroku o vine a treste rozsudku Okresného súdu Galanta sp. zn. 31T/32/2022 zo dňa 03.10.2022 v spojení s rozsudkom Krajského súdu v Trnave sp. zn. 6To/21/2023 zo dňa 08.06.2023 a zrušení výroku o treste rozsudku Okresného súdu Galanta sp. zn. 14T/29/2022 zo dňa 26.07.2023. Skutky 1/ a 3/ nemohol súd vyhodnotiť ako čiastkové útoky jedného pokračovacieho trestného činu, keďže medzi ich spáchaním bolo obžalovanej dňa 08.07.2022 oznámené vznesenie obvinenia vo veci Okresného súdu Galanta sp. zn. 14T/29/2022 a dňa 11.07.2022 vo veci skutku 1/. V zmysle § 122 ods. 13 TZ sa potom jedná o dva samostatné trestné činy. Taktiež skutok 1/ nepredstavuje čiastkový útok pokračovacieho trestného činu, za ktorý bola obžalovaná odsúdená rozsudkom Krajského súdu v Trnave sp. zn. 6To/154/2023 zo dňa 16.01.2024, a to pre absenciu časovej následnosti skutkov, ktoré delí viac ako 6 mesiacov (skutky 2/ a 3/ od uvedeného trestného činu oddeľuje uvádzané vznesenie obvinenia). Skutok v bode 1/ však vyhodnotil súd ako ďalší čiastkový útok, ktorý tvorí súčasť pokračovacieho trestného činu, za ktorý bola odsúdená rozsudkom Okresného súdu Galanta sp. zn. 14T/29/2022, a to vzhľadom na ich časovú následnosť, obdobný spôsob páchania a obdobný predmet útoku, pričom obžalovanej nebolo medzi čiastkovými útokmi oznámené vznesenie obvinenia. Obžalovaná spáchala oba skutky (v bodoch 1/ a 2/ aj v bode 3/) skôr, ako boli vyhlásené odsudzujúce rozsudky Okresného súdu Galanta sp. zn. 17T/20/2022 dňa 06.09.2023 a sp. zn. 31T/32/2022 dňa 03.10.2022. Preto jej súd uložil za tieto skutky súhrnný trest pri zrušení výrokov o treste v uvedených rozhodnutiach. Všetky skutky v uvedených rozhodnutiach boli spáchané pred vyhlásením prvého odsudzujúceho rozsudku z nich dňa 03.10.2022, a po doručení predchádzajúceho trestného rozkazu dňa 29.04.2017, jedná sa teda o súbeh trestnej činnosti za ktorú sa ukladá jeden trest. Súd mohol obžalovanej uložiť úhrnný trest odňatia slobody za spáchanie piatich prečinov v zákonnej sadzbe za trestný čin z nich najprísnejšie trestný, ktorým je prečin neoprávneného používania</w:t>
      </w:r>
    </w:p>
    <w:p>
      <w:r>
        <w:t>platobného prostriedku podľa § 219 ods. 2 TZ, od 1 roka do 5 rokov. U obžalovanej nezistil žiadnu poľahčujúcu okolnosť, a zistil 2 priťažujúce okolnosť - spáchala viac trestných činov a bola už za trestný čin odsúdená trestným rozkazom Okresného súdu Galanta sp. zn. 0T/56/2017 zo dňa 11.03.2017. Pri prevahe priťažujúcich okolností sa dolná hranica trestnej sadzby zvýšila o jednu tretinu rozdielu hornej a dolnej hranice trestnej sadzby na 2 roky a 4 mesiace. Trest musel súd v zmysle § 41 ods. 3 a § 42 ods. 2 TZ ukladať nie miernejší ako uložený rozsudkom Krajského súdu v Trnave sp. zn. 6To/154/2023, ktorý je nepodmienečný trest odňatia slobody vo výmere 2 roky a 4 mesiace. Vzhľadom na početnosť a trvácnosť páchanej trestnej činnosti, doterajší život obžalovanej a jej pasívny postoj k svojmu konaniu, so zohľadnením skutočnosti, že k doterajšej trestnej činnosti pridáva trest za jeden prečin a jeden čiastkový útok pokračovacieho trestného činu, uložil súd trest o 5 mesiacov vyšší ako zrušený trest. Keďže obžalovaná bola v posledných 10 rokoch pred spáchaním trestného činu vo výkone trestu odňatia slobody za úmyselný trestný čin vo veci Okresného súdu Galanta sp. zn. 0T/56/2017, vykonanie trestu dňa 11.09.2020, zaradil ju súd na jeho výkon do ústavu so stredným stupňom stráženia. Súd v rámci adhézneho konania rozhodoval o riadne a včas uplatnených nárokoch poškodených na náhradu spôsobenej škody, ktorú priznal vo výške ako je súčasťou popisu skutku vo výroku rozsudku, teda v preukázanej výške. V prevyšujúcej časti odkázal poškodeného na civilný proces, keďže dokazovanie v tomto smere presahuje potreby trestného konania. Poučenie: Proti rozsudku možno podať odvolanie do 15 dní od jeho oznámenia na Okresnom súde Galanta. Oznámením rozsudku je jeho vyhlásenie v prítomnosti toho, komu treba rozsudok doručiť. Ak sa rozsudok vyhlásil v neprítomnosti takejto osoby, oznámením je až doručenie rozsudku (§ 309 ods. 1 TP). Odvolanie má odkladný účinok (§ 306 ods. 2 TP). Odvolanie môžu podať: - prokurátor pre nesprávnosť ktoréhokoľvek výroku (§ 307 ods. 1 písm. a/ TP) a to v neprospech i v prospech obžalovaného (§ 308 ods. 1, ods. 2 TP), - obžalovaný pre nesprávnosť výroku, ktorý sa ho priamo týka, okrem výroku o vine v rozsahu, v ktorom súd prijal jeho vyhlásenie, že je vinný, alebo vyhlásenie, že nepopiera spáchanie skutku uvedeného v obžalobe (§ 307 ods. 1 písm. b/ TP), a to len vo svoj prospech (§ 308 ods. 2 TP); v mene obžalovaného je oprávnený odvolanie podať aj jeho obhajca (§ 44 ods. 2 TP), - príbuzný obžalovaného v priamom rade, jeho súrodenec, osvojiteľ, osvojenec, manžel a druh pre nesprávnosť výroku, ktorý sa priamo týka obžalovaného, a to len v jeho prospech (§ 308 ods. 2 TP), - poškodený, ktorý uplatnil nárok na náhradu škody, pre nesprávnosť výroku o náhrade škody (§ 307 ods. 1 písm. c/ TP), a to v neprospech obžalovaného (§ 308 ods. 1 TP).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 (§ 307 ods. 2 TP).</w:t>
      </w:r>
    </w:p>
    <w:p/>
    <w:p>
      <w:r>
        <w:t>Zdroj: KAUZIS.SK – https://www.kauzis.sk/judikatura/r/ECLI:SK:OSGA:2024:2322011396.6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