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14T/1/2022 z 9. 4. 2025</w:t>
      </w:r>
    </w:p>
    <w:p>
      <w:r>
        <w:t>Rozsudok Okresného súdu Galanta z 9. apríla 2025, sp. zn. 14T/1/2022, ECLI:SK:OSGA:2025:2322010533.18</w:t>
      </w:r>
    </w:p>
    <w:p>
      <w:r>
        <w:t>Súd: Okresný súd Galanta</w:t>
      </w:r>
    </w:p>
    <w:p>
      <w:r>
        <w:t>Spisová značka: 14T/1/2022</w:t>
      </w:r>
    </w:p>
    <w:p>
      <w:r>
        <w:t>ECLI: ECLI:SK:OSGA:2025:2322010533.18</w:t>
      </w:r>
    </w:p>
    <w:p>
      <w:r>
        <w:t>Dátum vydania: 9. 4.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14T/1/2022 2322010533 09. 04. 2025 JUDr. Simona Štanglovičová ECLI:SK:OSGA:2025:2322010533.18</w:t>
      </w:r>
    </w:p>
    <w:p>
      <w:r>
        <w:t>ROZSUDOK V MENE SLOVENSKEJ REPUBLIKY Okresný súd Galanta v konaní pred samosudkyňou JUDr. Simonou Štanglovičovou, v trestnej veci obžalovaného A. B., stíhaný pôvodne pre obzvlášť závažný zločin nedovolenej výroby omamných a psychotropných látok, jedov alebo prekurzorov, ich držanie a obchodovanie s nimi podľa § 172 odsek 1 písmeno a), písmeno c), písmeno d), odsek 2 písmeno c) Trestného zákona účinného do 05.08.2024 s poukazom na § 138 písmeno b), písmeno j) Trestného zákona účinného do 05.08.2024, na hlavnom pojednávaní konanom v Galante dňa 09. apríla 2025 takto rozhodol: Obžalovaný A. B., narodený XX.XX.XXXX v C., trvale bytom D. XXX/X, C., s a u z n á v a z a v i n n é h o, ž e : najmenej od mája roku 2019 do 04:45 hod. dňa 25.05.2020 prechovával indoorové zariadenie určené na pestovanie marihuany a neoprávnene prechovával vysušenú zelenú rastlinu konope – marihuanu s hmotnosťou 1390 mg s obsahom 16 mg THC a plastové vrecko s tlakovým uzáverom s obsahom konope – marihuanou s hmotnosťou 514 mg, s obsahom 12 mg THC, ktoré boli počas domovej prehliadky vykonanej na základe príkazu Okresného súdu Galanta, sp. zn. XXXX/XXX/XXXX-X-X-XXXX zo dňa 21.05.2020 v rodinnom dome nachádzajúcom sa v meste C., na ulici D. E. XXX/X, číslo LV XXX a v priestoroch k nemu prislúchajúcich zaistené, pričom obžalovaný marihuanu taktiež predával za 5-10 eur za 1 gram či vymenil za iné veci a to najmenej osobám F. G., nar. XX.XX.XXXX, trvale bytom C., A. XXXX/XX, ktorému drogy predával od mesiaca november 2019 pravidelne – raz týždenne, H. B., nar. XX.XX.XXXX, trvale bytom I. E. XXX, ktorému drogy predal cca 5 krát a D. I., nar. XX.XX.XXXX, trvale bytom C., A. XXXX/XX, ktorému drogy predával pravidelne od októbra roku 2019 až do mája roku 2020, pričom v zmysle zákona č. 139/1998 Z. z. o omamných látkach, psychotropných látkach a prípravkoch rastliny z rodu Cannabis sú zaradené do I. skupiny omamných látok a účinná látka tetrahydrokanabinol (THC) je zaradená do I. skupiny psychotropných látok, teda: - neoprávnene obchodoval s omamnou a psychotropnou látkou v nepatrnom množstve a čin spáchal závažnejším spôsobom konania – po dlhší čas a na viacerých osobách, čím spáchal : zločin neoprávnenej výroby a obchodovania s omamnou látkou a psychotropnou látkou podľa § 173 odsek 1, odsek 3 písmeno a) Trestného zákona účinného od 06.08.2024 (ďalej len „Trestný zákon“) s poukazom na § 138 písmeno b), písmeno j) Trestného zákona. Za to mu súd ukladá:</w:t>
      </w:r>
    </w:p>
    <w:p>
      <w:r>
        <w:t>Podľa § 173 odsek 3 Trestného zákona účinného od 06.08.2024 (ďalej len „Trestný zákon“), s použitím § 38 odsek 2, § 36 písmeno l), § 39 odsek 5 Trestného zákona trest odňatia slobody vo výmere 4 (štyri) roky a 8 (osem) mesiacov. Podľa § 48 odsek 2 písmeno a) Trestného zákona obžalovaného na výkon uloženého trestu odňatia slobody zaraďuje do ústavu na výkon trestu s minimálnym stupňom stráženia. Podľa § 60 odsek 1 písmeno a) Trestného zákona trest prepadnutia vecí, a to: - 3 ks digitálne mikrováhy, - 1 ks mobilný telefón zn. Samsung Galaxy A5, čiernej farby, IMEI: XXXXXXXXXXXXXXX so SIM kartou a SD pamäťovou kartou - 1 ks fotoaparát zn. J. K. B. L. s pamäťovou kartou 2 GB. odôvodnenie: ProkurĂˇtor Okresnej prokuratĂşry Galanta podal dĹ#a 02.05.2022 obĹľalobu na obvinenĂ©ho A. B., nar. XX.XX.XXXX (ÄŹalej len â€žobĹľalovanĂ˝â€ś v prĂsluĹˇnom gramatickom tvare) pre obzvlĂˇĹˇĹĄ zĂˇvaĹľnĂ˝ zloÄŤin nedovolenej vĂ˝roby omamnĂ˝ch a psychotropnĂ˝ch lĂˇtok, jedov alebo prekurzorov, ich drĹľanie a obchodovanie s nimi podÄľa Â§ 172 odsek 1 pĂsmeno a), pĂsmeno c), pĂsmeno d), odsek 2 pĂsmeno c) TrestnĂ©ho zĂˇkona s poukazom na Â§ 138 pĂsmeno b), pĂsmeno j) TrestnĂ©ho zĂˇkona. SĂşd vo veci nariadil a vykonal hlavnĂ© pojednĂˇvanie. ProkurĂˇtor po prednese obĹľaloby tĂşto modifikoval tak, Ĺľe navrhol z prĂˇvnej kvalifikĂˇcie vypustiĹĄ z ustanovenia Â§ 172 odsek 1 pĂsmeno a), teda skutok kvalifikovaĹĄ ako trestnĂ˝ ÄŤin podÄľa Â§ 172 odsek 1 pĂsmeno c), pĂsmeno d), odsek 2 pĂsmeno c) TrestnĂ©ho zĂˇkona s poukazom na Â§ 138 pĂsmeno b), pĂsmeno j) TrestnĂ©ho zĂˇkona. SĂşd na hlavnom pojednĂˇvanĂ vykonal dokazovanie vĂ˝sluchom obĹľalovanĂ©ho, vĂ˝sluchom svedkov F. G. a D. I., preÄŤĂtanĂm zĂˇpisnice o vĂ˝sluchu svedka H. B., vĂ˝sluchom znalca a preÄŤĂtanĂm listinnĂ˝ch dĂ´kazov. ObĹľalovanĂ˝ na hlavnom pojednĂˇvanĂ konanom dĹ#a 08.07.2022 vypovedal, Ĺľe nepopiera, Ĺľe mal tie tri dĂˇvky ako aj zariadenie, ale necĂti sa byĹĄ dĂlerom, keÄŹĹľe to nepredĂˇval a mal to pre vlastnĂş potrebu. Svedka F. G. a D. I. poznĂˇ, H. B. poznĂˇ len z krÄŤmy. ÄŚo sa tĂ˝ka D. I., tohto poznĂˇ uĹľ dlho, asi 10 rokov, v mieste jeho bydliska bĂ˝vala jeho bĂ˝valĂˇ priateÄľka, chodievali spolu piĹĄ, uĹľĂvali spolu aj nĂˇvykovĂ© lĂˇtky. Asi v roku 2019-2020 uĹľĂvali spolu aj marihuanu, ktorĂş vypestoval na svojom dvore. UĹľĂvali aj marihuanu, ktorĂş doniesol D. I., tento ku nemu chodil asi raz za 2-3 tĂ˝Ĺľdne, nebolo to ÄŤasto. InĂ© osoby s nĂm ku nemu fajÄŤiĹĄ marihuanu nechodili, ak, tak len cigarety. ÄŚo sa tĂ˝ka svedka F. G., poznĂˇ ho cez D. I., asi od roku 2019, bol u neho veÄľakrĂˇt na dvore, fajÄŤili spolu marihuanu, ktorĂş doniesol on. Nevie, ÄŤi fajÄŤili aj jeho trĂˇvu, pamĂ¤tĂˇ si, Ĺľe ju nosil D. a uĹľĂvali tĂş, ktorĂş doniesol, a nie jeho. K H. B. uvĂˇdza, Ĺľe tohto spoznal cez kamarĂˇta C. K.. H. robil ÄŤaĹˇnĂka v M., kam chodievali a kde sa spolu stretĂˇvali. Marihuanu nepredĂˇval, ani ju nemal toÄľko, nikomu ju neponĂşkal. NeponĂşkal ju ani I., on si ju vĹľdy vypĂ˝tal. Pestoval ju preto, Ĺľe mu zomrel otec a rozhodol sa nesprĂˇvne, chcel sa len vyspaĹĄ a uniknĂşĹĄ z reality. Nevie, koÄľko jej vyrobil, ale malo, pretoĹľe sa mu nedarilo. VĹˇetky rastliny mu vykapali, podarili sa mu moĹľno 3 malĂ© rastliny. K obsahu komunikĂˇcie z mobilnĂ©ho telefĂłnu uvĂˇdza, Ĺľe je pravda, Ĺľe Äľudia mu pĂsali kvĂ´li marihuane, ale nemal takĂ© mnoĹľstvo, mal ju len pre seba, nevie, ako sa k nim tĂˇto informĂˇcia dostala. Marihuanu nepredĂˇval a ani ju inĂ˝m spĂ´sobom nesprostredkovĂˇval. Z dĂ´vodu odstraĹ#ovania rozporov vo vĂ˝povediach obĹľalovanĂ©ho bola na nĂˇvrh prokurĂˇtora preÄŤĂtanĂˇ vĂ˝poveÄŹ obĹľalovanĂ©ho z prĂpravnĂ©ho konania z ÄŤ.l. 27-36 zo dĹ#a 16.09.2020 a ÄŤ.l. 57-64 zo dĹ#a 14.01.2020. Z vĂ˝povede obĹľalovanĂ©ho z prĂpravnĂ©ho konania z ÄŤ.l. 27-36 zo dĹ#a 16.09.2020 vyplĂ˝va, Ĺľe obvinenĂ˝ sĂşhlasil s tĂ˝m, ÄŤo sa mu klĂˇdlo za vinu, a priznal sa k tomu, ako uĹľ urobil pri zadrĹľanĂ-. Mal doma zariadenia na pestovanie marihuany, ktorĂş pestoval necelĂ© dva roky. Pred vykonanĂm domovej prehliadky na jeho trvalej adrese vypestoval maximĂˇlne 200 gramov marihuany, ktorĂş mal pre seba alebo na podarovanie. K obsahu komunikĂˇcie v jeho mobilnom telefĂłne uviedol, Ĺľe pouĹľĂval</w:t>
      </w:r>
    </w:p>
    <w:p>
      <w:r>
        <w:t>ÄŤĂslo XXXX XXX XXX uĹľ pribliĹľne 10 rokov. A., ktorĂş vypestoval, predĂˇval niekoÄľkĂ˝m osobĂˇm, priÄŤom najviac ich mohlo byĹĄ desaĹĄ. Predaj marihuany sa snaĹľil vykonĂˇvaĹĄ najmĂ¤ vĂ˝menou za inĂ© veci, a aĹľ potom ju predĂˇval, aby mal peniaze na cigarety. Nerobil to s Ăşmyslom veÄľkĂ©ho zĂˇrobku. SnaĹľil sa ĹľiĹĄ usporiadanĂ˝ Ĺľivot a plĂˇnoval sa presĹĄahovaĹĄ k svojej mame. Svoje konanie Äľutuje, veÄľmi ho to mrzĂ-, od tejto doby nepĂˇcha Ĺľiadnu trestnĂş ÄŤinnosĹĄ. Z vĂ˝povede obĹľalovanĂ©ho z prĂpravnĂ©ho konania z ÄŤ.l. 57-64 zo dĹ#a 14.01.2022 vyplĂ˝va, Ĺľe sĂşhlasĂ so znenĂm skutku tak, ako mu bol kladenĂ˝ za vinu v pĂ´vodnom rozsahu teda uznesenĂm zo dĹ#a 21.08.2020. UĹľ pri prvom vĂ˝sluchu po vykonanĂ domovej prehliadky priznal, Ĺľe pestoval konope v indoor podmienkach pribliĹľne 1,5 aĹľ 2 roky. Priznal sa k dvom rastlinĂˇm, ktorĂ© boli v tej chvĂli suchĂ©. Celkovo vypestoval 150â€“200 gramov marihuany, bolo to asi 5 rastlĂn do 80 cm, nedarilo sa mu, priÄŤom vĂ¤ÄŤĹˇina rastlĂn nevyrĂˇstla sprĂˇvne a bola napadnutĂˇ Ĺˇkodcami. Rastliny dopadli tak, ako tie, ktorĂ© boli nĂˇjdenĂ© pri domovej prehliadke, celkovo vypestoval asi 15 aĹľ 17 rastlĂn, priÄŤom len zo 4 alebo 5 mal nejakĂ˝ ĂşĹľitok. Pestovanie bolo urÄŤenĂ© pre jeho vlastnĂş potrebu a marihuanu buÄŹ sĂˇm fajÄŤil, alebo sa o Ĺ#u podelil s niekoÄľkĂ˝mi znĂˇmymi. ZaÄŤal pestovaĹĄ marihuanu po ĂşmrtĂ svojho otca v roku 2018, keÄŹ sa psychicky zrĂştil. Po tomto incidente zaÄŤal marihuanu uĹľĂvaĹĄ a neskĂ´r pestovaĹĄ. UÄŤil sa z internetu, ale nikdy nepestoval vĂ¤ÄŤĹˇie mnoĹľstvo. O marihuanu sa delil so znĂˇmym F. G., je to kuchĂˇr, ktorĂ©ho poznĂˇ asi od roku 2019, on variĹĄ nevedel, tak F. pozval k sebe, doniesol jedlo a on F. pozval na jointa, ktorĂ©ho spolu vyfajÄŤili. Takto spolu marihuanu fajÄŤili 4 alebo 5 krĂˇt. TieĹľ jeho znĂˇmy D. I. sa za nĂm 5 alebo 6 krĂˇt zastavil, doniesol pervitĂn, ktorĂ˝ obĹľalovanĂ˝ uĹľĂval a za to chcel, aby mu dal zafajÄŤiĹĄ, aby sa mohol ĂsĹĄ domov vyspaĹĄ. VĹľdy fajÄŤili spolu a D. I. si nikdy marihuanu neodnĂˇĹˇal. Niekedy doniesol aj fÄľaĹˇu alkoholu, niekedy cigarety, takĹľe vĹľdy iĹˇlo o vĂ˝menu. V jeho okolĂ sa pohybovalo viacero osĂ´b, niekedy to boli znĂˇmi D. I. a F. G., tak si naprĂklad zafajÄŤili tieĹľ. Kto a kedy konkrĂ©tne uviesĹĄ nevie. V poslednej fĂˇze pestovania sa mu nedarilo opĂ¤ĹĄ, z poslednĂ©ho pokusu mu ostali dve suchĂ© rastliny, ktorĂ© mu zaistila polĂcia pri domovej prehliadke. UĹľĂval marihuanu a pervitĂn maximĂˇlne 2 roky. OdbornĂş pomoc po smrti otca nevyhÄľadal, zaÄŤal uĹľĂvaĹĄ drogy. F. G. poznĂˇ asi od roku 2019, D. I. poznĂˇ asi 12 â€“ 13 rokov, H. B. moĹľno poznĂˇ, ak je to ten, ktorĂ˝ robil ÄŤaĹˇnĂka v M. v C., toho poznĂˇ asi 3 roky skĂ´r z videnia. Marihuanu nepredĂˇval, maximĂˇlne ju vymieĹ#al, ale skĂ ´r sa o Ĺ#u delil. CelkovĂ© mnoĹľstvo, ktorĂ© takto vymenil mohlo byĹĄ z jednej rastliny, ostatnĂ© 4 ktorĂ© vypestoval, spotreboval sĂˇm. Nikomu marihuanu nepredĂˇval, pokiaÄľ priĹˇiel niekto s I. alebo G., tak si s nimi moĹľno tieto osoby zafajÄŤili. A. zaÄŤal pestovaĹĄ aby priĹˇiel na inĂ© myĹˇlienky a aby uĹˇetril, pestoval ju pre vlastnĂş potrebu, delenie sa o marihuanu priĹˇlo aĹľ v neskorĹˇej fĂˇze a bolo to v kamarĂˇtskom kruhu. D. I., keÄŹ doniesol pervitĂn, tak ho spolu spotrebovali, obĹľalovanĂ˝ ĹˇĹ#upal a on si pichol do Ĺľily, potom marihuanu obĹľalovanĂ©ho spolu vyfajÄŤili, bolo to spoloÄŤnĂ© uĹľĂvanie oboch drog. Po presĹĄahovanĂ do ÄŚeskej republiky v roku 2021 ho kontaktoval D. I., ktorĂ˝ vyjadril ÄľĂştosĹĄ nad svojou vĂ˝poveÄŹou. A. za peniaze nepredĂˇval. OsobbĂˇm D. I., H. B. a F. G. marihuanu ani inĂ© drogy nepredal. PokiaÄľ ide o pestovateÄľskĂ© pomĂ´cky uviedol, Ĺľe ich nakupoval cez internet, a celkovĂ© nĂˇklady na pestovanie sa pohybovali okolo 1000 aĹľ 1300 Euro. Na zĂˇver vyjadril ÄľĂştosĹĄ nad svojĂm konanĂm a priznal, Ĺľe sa presĹĄahoval do ÄŚeskej republiky, aby sa z toho dostal. Je mu kladenĂ© za vinu vĹˇak aj nieÄŤo, ÄŤo nespĂˇchal. K rozporom vo vĂ˝povediach obĹľalovanĂ˝ uviedol, Ĺľe policajti priĹˇli k nemu, prehÄľadali dom a poĹľadovali, aby im vĹˇetko vydal. KeÄŹ im povedal, Ĺľe nemĂˇ niÄŤ, zaÄŤali ho straĹˇiĹĄ a vyhrĂˇĹľali sa mu trestnou sadzbou 10-15 rokov. Bol pod veÄľkĂ˝m stresom. SnaĹľil sa pestovaĹĄ marihuanu, ale neĂşspeĹˇne. Z 3 alebo 4 rastlĂn mal nejakĂ˝ ĂşĹľitok, ostatnĂ© nepreĹľili. F. G. k nemu ÄŤasto chodil a nosil mu jedlo, pretoĹľe nemal peniaze a nevedel variĹĄ, ale nie tĂ˝m spĂ´sobom, Ĺľe on doniesol jedlo a obĹľalovanĂ˝ mu za to dal na vĂ˝menu marihuanu, jedlo mu nosil nonstop, niekedy mu dal cigarety, niekedy mu dal za jedlo peniaze, keÄŹ mal. Je pravda, Ĺľe F. G. k sebe pozal, ale nie na jointa, ale na dvor, kde F. G. fajÄŤil marihuanu, ktorĂş si doniesol. D. I. sa u neho obÄŤas zastavil, doniesol mu aj pervitĂn a opĂ˝tal sa, ÄŤi nieÄŤo chce, keÄŹ mal nieÄŤo navyĹˇe. Vedel, Ĺľe obĹľalovanĂ˝ nemĂˇ peniaze, ale aj tak mu to doniesol. VĹˇetku marihuanu mal len pre seba a podelil sa o Ĺ#u len s I., a to tak, Ĺľe ju spolu fajÄŤili na dvore. Svedok F. G. na hlavnom pojednĂˇvanĂ vypovedal, Ĺľe obĹľalovanĂ©ho poznĂˇ cez D. I. od novembra 2019. I. ho zoznĂˇmil s obĹľalovanĂ˝m, pretoĹľe mal problĂ©my s autom, a chodieval potom k obĹľalovanĂ©mu niekoÄľkokrĂˇt fajÄŤiĹĄ trĂˇvu, nemal vedomosĹĄ o tom, Ĺľe by obĹľalovanĂ˝ marihuanu predĂˇval, o tom, Ĺľe ju uĹľĂva sa dozvedel, keÄŹ obĹľalovanĂ˝ povedal, Ĺľe tieĹľ fajÄŤĂ marihuanu, potom si ju spolu niekoÄľkokrĂˇt spolu zafajÄŤili na dvore, bolo to asi 8 aĹľ 10krĂˇt, priÄŤom vĹľdy mal so sebou svoju marihuanu a nikdy od obĹľalovanĂ©ho niÄŤ nekupoval. Kontaktovali sa telefonicky a stretĂˇvali sa len za ĂşÄŤelom fajÄŤenia marihuany. Raz mu priniesol jedlo,</w:t>
      </w:r>
    </w:p>
    <w:p>
      <w:r>
        <w:t>ale niÄŤ za to nechcel a obĹľalovanĂ˝ mu za to niÄŤ nedal. Pracuje v N. ako kuchĂˇr. ObĹľalovanĂ˝ v Messenger-i vystupoval pravdepodobne ako A.. PouĹľĂva telefĂłnne ÄŤĂslo XXXXXXXXXX a ÄŤĂslo XXXXXXXXXX pouĹľĂval, ÄŤĂslo XXXXXXXXXX nepouĹľĂval. KeÄŹ bol u obĹľalovanĂ©ho, vĹľdy boli sami a nevedel o tom, Ĺľe obĹľalovanĂ˝ marihuanu pestuje. A., ktorĂş si k obĹľalovanĂ©mu nosil, mal od znĂˇmeho. Z dĂ´vodu odstraĹ#ovania rozporov vo vĂ˝povedi svedka bola na nĂˇvrh prokurĂˇtora preÄŤĂtanĂˇ jeho vĂ˝poveÄŹ z prĂpravnĂ©ho konania z ÄŤ.l. 68-71 zo dĹ#a 30.09.2020. DĹ#a 30.09.2020 svedok F. G. vypovedal, Ĺľe spoznal A. B. v novembri 2019 cez D. I.. Mal problĂ©my s autom, a A. mu pomohol. D. I. mu povedal, Ĺľe obĹľalovanĂ˝ mĂˇ marihuanu, a on sa na to obĹľalovanĂ©ho opĂ˝tal. ObĹľalovanĂ˝ mu dal marihuanu na vyskĂşĹˇanie. NĂˇsledne od obĹľalovanĂ©ho takmer pravidelne bral marihuanu, zvyÄŤajne 1 g tĂ˝Ĺľdenne, niekedy mu ju dal obĹľalovanĂ˝ zadarmo, inokedy zaplatil 5 eur za gram. Najviac, ÄŤo od obĹľalovanĂ©ho zobral, bolo 10 gramov marihuany. KeÄŹ chcel marihuanu, obĹľalovanĂ©mu zavolal alebo napĂsal SMS na jeho ÄŤĂslo XXXX XXX XXX, opĂ˝tal sa ho, ÄŤi mĂˇ ÄŤo minule, vĂ¤ÄŤĹˇinou povedal, Ĺľe Ăˇno, Ĺľe sa nieÄŤo nĂˇjde. NĂˇsledne priĹˇiel k obĹľalovanĂ©mu domov, k brĂˇne a tam mu obĹľalovanĂ˝ dal marihuanu a on dal obĹľalovanĂ©mu peniaze. S obĹľalovanĂ˝m komunikoval z jeho ÄŤĂsla XXXXXXXXXX. Takto to prebiehalo aĹľ dovtedy, kĂ˝m obĹľalovanĂ©ho nezobrali policajti, to bolo niekedy v mĂˇji 2020. ObĹľalovanĂ˝ mu povedal, Ĺľe marihuanu pestuje doma na amatĂ©rskej Ăşrovni, ale detaily nepoznal a nikdy nebol u neho doma. Nikdy nevidel Ĺľiadne zariadenie na pestovanie marihuany. Nevie o nikom, kto chodil k obĹľalovanĂ©mu kupovaĹĄ marihuanu, nikdy tam nikoho nestretol. K rozporom vo vĂ˝povediach svedok F. G. uviedol, Ĺľe to nie je jeho vĂ˝poveÄŹ a Ĺľe by to nikdy nepovedal, je tam veÄľa nesprĂˇvnych informĂˇciĂ a nepravdivĂ˝ch vecĂ-, podpis je jeho, ale vyĹˇetrovateÄľ to pravdepodobne pĂsal inĂ˝mi slovami, nepamĂ¤tĂˇ si, ÄŤi mu zĂˇpisnica bola preÄŤĂtanĂˇ, ale podpĂsal veÄľa dokumentov, vrĂˇtane pouÄŤenia. Vypovedal dobrovoÄľne. O vĂ˝sluchu dĹ#a 30.09.2020 sa dozvedel telefonicky, priÄŤom pĂsomnĂ© predvolanie nedostal. Na vĂ˝sluch priĹˇiel osobne a predtĂ˝m ho policajti nenavĹˇtĂvili. O tom, Ĺľe by obĹľalovanĂ˝ mal predĂˇvaĹĄ marihuanu, nemĂˇ vedomosĹĄ. Svedok D. I. na hlavnom pojednĂˇvanĂ vypovedal, Ĺľe obĹľalovanĂ©ho poznĂˇ uĹľ roky a Ĺľe spolu uĹľĂvali drogy. MĂˇ vedomosĹĄ o razii u obĹľalovanĂ©ho, ale viac k tomu nevedel povedaĹĄ, pretoĹľe to bolo dĂˇvno. Drogy uĹľĂvali niekedy v roku 2019, a to pervitĂn a marihuanu, ktorĂ© si zadovaĹľovali tak, Ĺľe raz ich priniesol svedok, inokedy obĹľalovanĂ˝. StretĂˇvali sa asi raz mesaÄŤne v domĂˇcnosti obĹľalovanĂ©ho, na dvore rodinnĂ©ho domu v Galante, kde drogy konzumovali. K obĹľalovanĂ©mu chodieval aj so svojou priateÄľkou a stretĂˇvali tam aj inĂ© osoby, ako naprĂklad F. G. a M. zo B.. U obĹľalovanĂ©ho sa stretĂˇvali za ĂşÄŤelom konzumĂˇcie drog. BuÄŹ si ich priniesol sĂˇm, alebo ich mal obĹľalovanĂ˝, nevie odkiaÄľ boli, tieĹľ nevie, odkiaÄľ mal drogy on. MnoĹľstvo uĹľĂvanĂ˝ch drog bolo vĹľdy pribliĹľne 2 ÄŤiary pervitĂnu na hlavu alebo 2 bongĂˇ marihuany na osobu. Cenu drog nevie uviesĹĄ, tĂˇto je premenlivĂˇ, mĂ´Ĺľe sa staĹĄ, Ĺľe drogy dostane zadarmo, niekedy za ne platĂ-, suma je vĹľdy inĂˇ, nie je to o biznise. ObĹľalovanĂ©mu za drogy Ĺľiadnu protisluĹľbu neposkytoval, nebolo to nieÄŤo za nieÄŤo, k obĹľalovanĂ©mu chodieval aj keÄŹ sa doma pohĂˇdal s rodiÄŤmi, poskytoval mu ĂştoÄŤisko, na dvore, kde drogy konzumovali sa nachĂˇdzalo veÄľkĂ© mnoĹľstvo kovoĹˇtoru, bordel, Ĺľiadne nĂˇradie na vĂ˝robu drog tam nevidel, v zĂˇhrade bol, ale vie ako marihuana vyzerĂˇ, ale ju nevidel, ani necĂtil, iba ak zo svojho dychu, ObĹľalovanĂ˝ drogy vyberal z vrecka, iĹˇlo o ĹˇiĹˇku v priehÄľadnom sĂˇÄŤku alebo v nepriehÄľadnej krabiÄŤke, s obĹľalovanĂ˝m uĹľ drogy neuĹľĂva, zaÄŤali ich uĹľĂvaĹĄ na jar v roku 2019 a skonÄŤili asi v oktĂłbri, keÄŹ sa obĹľalovanĂ˝ odsĹĄahoval do ÄŚiech. Nevie, akĂ telefĂłnne ÄŤĂslo pouĹľĂval obĹľalovanĂ˝ ani on, F. G. stretĂˇva doteraz, bĂ˝va na rovnakom sĂdlisku, v ÄŤase, keÄŹ F. G. bol u obĹľalovanĂ©ho, nevie, odkiaÄľ mal drogy, on bol rĂˇd, Ĺľe ich mĂˇ. H. B. nepoznĂˇ. ObĹľalovanĂ˝ nebol zamestnanĂ˝, nosievali mu jedlo s kamarĂˇtmi, za toto jedlo neplatil. Z dĂ´vodu odstraĹ#ovania rozporov bola na nĂˇvrh prokurĂˇtora preÄŤĂtanĂˇ vĂ˝poveÄŹ jeho vĂ˝poveÄŹ z prĂpravnĂ©ho konania z ÄŤ.l. 77 zo dĹ#a 30.09.2020. DĹ#a 30.09.2020 svedok D. I. vypovedal, obĹľalovanĂ©ho poznĂˇ uĹľ niekoÄľko rokov a je s nĂm sporadicky v kontakte, niekedy v oktĂłbri 2019 sa s nĂm stretol v C., kde sa ho obĹľalovanĂ˝ opĂ˝tal, ÄŤi by nechcel trĂˇvu, teda marihuanu, tak si od obĹľalovanĂ©ho zobral 1 gram marihuany na vyskĂşĹˇanie a zaplatil za to obĹľalovanĂ©mu 10 eur. ObĹľalovanĂ˝ mu povedal, Ĺľe ak bude chcieĹĄ marihuanu, nech sa mu ozve a on mu ju vybavĂ-. Dohadovali sa telefonicky alebo obĹľalovanĂ©mu napĂsal SMS na ÄŤĂslo XXXX XXX XXX, on komunikoval buÄŹ cez ÄŤĂslo XXXX XXX XXX, ktorĂ© je pĂsanĂ© na neho alebo XXXX XXX XXX, ktorĂ© je pĂsanĂ© na otca. Od oktĂłbra 2019 do mĂˇja 2020, kedy u neho spravili raziu, kupoval od obĹľalovanĂ©ho v priemere raz tĂ˝Ĺľdenne gram marihuany za 10 eur, obÄŤas</w:t>
      </w:r>
    </w:p>
    <w:p>
      <w:r>
        <w:t>mu dal obĹľalovanĂ˝ marihuanu aj zadarmo. VĹľdy ju kupoval len pre vlastnĂş spotrebu, marihuanu mu obĹľalovanĂ˝ dĂˇval na ulici pred brĂˇnou jeho rodinnĂ©ho domu na D. ulici v C.. Vedel, Ĺľe obĹľalovanĂ˝ marihuanu pestoval doma, pretoĹľe sa mu s tĂ˝m obĹľalovanĂ˝ pochvĂˇlil, ale nikdy nevidel zariadenie na pestovanie, obĹľalovanĂ˝ mu ho neukĂˇzal, Ăşdajne bolo na amatĂ©rskej Ăşrovni. K rozporom vo vĂ˝povediach svedok D. I. uviedol, Ĺľe teraz vypovedal pod prĂsahou, nikdy nekĂşpil drogy od obĹľalovanĂ©ho, ani neprebehla situĂˇcia, Ĺľe by mu obĹľalovanĂ˝ dal marihuanu a on by mu za to dal peniaze. Mohlo sa staĹĄ, Ĺľe si vzĂˇjomne poĹľiÄŤiavali peniaze a odovzdĂˇvali ich za tĂ˝mto ĂşÄŤelom, ale nikdy nie za drogy. PomĂˇhali si aj s drogami, aj finanÄŤne, aj so stravou, ale nikdy si za drogy vzĂˇjomne neplatili, a uĹľ vĂ´bec nie dlhodobo. Nevie, preÄŤo v prĂpravnom konanĂ vypovedal, Ĺľe mal vedomosĹĄ o tom, Ĺľe obĹľalovanĂ˝ marihuanu pestuje. Je pravda, Ĺľe s obĹľalovanĂ˝m komunikoval, ale bolo to dĂˇvno, pĂsali si o rĂ´znych veciach. PripĂşĹˇĹĄa, Ĺľe obdobie, kedy s obĹľalovanĂ˝m drogy uĹľĂval, sa zhoduje s obdobĂm, o ktorom vypovedal v prĂpravnom konanĂ-, teda iĹˇlo o obdobie od oktĂłbra 2019 do mĂˇja 2020. Na otĂˇzky obhajcu svedok uviedol, Ĺľe v uvedenom obdobĂ uĹľĂval s obĹľalovanĂ˝m aj marihuanu, ktorĂş zabezpeÄŤil on, iĹˇlo o obdobie od oktĂłbra 2019 do mĂˇja 2020 K vĂ˝povedi svedka sa vyjadril obĹľalovanĂ˝, ktorĂ˝ uviedol, Ĺľe je pravda, Ĺľe s D. I. si pomĂˇhali, niekoÄľkokrĂˇt ho u seba doma prichĂ˝lil, nebol s nĂm v kontakte aĹľ do ÄŤasu vykonania domovej prehliadky, pretoĹľe sa uĹľ vtedy sĹĄahoval do E., pomĂˇhal so sĹĄahovanĂm aj matke, trĂˇvil tam veÄľa ÄŤasu. Znalec O. F. L. P. predniesol znaleckĂ˝ posudok ÄŤ. X/XXXX v sĂşlade s jeho pĂsomnĂ˝m vyhotovenĂm a uviedol, Ĺľe ku dĹ#u hlavnĂ©ho pojednĂˇvania nie sĂş znĂˇme Ĺľiadne skutoÄŤnosti, ktorĂ© by mohli maĹĄ vplyv na zĂˇvery prezentovanĂ© v posudku, a na tĂ˝chto zĂˇveroch trvĂˇ v plnom rozsahu. Na otĂˇzky prokurĂˇtora znalec uviedol, Ĺľe spracovĂˇval dĂˇta a komunikĂˇciu s osobami, ktorĂş odovzdal vo forme tabuÄľky. NeskĂşmal obsah komunikĂˇciĂ-, pretoĹľe to nebolo jeho Ăşlohou. Nevie sa vyjadriĹĄ k tomu, s akĂ˝mi osobami obĹľalovanĂ˝ komunikoval, pretoĹľe v znaleckom posudku sĂş uvedenĂ© len SMS sprĂˇvy, nie sĂş tam uvedenĂ© telefonickĂ© hovory. Tieto sprĂˇvy sĂş zahrnutĂ© v prĂlohe DVD v ÄŤasti "Reporty", kde sĂş uvedenĂ© telefĂłnne ÄŤĂsla, ale nie menĂˇ osĂ´b. KomunikĂˇcia prebiehala v zadanom ÄŤasovom obdobĂ-. NeskĂşmal obsah komunikĂˇciĂ ani poÄŤet osĂ´b, s ktorĂ˝mi prebiehala. S osobou pouĹľĂvajĂşcou telefĂłnne ÄŤĂslo XXXX XXX XXX bolo komunikovanĂ©, priÄŤom toto ÄŤĂslo kontaktovalo obĹľalovanĂ©ho naprĂklad 3. marca 2020. PodÄľa mien sa ku komunikĂˇcii vyjadriĹĄ nevie, urÄŤite boli v skĂşmanom telefĂłne viac ako tri kontakty. Na otĂˇzky obhajcu znalec uviedol, Ĺľe nevie identifikovaĹĄ, koÄľko uĹľĂvateÄľov mobilnĂ˝ telefĂłn pouĹľĂvalo, ani ÄŤi bol telefĂłn predĂˇvanĂ˝. Ak by bol telefĂłn pouĹľĂvanĂ˝ s inou SIM kartou, bez tejto SIM karty by sa k obsahu nedostal. Nevie sa vyjadriĹĄ, ÄŤi bol telefĂłn pouĹľĂvanĂ˝ inĂ˝mi osobami a koÄľkĂ˝mi. SkĂşmal iba zadanĂ˝ ÄŤasovĂ˝ interval. Obsah je spracovanĂ˝ kompletne vĹˇetko, ale zameral sa na skĂşmanĂ© ÄŤasovĂ© obdobie. NevyluÄŤuje, Ĺľe v tomto ÄŤasovom obdobĂ mohli telefĂłn pouĹľĂvaĹĄ viacerĂ uĹľĂvatelia, mohli ale nemuseli. Toto nedokĂˇĹľe zistiĹĄ, vylĂşÄŤiĹĄ to ale nemĂ´Ĺľe. MĂ´Ĺľe sa staĹĄ, Ĺľe by v telefĂłne boli zachovanĂ© aj obrĂˇzky inĂ©ho, resp. predchĂˇdzajĂşceho uĹľĂvateÄľa. Na doplĹ#ujĂşce otĂˇzky prokurĂˇtora znalec uviedol, Ĺľe sa nemĂ ´Ĺľe staĹĄ, Ĺľe by v telefĂłne boli zachovanĂ© SMS sprĂˇvy inĂ©ho resp. predchĂˇdzajĂşceho uĹľĂvateÄľa, tieto sĂş viazanĂ© na konkrĂ©tnu SIM kartu a telefĂłnne ÄŤĂslo, ale mĂ´Ĺľe sa staĹĄ, Ĺľe pri prenose sĂşborov sa mĂ´Ĺľe zmeniĹĄ dĂˇtum vytvorenia. Znalec O. F. L. P. sa vyjadril k obsahu prĂlohy nachĂˇdzajĂşcej sa na USB, ktorĂˇ bola prĂlohou znaleckĂ©ho posudku. Konkretizoval z ÄŤoho vyabstrahoval predmetnĂş SMS komunikĂˇciu, ktorĂˇ je obsahom wordovĂ©ho dokumentu a z akĂ©ho zariadenia pochĂˇdza. SMS komunikĂˇcia bola vyabstrahovanĂˇ z mobilnĂ©ho telefĂłnu, ktorĂ˝ mu bol predloĹľenĂ˝ v rĂˇmci znaleckĂ©ho skĂşmania. Jednalo sa o telefonickĂ˝ prĂstroj Samsung Galaxy, typ: Galaxy A5, model: B., vĂ˝robnĂ© ÄŤĂslo: D.. OboznĂˇmila sa ĂşplnĂˇ komunikĂˇcia tĂ˝kajĂşca sa tel.ÄŤ. XXXX XXX XXX zaÄŤĂnajĂşca zĂˇznamom zo dĹ#a 04.03.2020 obsahujĂşca sprĂˇvy : â€ž U teba je joko?, O minutu Q. servis. Nie, sak uz vyĹˇe hodiny iĹˇiel odo mĹ#a domov, moĹľno aj viac je tomu uĹľ. Kamo, chlapcovi som povedal 60, tak to zober od neho a desinu mi nenĂˇpadne podĂˇĹˇ. đź#‰ Okej. Nazdar ako? Asi budem potrebovaĹĄ tvoju pomoc. Si on-line? ÄŚau, kamo, ÄŤo si mi dal v tom papieri, zÄŹaleka nie je takĂ© dobrĂ© ako predtĂ˝m, a pripadĂˇ mi to slabĂşÄŤke. Ja som M., dvihni. A., povedz, ÄŤi mĂ´Ĺľem prĂsĹĄ, alebo dvihni. M.. Uz je stav cca takĂ˝, inak Ĺľe by bolo kÄľudne zrealizovateÄľnĂ© nieÄŤo takĂ©, ako si posledne chcel. MyslĂm, Ĺľe uĹľ sa to dostalo do tej fĂˇzy. Ok a ÄŤo budem robiĹĄ s hentĂ˝m sitom? Viem na ÄŤo narĂˇĹľaĹˇ, to ti zamenĂm. SpravĂ sa to. Ok, dnes dĂ´jdem okolo 5 a len mi zamenĂĹˇ, a potom stredu zasa 10. Ok? Ok, ale volaj mi predtĂ˝m, jak pĂ ´jdeĹˇ, nech som doma. Ok, urÄŤite. VyrĂˇĹľam zo B.. Pod von. Nehovor mena, keÄŹ mi volĂˇĹˇ! D Ahoj, robĂĹˇ eĹˇte prosĂm ĹĄa? Dost urgentne, ak by sa dalo, bleskovo na bajku by som bol tam. NespĂm,</w:t>
      </w:r>
    </w:p>
    <w:p>
      <w:r>
        <w:t>keby nieÄŤo. NebudeĹˇ maĹĄ nĂˇhodou cestu okolo? Chcel som aj reÄŤ hodiĹĄ s tebou v krĂˇtkosti o nieÄŤom. Nazdar, dĂˇ sa dnes za 30? Caves, mohol by som prosĂm ĹĄa dobehnĂşĹĄ? Caves, nebol som od rĂˇna pri tel. Je to eĹˇte aktuĂˇlne, chceĹˇ to eĹˇte? V pohode, zatiaÄľ nie, dĂˇm vedieĹĄ nabudĂşce. Dik. Ahoj, mĂ´Ĺľem sa zastaviĹĄ o 19h. I., minule som bola cez D.. ÄŽ. Caves, jasne, mĂ ´ĹľeĹˇ, len mi doĹˇiel kredit, a neodoslalo SMS jak som ti hneÄŹ odpĂsal. Ale mĂ´ĹľeĹˇ dobehnĂşĹĄ. KoÄľko keÄŹ tak chceĹˇ? Ahoj, ako sa mĂˇĹˇ? Spal R.? Klasika 20/40 je taxa? Ă#no, len nemĂˇm moc kredit, keÄŹ budem pred tvojim prezvonĂm, ĹĄa. Tak jeden celokovovĂ˝, mĂ´ĹľeĹˇ teda pre mĹ#a. Za chvĂÄľu budem vyrĂˇĹľaĹĄ, ok? Pol, keÄŹ vieĹˇ. ÄŽakujem. B., poÄŤuj, fichema mĂˇ L-karnitĂn. 50g/3,92â‚¬, 100g/6,93â‚¬, 500g/30,04â‚¬. Ale majĂş nieÄŤo so strĂˇnkou, Ĺľe asi len od zajtra sa dajĂş objednaĹĄ veci z eshopu. AspoĹ# tak pĂĹˇu. OstĂˇvam v Nemecku a rĂˇno o pol 5 pokraÄŤujem. Zajtra volĂˇm, zlatĂÄŤko, dobru noc a ÄľĂşbim ĹĄa. B., si hore? Sevaaas, uĹľ hore? Ciga? Je tu uĹľ aj M..â€ś OboznĂˇmila sa ĂşplnĂˇ komunikĂˇcia tĂ˝kajĂşca sa tel.ÄŤ. XXXX XXX XXX zaÄŤĂnajĂşca zĂˇznamom zo dĹ#a 07.05.2020. SprĂˇvy ÄŤ. 5375, 5348, 5346, 5337, 5330, 5279, 5271, 5270, 5269, 5266 sĂş v maÄŹarskom jazyku obsahujĂşca sprĂˇvy : â€ž Papi nieÄŤo na exchange? Alebo nieÄŤo na predaj aspoĹ# zopĂˇr g? NapĂĹˇ. To je delo hento strasne volaco toto ano top top top delo hned mi pls ked tn je dik tesim sa totalne hehe. Som tu. ÄŤau eĹˇte si hore?. Nie je pripravenĂˇ nejakĂˇ keĹˇ alebo vĂ˝mena? Pod' dolu aj ty prosĂm ĹĄa prehodiĹĄ pĂˇr slov nechcem to cez telefĂłn. DonesieĹˇ to? MĂˇm tu jeden kus ktorĂ˝ je suchĂ˝ mĂ´Ĺľem ti to dat' ked' myslĂĹˇ. Potreboval/a by som pre seba jeden pytel' staÄŤĂ aj pol vymenĂm. Len to ries: tak. prosimta nech u toho nepadne moje meno lebo netuzim po tupych vyskakovaniach toho zidovskeho hobita :Dâ€ś OboznĂˇmila sa ĂşplnĂˇ komunikĂˇcia tĂ˝kajĂşca sa tel.ÄŤ. XXXX XXX XXX zaÄŤĂnajĂşca zĂˇznamom zo dĹ#a 06.03.2020 obsahujĂşca sprĂˇvy : â€žNebudes mat nahodou cestu okolo??chcel som aj rec hodit s tebou v kratkosti o necom. MMam bicykle ale pod si pre ne na hlavnu. A hladny som. Caves jasne mozes len mi dosiel kred.a neodoslalo sms jak som ti hned odpisal.ale mozes dobehnut.kolko ked tak chces?â€ś Svedok H. B. na hlavnom pojednĂˇvanĂ vyuĹľil svoje prĂˇvo a odoprel vypovedaĹĄ z dĂ´vodu obavy, Ĺľe by si mohol vĂ˝poveÄŹou spĂ´sobiĹĄ nebezpeÄŤenstvo trestnĂ©ho stĂhania. Z uvedenĂ©ho dĂ ´vodu bola postupom podÄľa Â§ 263 odsek 4 TrestnĂ©ho poriadku na nĂˇvrh prokurĂˇtora preÄŤĂtanĂˇ jeho vĂ˝poveÄŹ z prĂpravnĂ©ho konania zo dĹ#a 30.09.2020 z ÄŤ.l. 72 a nasl. K nĂˇmietkam obhajcu k uvedenĂ©mu postupu sĂşd uvĂˇdza, Ĺľe pred tĂ˝mto vĂ˝sluchom bol svedok o svojom prĂˇve odoprieĹĄ vĂ˝poveÄŹ riadne pouÄŤenĂ˝ priÄŤom vĂ˝slovne vyhlĂˇsil, Ĺľe toto prĂˇvo nevyuĹľĂva, a vĂ˝sluch svedka bol vykonanĂ˝ zĂˇkonnĂ˝m spĂ´sobom. DĹ#a 30.09.2020 svedok H. B. vypovedal, Ĺľe obĹľalovanĂ©ho poznĂˇ dlhodobo, uĹľ pribliĹľne 10 rokov, ale nebol s nĂm v kontakte. V novembri roku 2019 sa s obĹľalovanĂ˝m stretol v C. v M., kde v tom ÄŤase pracoval ako ÄŤaĹˇnĂk. Dali sa do reÄŤi a po chvĂli mu obĹľalovanĂ˝ navrhol, Ĺľe by mu mohol vybaviĹĄ, resp. predaĹĄ nejakĂş marihuanu. Dohodli sa, Ĺľe mu obĹľalovanĂ˝ prinesie 1 gram marihuany za 10 eur, nevie, ÄŤi to bolo v ten deĹ#, alebo neskĂ´r. Potom mu obĹľalovanĂ˝ povedal, Ĺľe keÄŹ bude maĹĄ zĂˇujem, nech sa mu ozve, a on mu marihuanu vybavĂ-. Kontaktoval ho telefonicky alebo cez aplikĂˇciu Messenger, no nevedel si spomenĂşĹĄ na konkrĂ©tne ÄŤĂslo. V aplikĂˇcii Messenger mal obĹľalovanĂ˝ meno "S. A.". V tom ÄŤase mal sĂˇm inĂ© ÄŤĂslo, ktorĂ© bolo tieĹľ evidovanĂ© na neho, ale nevedel si spomenĂşĹĄ na konkrĂ©tnu ÄŤĂslicu. V sĂşÄŤasnosti pouĹľĂva ÄŤĂslo XXXX XXX XXX, ktorĂ© bolo tieĹľ evidovanĂ© na neho. Od polovice novembra 2019 do polovice januĂˇra 2020 kĂşpil od obĹľalovanĂ©ho marihuanu asi 5-krĂˇt, priÄŤom 4-krĂˇt si zobral 1 alebo 2 gramy a naposledy 5 gramov. Cena bola vĹľdy 10 eur za 1 gram. A. vĹľdy vyzdvihol pred brĂˇnou domu obĹľalovanĂ©ho v C., kde mu obĹľalovanĂ˝ na ulici odovzdal marihuanu a on dal obĹľalovanĂ©mu peniaze. Nevie, odkiaÄľ mal obĹľalovanĂ˝ tĂşto marihuanu, ale vĹľdy mu ju doniesol z domu. Nevie o nikom inom, kto by k obĹľalovanĂ©mu chodil pre marihuanu. A. bral len pre seba, pre vlastnĂş spotrebu. Zo zĂˇpisnice o zadrĹľanĂ a obmedzenĂ osobnej slobody z ÄŤ.l. 19 vyplĂ˝va, Ĺľe obĹľalovanĂ˝ bol dĹ#a 25.05.2020 o 04:45 hod. zadrĹľanĂ˝ a obmedzenĂ˝ na osobnej slobode. Z opatrenia ORPZ Galanta z ÄŤ.l. 26 vyplĂ˝va, Ĺľe obĹľalovanĂ˝ bol dĹ#a 25.05.2020 o 13:50 hod. prepustenĂ˝ zo zadrĹľania na slobodu. Z uznesenia ORPZ Galanta zo dĹ#a 27.05.2020 z ÄŤ.l. 78 vyplĂ˝va, Ĺľe do konania bol ako znalec z odboru kriminalistika pribranĂ˝ KriminalistickĂ˝ a expertĂzny Ăşstav PZ, SR ul. SklabinskĂˇ ÄŤ. 35, Bratislava na vypracovanie znaleckĂ©ho posudku v zmysle poloĹľenĂ˝ch otĂˇzok. Z uznesenia ORPZ Galanta zo dĹ#a 27.05.2020 z ÄŤ.l. 85 vyplĂ˝va, Ĺľe do konania bol ako znalec z odboru kriminalistika pribranĂ˝ KriminalistickĂ˝ a expertĂzny Ăşstav PZ, SR ul. SklabinskĂˇ ÄŤ. 35, Bratislava na vypracovanie znaleckĂ©ho posudku v zmysle poloĹľenĂ˝ch otĂˇzok.</w:t>
      </w:r>
    </w:p>
    <w:p>
      <w:r>
        <w:t>Z uznesenia ORPZ Galanta zo dĹ#a 01.06.2020 z ÄŤ.l. 98 vyplĂ˝va, Ĺľe do konania bol ako znalec z odboru elektrotechnika pribranĂ˝ O. F. L., P. zapĂsanĂ˝ v zozname znalcov Ministerstva spravodlivosti SR, evidenÄŤnĂ© ÄŤĂslo XXXXXX na vypracovanie znaleckĂ©ho posudku v zmysle poloĹľenĂ˝ch otĂˇzok. Zo zĂˇpisnice o vykonanĂ domovej prehliadky z ÄŤ.l. 143-149 s fotodokumentĂˇciou z ÄŤ.l. 152-158 vyplĂ˝va, Ĺľe dĹ#a 25.05.2020 o 04:45 hod. bola vykonanĂˇ domovĂˇ prehliadka v rodinnom dome na ulici D. v C., so sĂşpisnĂ˝m ÄŤĂslom XXX, S. E. XXX nachĂˇdzajĂşcom sa na kĂş C., postavenom na pozemku parc.reg.â€śCâ€ś ÄŤ. XXX, vrĂˇtane parc.reg.â€śCâ€ś ÄŤ. XXX spolu so situaÄŤnĂ˝mi fotkami, pri ktorej boli zaistenĂ© okrem inĂ©ho aj zelenĂˇ rastlina o vĂ˝Ĺˇke cca 40 cm, zelenĂˇ suĹˇenĂˇ rastlina 2x, plastovĂ˝ sĂˇÄŤok s tlakovĂ˝m uzĂˇverom s obsahom zelenĂ©ho prĂˇĹˇku, semienka v sĂˇÄŤiku s tlakovĂ˝m uzĂˇverom v poÄŤte 2 ks, plastovĂ nĂˇdoba s uzĂˇverom s kochlĂkmi a priesady v poÄŤte 54 ks, 2 ks plastovĂ˝ sĂˇÄŤok s tlakovĂ˝m uzĂˇverom s obsahom zelenej drtenej suĹˇiny, 1 ks sĂˇÄŤok s tlakovĂ˝m uzĂˇverom s obsahom neznĂˇmej kryĹˇtalickej lĂˇtky, 1 ks plastovĂ˝ sĂˇÄŤok s tlakovĂ˝m uzĂˇverom s obsahom zelenej suĹˇenej rastliny, 2 ks plastovĂ˝ sĂˇÄŤok s tlakovĂ˝m uzĂˇverom s obsahom neznĂˇmej kryĹˇtalickej lĂˇtky, 1 ks zatavenĂˇ injekÄŤnĂˇ striekaÄŤka so zatavenĂ˝m koncom s obsahom neznĂˇmej kryĹˇtalickej lĂˇtky, 3 ks digitĂˇlnych mikrovĂˇh, 1 ks mobilnĂ˝ telefĂłn zn. Samsung ÄŤiernej farby, 1 ks fotoaparĂˇt J. K. B., komponenty na pestovanie indoorovĂ˝ch rastlĂn: elektrickĂ˝ predradnĂk so sodĂkovou vĂ˝bojkou, 2 elektrickĂ© predradnĂky, stan so zariadenĂm na pestovanie indoorovĂ˝ch rastlĂn 2x sodĂkovĂ© vĂ˝bojky s tienidlom, 2 x potrebnĂ˝ ventilĂˇtor, 1 x stacionĂˇrny ventilĂˇtor, ÄŤasĹĄ vzduchotechniky so vzduchovĂ˝m filtrom, komponenty na pestovanie indoorovĂ˝ch rastlĂn: neĂłnovĂ© svietidlo s ventilĂˇtorom s prĂdavnĂ˝mi ledkami a chladenĂm, zelenĂˇ suĹˇenĂˇ drĹĄ. Zo zĂˇpisnice o prehliadke tela z ÄŤ.l. 150-151, vyplĂ˝va, Ĺľe dĹ#a 25.05.2020 vykonanĂˇ prehliadka tela A. B., narodenĂ©ho: XX.XX.XXXX, trvale bytom: D. XXX/X, C. Z hlĂˇsenia o pouĹľitĂ sluĹľobnĂ©ho psa z ÄŤ.l. 159,vyplĂ˝va, Ĺľe dĹ#a 25.05.2020 o 04:45 hod.sa psovod zĂşÄŤastnil domovej prehliadky v rodinnom dome na ulici D. T. C., so sĂşpisnĂ˝m ÄŤĂslom XXX. Z lustrĂˇcie v systĂ©me AvĂzo z ÄŤ.l. 164 vyplĂ˝va, Ĺľe ku dĹ#u 11.04.2022 obĹľalovanĂ˝ nie je trestne stĂhanĂ˝. Zo sprĂˇvy zo SociĂˇlnej poisĹĄovne z ÄŤ.l. 167 vyplĂ˝va, Ĺľe obĹľalovanĂ˝ v obdobĂ od 12.08.2016 do 30.09.2016 nepodal ĹľiadosĹĄ o poskytnutie dĂˇvky v nezamestnanosti, nebol evidovanĂ˝ ako poberateÄľ dĂˇvky v nezamestnanosti, nemocenskej dĂˇvky, poberateÄľom dĂ´chodku a ani poberateÄľom ĂşrazovĂ˝ch dĂˇvok. Z hodnotenia zamestnĂˇvateÄľa P. T. z ÄŤ.l. 169 vyplĂ˝va, Ĺľe vyplĂ˝va, Ĺľe obĹľalovanĂ˝ pracoval ako pomocnĂk kuchĂˇr, dosahoval uspokojivĂ© pracovnĂ© vĂ˝sledky, voÄŤi zamestnĂˇvateÄľovi bol lojĂˇlny. Zo sprĂˇvy z Ăšradu prĂˇce, sociĂˇlnych vecĂ a rodiny Galanta z ÄŤ.l. 170 vyplĂ˝va, Ĺľe obĹľalovanĂ˝ v obdobĂ od 01.01.2019 do 17.02.2022 nebol a nie je prĂjemcom pomoci v hmotnej nĂşdzi ÄŤlenom domĂˇcnosti a nie je ani nebol evidovanĂ˝ aj ako uchĂˇdzaÄŤ o zamestnanie. Zo sprĂˇvy o povesti z Mesta Galanta z ÄŤ.l. 173 vyplĂ˝va, Ĺľe obĹľalovanĂ˝ bol hodnotenĂ˝ neutrĂˇlne. Z opravnĂ©ho uznesenia ORPZ Galanta zo dĹ#a 23.06.2020 z ÄŤ.l. 99 vyplĂ˝va, Ĺľe doĹˇlo k oprave uznesenia o pribratĂ znalca zo dĹ#a 01.06.2020 vo vĂ˝rokovej ÄŤasti toho uznesenia a to doplnenĂm IMEI ÄŤĂsla mobilnĂ©ho telefĂłnu. Z vyjadrenia T. I. vyplĂ˝va, Ĺľe obĹľalovanĂ˝ Ĺľije usporiadanĂ˝m Ĺľivotom, je pre svoju chorĂş matku veÄľkou oporou, vzorne sa o Ĺ#u starĂˇ a je jej stĂˇle nablĂzku. LekĂˇrska sprĂˇva A. T. A. sa tĂ˝ka zdravotnĂ©ho stavu G. B., zo zĂˇverov ktorej vyplĂ˝va, Ĺľe pacientka je v starostlivosti syna, ktorĂ˝ sa o Ĺ#u starĂˇ.</w:t>
      </w:r>
    </w:p>
    <w:p>
      <w:r>
        <w:t>PrepĂşĹˇĹĄacia sprĂˇva A. P. U. sa tĂ˝ka zdravotnĂ©ho stavu G. B., zo zĂˇverov ktorej vyplĂ˝va, Ĺľe pacientke bol vypĂsanĂ˝ invalidnĂ˝ vozĂk, je jej odporĂşÄŤanĂˇ chĂ´dza len s doprovodom. Za sĂşhlasu procesnĂ˝ch strĂˇn bol preÄŤĂtanĂ˝ znaleckĂ˝ posudok KriminalistickĂ©ho a expertĂzneho Ăşstavu PolicajnĂ©ho zboru z ÄŤ.l. 80-84 ÄŚES: P./XXXX, zo zĂˇverov ktorĂ©ho vyplĂ˝va, Ĺľe v niekoÄľkĂ˝ch prĂpadoch boli identifikovanĂ© omamnĂ© a psychotropnĂ© lĂˇtky, najmĂ¤ tetrahydrokanabinol (THC) â€“ ĂşÄŤinnĂˇ lĂˇtka v konope (marihuane) â€“ a metamfetamĂn. Marihuana bola zaistenĂˇ v rĂ´znych formĂˇch (rastliny, suĹˇenĂˇ drĹĄ, mletĂ© konope) v niekoÄľkĂ˝ch stopĂˇch (napr. ÄŤ. 9, 10, 11, 14, 16, 27). Z tĂ˝chto vzoriek len dve (stopa ÄŤ. 9 a ÄŤ. 16) obsahovali ĂşÄŤinnĂ© mnoĹľstvo THC, ktorĂ© moĹľno povaĹľovaĹĄ za beĹľnĂ© dĂˇvky drogy â€“ konkrĂ©tne iĹˇlo o 2 dĂˇvky (16 mg THC) a 1 dĂˇvku (12 mg THC). V ostatnĂ˝ch prĂpadoch bol obsah THC veÄľmi nĂzky (pod 2 %), a preto nie je moĹľnĂ© z tĂ˝chto vzoriek pripraviĹĄ ĂşÄŤinnĂ© dĂˇvky. PodÄľa odbornĂ©ho vyjadrenia tieto nĂzkokoncentrovanĂ© vzorky nemajĂş na psychiku ÄŤloveka vĂ˝znamnĂ˝ vplyv, a ich fajÄŤenie sa nepovaĹľuje za konzumĂˇciu drogy v pravom zmysle. MetamfetamĂn bol zistenĂ˝ na rukĂˇch osoby (stopa ÄŤ. 1) a na povrchu digitĂˇlnych vĂˇh (stopa ÄŤ. 21), ÄŤo mĂ´Ĺľe naznaÄŤovaĹĄ manipulĂˇciu s touto lĂˇtkou. PresnĂ© mnoĹľstvo metamfetamĂnu vĹˇak nebolo urÄŤenĂ©, a teda nebolo moĹľnĂ© vyÄŤĂsliĹĄ poÄŤet beĹľnĂ˝ch dĂˇvok. LĂˇtka dimetylsulfĂłn (MSM) bola identifikovanĂˇ vo viacerĂ˝ch stopĂˇch (ÄŤ. 15, 17, 18, 19, 20), avĹˇak podÄľa zĂˇkona nejde o omamnĂş ani psychotropnĂş lĂˇtku â€“ ide o legĂˇlnu chemickĂş lĂˇtku, ÄŤasto pouĹľĂvanĂş ako reziduĂˇlna alebo reznĂˇ prĂsada, prĂpadne na riedenie drog. Z celkovĂ©ho mnoĹľstva zaistenĂ©ho materiĂˇlu obsahovali len dve vzorky THC v mnoĹľstve, ktorĂ© zodpovedĂˇ beĹľnej dĂˇvke. ZvyĹˇnĂ© konopnĂ© produkty mali prĂliĹˇ nĂzky obsah ĂşÄŤinnej lĂˇtky. MetamfetamĂn bol zistenĂ˝ v stopovom mnoĹľstve, no bez kvantifikĂˇcie. MSM sa sĂce vyskytoval ÄŤasto, no nejde o kontrolovanĂş lĂˇtku. Za sĂşhlasu procesnĂ˝ch strĂˇn bol preÄŤĂtanĂ˝ znaleckĂ˝ posudok KriminalistickĂ©ho a expertĂzneho Ăşstavu PolicajnĂ©ho zboru z ÄŤ.l. 86-97 ÄŚES: P./XXXX zo zĂˇverov ktorĂ©ho vyplĂ˝va, Ĺľe ĹˇpecifickĂ© zariadenia, ktorĂ© boli zaistenĂ©, zahĹ•Ĺ#ali vĂ˝bojkovĂ© lampy PHILIPS Master HPI-T Plus 250W a NBB Bohemia HPS-T/S 600W, rĂ´zne predradnĂky (Layrton 250W, Ballast 600W, LUMii 600W), ako aj ventilĂˇtory a odĹĄahovĂ© systĂ©my. Tieto zariadenia boli funkÄŤnĂ© a vhodnĂ© na pouĹľitie pri pestovanĂ rastlĂn pri umelom osvite.VĹˇetky tieto zariadenia boli pripojenĂ© k elektrickej sieti a boli usporiadanĂ© tak, aby podporovali indoorovĂ© pestovanie rastlĂn, najmĂ¤ marihuany. B. H. B. XX a H. B. 240W, ktorĂ© boli medzi zaistenĂ˝mi predmetmi, slĂşĹľili na tento ĂşÄŤel. ÄŽalej boli zaistenĂ© LED svetlĂˇ a neĂłnovĂ© trubice vhodnĂ© pre klĂÄŤenie a zakorenenie rastlĂn. PodÄľa znaleckĂ©ho posudku tieto zariadenia slĂşĹľili na pestovanie marihuany v nelegĂˇlnych podmienkach a vĹˇetky predmety boli funkÄŤnĂ©. S poukazom na novelu TrestnĂ©ho zĂˇkona sĂşd na hlavnom pojednĂˇvanĂ konanom dĹ#a 11.10.2024 upovedomil procesnĂ© strany o tom, Ĺľe pre ĂşÄŤely ÄŹalĹˇieho konania a rozhodovania je potrebnĂ© skutok kladenĂ˝ obĹľalovanĂ©mu za vinu kvalifikovaĹĄ ako zloÄŤin neoprĂˇvnenej vĂ˝roby a obchodovania s omamnou lĂˇtkou a psychotropnou lĂˇtkou podÄľa Â§ 173 ods. 1, ods. 3 pĂsm. a) Tr. zĂˇkona ĂşÄŤinnĂ©ho od 06.08.2024 s poukazom na Â§ 138 pĂsm. b), pĂsm. j) Tr. zĂˇkona ĂşÄŤinnĂ©ho od 06.08.2024, za ktorĂ˝ moĹľno pĂˇchateÄľa potrestaĹĄ trestom odĹ#atia slobody na 7 aĹľ 15 rokov, keÄŹĹľe obĹľalovanĂ˝ neoprĂˇvnene obchodoval s omamnou a psychotropnou lĂˇtkou v nepatrnom mnoĹľstve a ÄŤin spĂˇchal zĂˇvaĹľnejĹˇĂm spĂ´sobom konania â€“ po dlhĹˇĂ ÄŤas a na viacerĂ˝ch osobĂˇch. ZĂˇroveĹ# bolo potrebnĂ© zo skutkovej vety obĹľaloby vypustiĹĄ pojem beĹľnĂ© jednotlivĂ© dĂˇvky drogy (resp. obvykle jednorazovĂ© dĂˇvky drogy). ObĹľalovanĂ˝ po upovedomenĂ oznĂˇmil, Ĺľe chce urobiĹĄ vyhlĂˇsenie o vine. S ohÄľadom na zmenu prĂˇvnej kvalifikĂˇcie v dĂ´sledku novely TrestnĂ©ho zĂˇkona ako aj postoj obĹľalovanĂ©ho, ktorĂ˝m na uvedenĂş zmenu reflektoval, bol obĹľalovanĂ˝ opĂ¤tovne pouÄŤenĂ˝ o prĂˇve urobiĹĄ vyhlĂˇsenie, ÄŤi je nevinnĂ˝, vinnĂ˝ zo spĂˇchania skutku alebo niektorĂ©ho zo skutkov uvedenĂ˝ch v obĹľalobe alebo nepopiera spĂˇchanie skutku alebo niektorĂ©ho zo skutkov uvedenĂ˝ch v obĹľalobe. ObĹľalovanĂ˝ na hlavnom pojednĂˇvanĂ konanom dĹ#a 04.04.2025 po prĂsluĹˇnom zĂˇkonnom pouÄŤenĂ vyhlĂˇsil, Ĺľe je vinnĂ˝ zo spĂˇchania skutku uvedenĂ©ho v obĹľalobe a tento veÄľmi Äľutuje.</w:t>
      </w:r>
    </w:p>
    <w:p>
      <w:r>
        <w:t>NĂˇsledne sĂşd podÄľa Â§ 333 ods. 3 pĂsm. c), d), f), g) a h) TrestnĂ©ho poriadku zisĹĄoval ÄŤi rozumie, ÄŤo tvorĂ podstatu skutku, ktorĂ˝ sa mu kladie za vinu? ÄŚi bol ako obĹľalovanĂ˝ pouÄŤenĂ˝ o svojich prĂˇvach, najmĂ¤ o prĂˇve na obhajobu, ÄŤi mu bola danĂˇ moĹľnosĹĄ na slobodnĂş voÄľbu obhajcu a ÄŤi sa s obhajcom mohol radiĹĄ o spĂ´sobe obhajoby? ÄŚi rozumie prĂˇvnej kvalifikĂˇcii skutku ako trestnĂ©ho ÄŤinu â€“ zloÄŤinu neoprĂˇvnenej vĂ˝roby a obchodovania s omamnou lĂˇtkou a psychotropnou lĂˇtkou podÄľa Â§ 173 odsek 1, odsek 3 pĂsmeno a) TrestnĂ©ho zĂˇkona ĂşÄŤinnĂ©ho od 06.08.2024 s poukazom na Â§ 138 pĂsmeno b), pĂsmeno j) TrestnĂ©ho zĂˇkona ĂşÄŤinnĂ©ho od 06.08.2024? ÄŚi bol oboznĂˇmenĂ˝ s trestnĂ˝mi sadzbami, ktorĂ© zĂˇkon ustanovuje za trestnĂ˝ ÄŤin jemu kladenĂ˝ za vinu? ÄŚi sa dobrovoÄľne priznal a uznal vinu za spĂˇchanĂ˝ skutok, ktorĂ˝ sa v zmysle upovedomenia sĂşdu kvalifikuje ako urÄŤitĂ˝ trestnĂ˝ ÄŤin â€“ zloÄŤin neoprĂˇvnenej vĂ˝roby a obchodovania s omamnou lĂˇtkou a psychotropnou lĂˇtkou podÄľa Â§ 173 odsek 1, odsek 3 pĂsmeno a) TrestnĂ©ho zĂˇkona ĂşÄŤinnĂ©ho od 06.08.2024 s poukazom na Â§ 138 pĂsmeno b), pĂsmeno j) TrestnĂ©ho zĂˇkona ĂşÄŤinnĂ©ho od 06.08.2024? KeÄŹĹľe obĹľalovanĂ˝ na vĹˇetky poloĹľenĂ© otĂˇzky odpovedal â€žĂˇnoâ€ś, sĂşd prijal jeho vyhlĂˇsenie o jeho vine. ProkurĂˇtor navrhol vyhlĂˇsenie obĹľalovanĂ©ho neprijaĹĄ, nakoÄľko ho povaĹľuje s ohÄľadom na aktuĂˇlnu dĂ´kazovĂş situĂˇciu za ĂşÄŤelovĂ©. V tejto sĂşvislosti sĂşd uvĂˇdza, Ĺľe tak ako prokurĂˇtor mĂˇ prĂˇvo kedykoÄľvek v priebehu hlavnĂ©ho pojednĂˇvania od obĹľaloby ustĂşpiĹĄ, priÄŤom toto jeho prĂˇvo sa nevzĹĄahuje len na ĂşvodnĂş fĂˇzu hlavnĂ©ho pojednĂˇvania, resp. nie je zĂˇvislĂ© od vĂ˝voja dĂ´kaznej situĂˇcie, tak aj obĹľalovanĂ˝ by podÄľa nĂˇzoru sĂşdu mal maĹĄ prĂˇvo kedykoÄľvek v priebehu hlavnĂ©ho pojednĂˇvania urobiĹĄ vyhlĂˇsenie o vine, nezĂˇvisle od fĂˇzy hlavnĂ©ho pojednĂˇvania, ÄŤi od stavu dĂ´kaznej situĂˇcie. NavyĹˇe, dvaja z troch svedkov, ktorĂ obĹľalovanĂ©ho z trestnej ÄŤinnosti usvedÄŤovali, na hlavnom pojednĂˇvanĂ svoje vĂ˝povede zmenili v prospech obĹľalovanĂ©ho. Pre ĂşplnosĹĄ sĂşd uvĂˇdza, Ĺľe pre prijatie vyhlĂˇsenie obĹľalovanĂ©ho nevidel prekĂˇĹľku ani s ohÄľadom na ustanovenie Â§ 257 odsek 7 TrestnĂ©ho poriadku, nakoÄľko obĹľalovanĂ˝ sa pri prvotnom vĂ˝sluchu v procesnom postavenĂ obvinenĂ©ho ku skutku v plnom rozsahu priznĂˇval, v ÄŹalĹˇom priebehu konania namietal najmĂ¤ zmenu prĂˇvnej kvalifikĂˇcie skutku. NĂˇsledne bolo na hlavnom pojednĂˇvanĂ vykonanĂ© dokazovanie k vĂ˝roku o treste a ochrannom opatrenĂ-, a to vĂ˝sluchom obĹľalovanĂ©ho k jeho osobnĂ˝m a majetkovĂ˝m pomerom a preÄŤĂtanĂm listinnĂ˝ch dĂ´kazov. ObĹľalovanĂ˝ po zĂˇkonnom pouÄŤenĂ k osobnĂ˝m a majetkovĂ˝m pomerom uviedol, Ĺľe je slobodnĂ˝, bezdetnĂ˝ a v spoloÄŤnej domĂˇcnosti Ĺľije iba s matkou, o ktorĂş sa starĂˇ, ukonÄŤil vzdelanie v odbore automechanik a je zamestnanĂ˝ brigĂˇdne s mesaÄŤnĂ˝m prĂjmom pribliĹľne 400 eur, alkohol poĹľĂva prĂleĹľitostne, drogy neuĹľĂva odkedy bol stĂhanĂ˝ v tomto konanĂ-. K motĂvu resp. pohnĂştke k pĂˇchaniu trestnej ÄŤinnosti uviedol, Ĺľe to veÄľmi celĂ© Äľutuje, neuvaĹľoval nad tĂ˝m, kam to mĂ´Ĺľe dospieĹĄ, celĂ© sa to zaÄŤalo tĂ˝m, Ĺľe sa psychicky zrĂştil po smrti otca. jeho matka ochorela, on sa o Ĺ#u starĂˇ, ide mu len o to, aby mohla dĂ´stojne doĹľiĹĄ. O matku, ktorĂˇ je ochrnutĂˇ sa starĂˇ v plnom rozsahu, robĂ za Ĺ#u vĹˇetko, menĂ jej plienky, kĂşpe ju, varĂ jej. ZdravotnĂ˝ stav matky sa nezmenil, ani nezlepĹˇil, je stĂˇle rovnakĂ˝ ako bolo deklarovanĂ© lekĂˇrskymi sprĂˇvami. Nad rĂˇmec vyhlĂˇsenia o vine obĹľalovanĂ˝ uviedol, Ĺľe je vlastnĂkom zaistenĂ˝ch vecĂ a to 3 ks digitĂˇlne mikrovĂˇhy, 1 ks mobilnĂ˝ telefĂłn Samsung Galaxy a 1 ks fotoaparĂˇt zn. J. K., priÄŤom vĹˇetky tieto veci boli pouĹľitĂ© na pĂˇchanie trestnej ÄŤinnosti. Z vĂ˝pisu z Ăşstrednej evidencie priestupkov z ÄŤ.l. 166, vyplĂ˝va, Ĺľe obĹľalovanĂ˝ v obdobĂ od 26.07.2017 do 11.04.2022 spĂˇchal 1 priestupok podÄľa Â§ 80 ods. 1 pĂsm. a) zĂˇkona ÄŤ. 223/2001 Z.z., za ÄŤo mu bola uloĹľenĂˇ blokovĂˇ pokuta vo vĂ˝Ĺˇke 10,-EUR. Z aktuĂˇlneho odpisu registra trestov zo dĹ#a 12.06.2023 vyplĂ˝va, Ĺľe obĹľalovanĂ˝ bol doposiaÄľ dvakrĂˇt sĂşdne trestanĂ˝, priÄŤom v oboch prĂpadoch sa na neho hÄľadĂ-, akoby odsĂşdenĂ˝ nebol. Z aktuĂˇlneho vĂ˝pisu z centrĂˇlnej evidencie sprĂˇvnych deliktov a priestupkov zo dĹ#a 03.04.2025, vyplĂ˝va, Ĺľe pre zadanĂ© vĂ˝berovĂ© kritĂ©riĂˇ sa nenaĹˇli Ĺľiadne Ăşdaje.</w:t>
      </w:r>
    </w:p>
    <w:p>
      <w:r>
        <w:t>Z aktuĂˇlnej lustrĂˇcie v sociĂˇlnej poisĹĄovni zo dĹ#a 04.04.2025 vyplĂ˝va, Ĺľe nepoberĂˇ dĂˇvky z dĂ´chodkovĂ©ho poistenia, nemocenskĂ©ho poistenia, ĂşrazovĂ©ho poistenia a ani z poistenie v nezamestnanosti. Pri ĂşvahĂˇch o druhu a vĂ˝mere trestu postupuje kaĹľdĂ˝ sĂşd v zmysle zĂˇsad a kritĂ©riĂ rozhodnĂ˝ch pre ukladanie trestov uvedenĂ˝ch v ust. Â§ 34 ods. 1, ods. 3 Tr. zĂˇk., podÄľa ktorĂ˝ch trest mĂˇ zabezpeÄŤiĹĄ ochranu spoloÄŤnosti pred pĂˇchateÄľom tĂ˝m, Ĺľe mu zabrĂˇni v pĂˇchanĂ ÄŹalĹˇej trestnej ÄŤinnosti a vytvorĂ podmienky na jeho vĂ˝chovu k tomu, aby viedol riadny Ĺľivot a sĂşÄŤasne inĂ˝ch odradĂ od pĂˇchania trestnĂ˝ch ÄŤinov, trest zĂˇroveĹ# vyjadruje morĂˇlne odsĂşdenie pĂˇchateÄľa spoloÄŤnosĹĄou. Trest mĂˇ postihovaĹĄ iba pĂˇchateÄľa, tak aby bol zabezpeÄŤenĂ˝ ÄŤo najmenĹˇĂ vplyv na jeho rodinu a jemu blĂzke osoby. Trest ako takĂ˝ je prĂˇvnym nĂˇsledkom trestnĂ©ho ÄŤinu a preto musĂ byĹĄ ĂşmernĂ˝ k spĂˇchanĂ©mu trestnĂ©mu ÄŤinu (zĂˇsada proporcionĂˇlnosti trestu). ĂšmernosĹĄ trestu okrem inĂ©ho urÄŤujĂş aj pohnĂştka pĂˇchateÄľa a moĹľnosti jeho nĂˇpravy. Ăšsudok o moĹľnosti nĂˇpravy pĂˇchateÄľa si sĂşd vytvĂˇra z veÄľkej ÄŤasti uĹľ na zĂˇklade hodnotenia povahy a zĂˇvaĹľnosti spĂˇchanĂ©ho trestnĂ©ho ÄŤinu (t. j. ÄŤi ide o preÄŤin, zloÄŤin, obzvlĂˇĹˇĹĄ zĂˇvaĹľnĂ˝ zloÄŤin) pri nĂˇleĹľitom zhodnotenĂ osoby pĂˇchateÄľa. ZĂˇver sĂşdu o moĹľnosti nĂˇpravy pĂˇchateÄľa musĂ byĹĄ vĹľdy v plnom sĂşlade s ochranou, ktorĂş sĂşd uloĹľenĂ˝m trestom poskytuje zĂˇujmom spoloÄŤnosti, ĹˇtĂˇtu a ÄŤlenom spoloÄŤnosti pred Ăştokmi pĂˇchateÄľov trestnĂ˝ch ÄŤinov a vĂ˝chovnĂ˝m pĂ´sobenĂm na ostatnĂ˝ch ÄŤlenov spoloÄŤnosti. Trest je aj jednĂ˝m z prostriedkov na dosiahnutie ĂşÄŤelu TrestnĂ©ho zĂˇkona, ÄŤĂm je urÄŤenĂˇ aj jeho funkcia v tĂ˝ch smeroch, v ktorĂ˝ch mĂˇ pĂ´sobiĹĄ zĂˇkon, t. j. na ochranu spoloÄŤnosti a na vĂ˝chovu pĂˇchateÄľa a ostatnĂ˝ch obÄŤanov. Ochrana spoloÄŤnosti sa uskutoÄŤĹ#uje dvoma prvkami, jednak prvkom donĂştenia (represia), ale tieĹľ prvkom vĂ˝chovy. Oba prvky sa uplatĹ#ujĂş zĂˇsadne sĂşÄŤasne v kaĹľdom treste, priÄŤom treba maĹĄ na zreteli dĂ´leĹľitosĹĄ vzĂˇjomnĂ©ho pomeru medzi trestnou represiou a prevenciou. TrestnĂ˝ zĂˇkon vychĂˇdza z myĹˇlienky, Ĺľe zĂˇkladnĂ˝m ĂşÄŤelom a cieÄľom trestu je ochrana spoloÄŤnosti pred trestnĂ˝mi ÄŤinmi a pred ich pĂˇchateÄľmi. IndividuĂˇlna prevencia spoÄŤĂva vo vytvorenĂ podmienok na vĂ˝chovu odsĂşdenĂ©ho k tomu, aby viedol riadny Ĺľivot. GenerĂˇlna prevencia mĂˇ zabezpeÄŤiĹĄ nielen odradenie ostatnĂ˝ch potenciĂˇlnych pĂˇchateÄľov od pĂˇchania trestnĂ˝ch ÄŤinov, ale i utvrdenie pocitu prĂˇvnej istoty a spravodlivosti u ostatnĂ˝ch ÄŤlenov spoloÄŤnosti. SpravodlivĂ© a vÄŤasnĂ© uloĹľenie trestu dĂˇva ostatnĂ˝m ÄŤlenom spoloÄŤnosti najavo, Ĺľe konanie, za ktorĂ© bol uloĹľenĂ˝ trest, je protiprĂˇvne a neĹľiaduce, varuje ich pred pĂˇchanĂm trestnej ÄŤinnosti a posilĹ#uje pocit prĂˇvnej istoty a prĂˇvneho ĹˇtĂˇtu. TrestnĂ˝ zĂˇkon vychĂˇdza z jednoty individuĂˇlnej a generĂˇlnej prevencie, priÄŤom obe tieto zloĹľky sa navzĂˇjom dopÄşĹ#ajĂş a podmieĹ#ujĂş. Disproporcia medzi jednotlivĂ˝mi druhmi prevencie v zĂˇsade vedie k nedostatoÄŤnĂ©mu vĂ˝chovnĂ©mu pĂ ´sobeniu trestu, tak na pĂˇchateÄľa trestnĂ©ho ÄŤinu, ako i na ostatnĂ˝ch ÄŤlenov spoloÄŤnosti. Trest samozrejme musĂ vyjadrovaĹĄ aj morĂˇlne odsĂşdenie pĂˇchateÄľa spoloÄŤnosĹĄou. Inak povedanĂ© musĂ vyjadrovaĹĄ spoloÄŤenskĂ© odsĂşdenie, negatĂvne ohodnotenie pĂˇchateÄľa a jeho ÄŤinu, tak prĂˇvne, ako aj etickĂ©. Pri ukladanĂ trestu musĂ sĂşd obligatĂłrne prihliadnuĹĄ podÄľa Â§ 38 ods. 2 Tr. zĂˇk. na pomer a mieru zĂˇvaĹľnosti poÄľahÄŤujĂşcich a priĹĄaĹľujĂşcich okolnostĂ-. ZĂˇroveĹ# pri urÄŤovanĂ druhu a vĂ˝mery trestu musĂ sĂşd v sĂşlade s ust. Â§ 34 ods. 4 Tr. zĂˇk. prihliadnuĹĄ na spĂ´sob spĂˇchania trestnĂ©ho ÄŤinu a jeho nĂˇsledok, zavinenie, pohnĂştku, priĹĄaĹľujĂşce a poÄľahÄŤujĂşce okolnosti, ako aj na osobu pĂˇchateÄľa, jeho pomery a moĹľnosti jeho nĂˇpravy. V rĂˇmci poĹľiadavky primeranosti trestu zohrĂˇva vĂ˝znamnĂş Ăşlohu sudcovskĂˇ individualizĂˇcia trestu, ktorĂˇ fakticky umoĹľĹ#uje naplnenie tejto poĹľiadavky v konkrĂ©tnych prĂpadoch. IndividualizĂˇcia trestu je prostriedkom dosiahnutia primeranosti trestu. Druh a intenzita trestu musia byĹĄ sĂşdom v kaĹľdom konkrĂ©tnom prĂpade stanovenĂ© tak, aby zodpovedali vĹˇetkĂ˝m zvlĂˇĹˇtnostiam danĂ©ho prĂpadu. Neprimerane prĂsne (ale samozrejme i neprimerane mierne) tresty pĂ´sobia Ĺˇkodlivo na pĂˇchateÄľa i spoloÄŤnosĹĄ. U verejnosti mĂ´Ĺľu neprimeranĂ© tresty vyvolaĹĄ sĂşcit s pĂˇchateÄľom, ÄŤi ohroziĹĄ jej dĂ´veru v spravodlivĂ© rozhodovanie sĂşdu, ÄŤi jej dĂ´veru v sĂşdnu moc ako celok. U pĂˇchateÄľa neprimerane prĂsne tresty vedĂş k zatrpknutosti, pretoĹľe takĂ©to tresty pĂˇchateÄľ oprĂˇvnene nemĂ´Ĺľe povaĹľovaĹĄ za spravodlivĂ©. PĂˇchateÄľ je sĂşdom odsudzovanĂ˝ za nespravodlivosĹĄ (bezprĂˇvie), ktorĂş trestnĂ˝m ÄŤinom spĂˇchal, a preto mĂˇ prĂˇvo oÄŤakĂˇvaĹĄ spravodlivosĹĄ zo strany sĂşdu. PrimeranosĹĄ trestu je zĂˇroveĹ# nevyhnutĂ˝m predpokladom dosiahnutia vĂ˝chovnĂ˝ch ĂşÄŤinkov trestu, keÄŹĹľe nevyhnutnĂ˝m predpokladom prevĂ˝chovy pĂˇchateÄľa je jeho akceptovanie trestu ako spravodlivĂ©ho</w:t>
      </w:r>
    </w:p>
    <w:p>
      <w:r>
        <w:t>nĂˇsledku jeho protiprĂˇvneho konania, priÄŤom v prĂpade nespravodlivĂ©ho trestu k takejto akceptĂˇcii trestu zo strany pĂˇchateÄľa pochopiteÄľne nemĂ´Ĺľe dĂ´jsĹĄ. SpravodlivosĹĄ trestu je tak moĹľnĂ© povaĹľovaĹĄ aj za predpoklad prerastania represĂvneho pĂ´sobenia trestu do pĂ´sobenia vĂ˝chovnĂ©ho. V obdobĂ od spĂˇchania predmetnĂ©ho trestnĂ©ho ÄŤinu do rozhodnutia sĂşdu doĹˇlo k zmene znenia TrestnĂ©ho zĂˇkona /zĂˇkon ÄŤ. 300/2005 Z. z. TrestnĂ˝ zĂˇkon v znenĂ neskorĹˇĂch predpisov a ktorĂ˝m sa menia a dopÄşĹ#ajĂş niektorĂ© zĂˇkony/, a to v dĂ´sledku jeho novely zĂˇkonom ÄŤ. 40/2024 Z. z. ĂşÄŤinnej od 06.08.2024. Z ustanovenie Â§ 2 ods. 1, ods. 2 TrestnĂ©ho zĂˇkona vyplĂ˝va, Ĺľe trestnosĹĄ ÄŤinu sa posudzuje a trest sa ukladĂˇ podÄľa zĂˇkona ĂşÄŤinnĂ©ho v ÄŤase, keÄŹ bol ÄŤin spĂˇchanĂ˝. Ak v ÄŤase medzi spĂˇchanĂm ÄŤinu a vynesenĂm rozsudku nadobudnĂş ĂşÄŤinnosĹĄ viacerĂ© zĂˇkony, trestnosĹĄ ÄŤinu sa posudzuje a trest sa ukladĂˇ podÄľa zĂˇkona, ktorĂ˝ je pre pĂˇchateÄľa priaznivejĹˇĂ-. PĂˇchateÄľovi moĹľno uloĹľiĹĄ takĂ˝ druh trestu, ktorĂ˝ dovoÄľuje uloĹľiĹĄ zĂˇkon ĂşÄŤinnĂ˝ v ÄŤase, keÄŹ sa o trestnom ÄŤine rozhoduje, ak je to pre pĂˇchateÄľa priaznivejĹˇĂ-. PodÄľa ÄŤlĂˇnku 50 ods.6 Ăšstavy Slovenskej republiky : TrestnosĹĄ ÄŤinu sa posudzuje a trest sa ukladĂˇ podÄľa zĂˇkona ĂşÄŤinnĂ©ho v ÄŤase, keÄŹ bol ÄŤin spĂˇchanĂ˝. NeskorĹˇĂ zĂˇkon sa pouĹľije, ak je to pre pĂˇchateÄľa priaznivejĹˇie. Vo vzĹĄahu k obĹľalovanĂ©mu sĂşd trestnosĹĄ ÄŤinu posudzoval a trest ukladal podÄľa novelizovanĂ©ho TrestnĂ©ho zĂˇkona ĂşÄŤinnĂ©ho od 06.08.2024, ktorĂ˝ bol pre obĹľalovanĂ©ho priaznivejĹˇĂ (s ohÄľadom na vĂ˝Ĺˇku trestnej sadzby, ako aj druh trestnĂ©ho ÄŤinu â€“ zloÄŤin/ obzvlĂˇĹˇĹĄ zĂˇvaĹľnĂ˝ zloÄŤin). S poukazom na Â§ 34 ods. 6 TrestnĂ©ho zĂˇkona (ĂşÄŤinnĂ©ho od 6.8.2024) sĂşd bol povinnĂ˝ obĹľalovanĂ©mu uloĹľiĹĄ len trest odĹ#atia slobody, nakoÄľko hornĂˇ hranica trestnej sadzby trestu odĹ#atia slobody ustanovenĂˇ v osobitnej ÄŤasti TrestnĂ©ho zĂˇkona pre stĂhanĂ˝ trestnĂ˝ ÄŤin prevyĹˇovala 8 rokov. SĂşd pri ukladanĂ trestu obĹľalovanĂ©mu vychĂˇdzal zo zĂˇkladnej trestnej sadzby podÄľa Â§ 173 ods. 3 TrestnĂ©ho zĂˇkona ĂşÄŤinnĂ©ho v ÄŤase vyhlĂˇsenia rozsudku (s poukazom na Â§ 2 ods. 1 TrestnĂ©ho zĂˇkona), ktorĂˇ je 7 rokov aĹľ 15 rokov. Pri urÄŤovanĂ druhu trestu a jeho vĂ˝mery sĂşd u obĹľalovanĂ©ho prihliadol najmĂ¤ na spĂ´sob spĂˇchania ÄŤinu a jeho nĂˇsledok, zavinenie, pohnĂştku, priĹĄaĹľujĂşce okolnosti, poÄľahÄŤujĂşce okolnosti a na osobu pĂˇchateÄľa, jeho pomery a moĹľnosĹĄ jeho nĂˇpravy. SĂşd skĂşmal pomer poÄľahÄŤujĂşcich a priĹĄaĹľujĂşcich okolnostĂ-. U obĹľalovanĂ©ho sĂşd vzhliadol jednu poÄľahÄŤujĂşcu okolnosĹĄ v zmysle Â§ 36 pĂsmeno l) TrestnĂ©ho zĂˇkona, teda Ĺľe sa priznal k spĂˇchaniu trestnĂ©ho ÄŤinu a jeho spĂˇchanie Ăşprimne oÄľutoval. SĂşd posudzoval vyjadrenĂş ÄľĂştosĹĄ obĹľalovanĂ©ho z hÄľadiska jej Ăşprimnosti, ÄŤi neĹˇlo o ÄŤisto formĂˇlne a ĂşÄŤelovĂ© konĹˇtatovanie a hodnotil ju na zĂˇklade sprĂˇvania sa pĂˇchateÄľa v obdobĂ od spĂˇchania skutku po rozhodovanie o Ĺ#om a taktieĹľ aj na zĂˇklade ÄŹalĹˇĂch procesnĂ˝ch prejavov obĹľalovanĂ©ho, ako je zĂˇvereÄŤnĂˇ reÄŤ a poslednĂ© slovo (porovnaj R 44/2017). SĂşd prihliadol aj na postoj obĹľalovanĂ©ho k jeho trestnej ÄŤinnosti od poÄŤiatku trestnĂ©ho stĂhania, skutoÄŤnosĹĄ, Ĺľe sa k spĂˇchaniu trestnej ÄŤinnosti priznĂˇval uĹľ v procesnom postavenĂ obvinenĂ©ho pri jeho prvotnom vĂ˝sluchu, jeho postoj k vykonĂˇvanĂ©mu dokazovaniu na hlavnom pojednĂˇvanĂ (sĂşhlasil s ÄŤĂtanĂm znaleckĂ˝ch posudkov) ako aj na skutoÄŤnosĹĄ, Ĺľe na hlavnom pojednĂˇvanĂ nepopieral spĂˇchanie skutku ako takĂ©ho, namietal len jeho prĂˇvnu kvalifikĂˇciu a ÄŤakal na novelu TrestnĂ©ho zĂˇkona. Pri ukladanĂ trestu sĂşd vychĂˇdzal zo zĂˇkladnej trestnej sadzby uvedenej v Â§ 173 odsek 3 TrestnĂ©ho zĂˇkona ĂşÄŤinnĂ©ho od 06.08.2024 v rozpĂ¤tĂ 7 aĹľ 15 rokov. NakoÄľko vĹˇak obĹľalovanĂ˝ na hlavnom pojednĂˇvanĂ urobil vyhlĂˇsenie o vine, sĂşd pristĂşpil k mimoriadnemu znĂĹľeniu trestu o jednu tretinu pod dolnĂş hranicu trestnej sadzby a tak uloĹľil obĹľalovanĂ©mu trest odĹ#atia vo vĂ˝mere 4 roky a 8 mesiacov. Pri urÄŤovanĂ vĂ˝mery trestu sĂşd zohÄľadnil najmĂ¤ kritickĂ˝ postoj obĹľalovanĂ©ho k nĂm spĂˇchanej trestnej ÄŤinnosti, ku ktorej sa od poÄŤiatku priznĂˇval a Äľutoval ju, prevaĹľujĂşci pomer poÄľahÄŤujĂşcich okolnostĂ-, ako aj jeho vyhlĂˇsenie o vine uÄŤinenĂ© na hlavnom pojednĂˇvanĂ-, hoc k nemu priĹˇlo aĹľ v priebehu dokazovania, ÄŤĂm obĹľalovanĂ˝ prispel k tomu, Ĺľe v konanĂ pred sĂşdom nebolo nĂˇsledne nevyhnutnĂ© vykonĂˇvaĹĄ dokazovanie v plnom rozsahu, resp. uĹľ ÄŹalĹˇie dokazovanie k vĂ˝roku o vine, ako sa aj vzdal svojho prĂˇva resp. obmedzil svoje prĂˇvo na podanie opravnĂ©ho prostriedku. Pri ukladanĂ trestu nebolo moĹľnĂ© opomenĂşĹĄ kritickĂ˝ postoj obĹľalovanĂ©ho, ktorĂˇ skutoÄŤnosĹĄ je dĂ´vodom na to, Ĺľe v prĂpade ukladania trestu staÄŤĂ na takĂş osobu pĂ´sobiĹĄ kratĹˇĂm, resp. miernejĹˇĂm trestom, nakoÄľko si uvedomuje nesprĂˇvnosĹĄ svojho konania, oproti osobe,</w:t>
      </w:r>
    </w:p>
    <w:p>
      <w:r>
        <w:t>ktorĂˇ spĂˇchanie trestnej ÄŤinnosti opakovane popiera a nie je schopnĂˇ prijaĹĄ zodpovednosĹĄ za svoje konanie. SĂşd uĹľ vzhÄľadom na uvedenĂ© pri posudzovanĂ vĂ˝mery trestu odĹ#atia slobody a pri posudzovanĂ spravodlivosti ukladanĂ©ho trestu uloĹľil obĹľalovanĂ©mu mimoriadne znĂĹľenĂ˝ trest odĹ#atia slobody znĂĹľenĂ˝ o jednu tretinu pod dolnĂş hranicu zĂˇkonom ustanovenej trestnej sadzby. V tejto sĂşvislosti je potrebnĂ© tieĹľ uviesĹĄ, Ĺľe obĹľalovanĂ˝ vyhlĂˇsenĂm o vine neodvolateÄľne prijal vĹˇetky prĂˇvne ĂşÄŤinky uznania viny zo spĂˇchania skutku uvedenĂ©ho v obĹľalobe s jeho nĂˇslednou Ăşpravou na hlavnom pojednĂˇvanĂ v dĂ´sledku novely TrestnĂ©ho zĂˇkona. SĂşd poukazuje aj na ustĂˇlenĂş judikatĂşru ĂšstavnĂ©ho sĂşdu Slovenskej republiky, podÄľa ktorej pokiaÄľ v konanĂ pred okresnĂ˝m sĂşdom obĹľalovanĂ˝ vyuĹľil prĂˇvo urobiĹĄ vyhlĂˇsenie o vine zo spĂˇchania skutku uvedenĂ©ho v obĹľalobe (Â§ 257 ods. 1 pĂsm. b) TrestnĂ©ho poriadku) a toto vyhlĂˇsenie sĂşd prijal, stratil moĹľnosĹĄ takĂ©to vyhlĂˇsenie o vine odvolaĹĄ a zĂˇroveĹ# v tomto rozsahu, t.j. v rozsahu priznania viny, podaĹĄ riadny opravnĂ˝ prostriedok (obdobne pozri NĂˇlez ĂšstavnĂ©ho sĂşdu Slovenskej republiky ÄŤ.k. II. ĂšS 143/2020 zo 07. jĂşla 2020). Po prijatĂ vyhlĂˇsenia o vine sĂşdom teda obĹľalovanĂ˝ neodvolateÄľne prijal vĹˇetky prĂˇvne ĂşÄŤinky uznania viny, dokonca bez toho, aby bolo akĂ˝mkoÄľvek spĂ´sobom predznamenanĂ© rozhodnutie sĂşdu o druhu a vĂ˝mere uloĹľenĂ©ho trestu (R 44/2017). SĂşd prihliadol na sprĂˇvanie sa obĹľalovanĂ©ho poÄŤas celĂ©ho trestnĂ©ho stĂhania, kedy uĹľ v prĂpravnom konanĂ sa k trestnej ÄŤinnosti priznal a oÄľutoval ju, v ÄŹalĹˇom ĹˇtĂˇdiu konania namietal len prĂˇvnu kvalifikĂˇciu stĂhanĂ©ho skutku, ÄŤakal na novelu TrestnĂ©ho zĂˇkona. PodÄľa nĂˇzoru sĂşdu nepodmieneÄŤnĂ˝ trest odĹ#atia slobody na vĂ˝mere 4 roky a 8 mesiacov rokov v sebe zohÄľadĹ#uje na jednej strane priznanie sa obĹľalovanĂ©ho k nĂm spĂˇchanej trestnej ÄŤinnosti, jej ĂşprimnĂ© oÄľutovanie a realizovanĂ© vyhlĂˇsenie o vine, no na strane druhej odrĂˇĹľa aj zĂˇvaĹľnosĹĄ spĂˇchanej trestnej ÄŤinnosti a zavinenie vo forme priameho Ăşmyslu. Takto uloĹľenĂ˝ trest je podÄľa nĂˇzoru sĂşdu primeranĂ˝ (proporcionĂˇlny) a spravodlivĂ˝ a u obĹľalovanĂ©ho splnĂ svoju funkciu nielen z hÄľadiska individuĂˇlnej, ale aj generĂˇlnej prevencie a zĂˇroveĹ# morĂˇlne odsĂşdi jeho konanie. MiernejĹˇĂ trest by atribĂşty sledovanĂ© v ust. Â§ 34 TrestnĂ©ho zĂˇkona nespÄşĹ#al, predovĹˇetkĂ˝m z pohÄľadu Ăşmernosti k spĂˇchanej trestnej ÄŤinnosti. NavyĹˇe, skutoÄŤnosti uvĂˇdzanĂ© obĹľalovanĂ˝m ohÄľadom nepriaznivĂ©ho zdravotnĂ©ho stavu matky obĹľalovanĂ©ho sĂşd nevyhodnotil ako okolnosti, ktorĂ˝mi by boli naplnenĂ© podmienky pre mimoriadne znĂĹľenie trestu aj podÄľa Â§ 39 ods. 1 TrestnĂ©ho zĂˇkona. VzhÄľadom na okolnosti prĂpadu, najmĂ¤ zĂˇvaĹľnosĹĄ stĂhanej trestnej ÄŤinnosti a jej rozsah ale ani vzhÄľadom na pomery pĂˇchateÄľa, resp. zdravotnĂ˝ stav matky obĹľalovanĂ©ho nepovaĹľuje sĂşd pouĹľitie trestnej sadzby ustanovenej TrestnĂ˝m zĂˇkonom za neprimerane prĂsne. Na druhej strane vĹˇak uloĹľenie vyĹˇĹˇieho trestu ako trestu odĹ#atia slobody vo vĂ˝mere 4 roky a 8 mesiacov, by uĹľ sĂşd za neprimerane prĂsne povaĹľoval, najmĂ¤ s prihliadnutĂm na postoj obĹľalovanĂ©ho k jeho trestnej ÄŤinnosti, s tĂ˝m sĂşvisiace vyhlĂˇsenie o vine a teda na obĹľalovanĂ˝m prejavenĂş relevantnĂş mieru sebareflexie. Neprimerane dlhĂ˝ trest by podÄľa nĂˇzoru sĂşdu mohol demotivovaĹĄ osobu obĹľalovanĂ©ho od resocializĂˇcie a sĹĄaĹľiĹĄ jeho nĂˇvrat do riadneho Ĺľivota. Na vĂ˝kon uloĹľenĂ©ho trestu odĹ#atia slobody sĂşd obĹľalovanĂ©ho zaradil do Ăşstavu na vĂ˝kon trestu s minimĂˇlnym stupĹ#om strĂˇĹľenia, nakoÄľko v poslednĂ˝ch desiatich rokoch pred spĂˇchanĂm trestnĂ©ho ÄŤinu nebol vo vĂ˝kone trestu odĹ#atia slobody, ktorĂ˝ by mu bol uloĹľenĂ˝ za ĂşmyselnĂ˝ trestnĂ˝ ÄŤin. VzhÄľadom k vykonanĂ©mu dokazovaniu, sĂşd rozhodol vo vzĹĄahu k obĹľalovanĂ©mu aj o uloĹľenĂ trestu prepadnutia vecĂ zaistenĂ˝ch v rĂˇmci trestnĂ©ho stĂhania â€“ mobilnĂ˝ telefĂłn, fotoaparĂˇt a digitĂˇlne vĂˇhy ĹˇpecifikovanĂ© vo vĂ˝roku rozsudku. ObĹľalovanĂ˝ nad rĂˇmec vyhlĂˇsenia o vine potvrdil vlastnĂctvo zaistenĂ˝ch vecĂ ako aj skutoÄŤnosĹĄ, Ĺľe tieto boli pouĹľitĂ© na pĂˇchanie trestnej ÄŤinnosti, ÄŤo rovnako vyplynulo aj z vykonanĂ©ho dokazovania. Z dĂ´vodov uvedenĂ˝ch vyĹˇĹˇie rozhodol sĂşd tak, ako je uvedenĂ© vo vĂ˝rokovej ÄŤasti tohto rozsudku. Poučenie:</w:t>
      </w:r>
    </w:p>
    <w:p>
      <w:r>
        <w:t>Proti tomuto rozsudku je možné podať odvolanie na súde, proti ktorého rozsudku smeruje (Okresný súd Galanta), a to do 15 (pätnásť) dní odo dňa oznámenia rozsudku. O odvolaní rozhoduje Krajský súd v Trnave. Oznámením rozsudku je jeho vyhlásenie v prítomnosti toho, komu treba rozsudok doručiť. Ak sa rozsudok vyhlásil v neprítomnosti takejto osoby, oznámením je až doručenie rozsudku. V písomne podanom odvolaní treba uviesť, proti ktorým výrokom smeruje a či smeruje aj proti konaniu, ktoré rozsudku predchádzalo. Odvolanie musí byť odôvodnené tak, aby bolo zrejmé, v ktorej časti sa rozsudok napáda a aké chyby sa vytýkajú rozsudku alebo konaniu, ktoré rozsudku predchádzalo. Odvolanie možno oprieť o nové skutočnosti a dôkazy. Právo podať odvolanie nemá ten, kto sa tohto práva výslovne vzdal.</w:t>
      </w:r>
    </w:p>
    <w:p/>
    <w:p>
      <w:r>
        <w:t>Zdroj: KAUZIS.SK – https://www.kauzis.sk/judikatura/r/ECLI:SK:OSGA:2025:2322010533.18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