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1T/85/2022 z 21. 5. 2025</w:t>
      </w:r>
    </w:p>
    <w:p>
      <w:r>
        <w:t>Rozsudok Okresného súdu Galanta z 21. mája 2025, sp. zn. 1T/85/2022, ECLI:SK:OSGA:2025:2322011381.9</w:t>
      </w:r>
    </w:p>
    <w:p>
      <w:r>
        <w:t>Súd: Okresný súd Galanta</w:t>
      </w:r>
    </w:p>
    <w:p>
      <w:r>
        <w:t>Spisová značka: 1T/85/2022</w:t>
      </w:r>
    </w:p>
    <w:p>
      <w:r>
        <w:t>ECLI: ECLI:SK:OSGA:2025:2322011381.9</w:t>
      </w:r>
    </w:p>
    <w:p>
      <w:r>
        <w:t>Dátum vydania: 21. 5.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1T/85/2022 2322011381 21. 05. 2025 JUDr. Miroslav Studenčan ECLI:SK:OSGA:2025:2322011381.9</w:t>
      </w:r>
    </w:p>
    <w:p>
      <w:r>
        <w:t>ROZSUDOK V MENE SLOVENSKEJ REPUBLIKY Okresný súd v Galante v konaní pred samosudcom JUDr. Miroslavom Studenčanom na hlavnom pojednávaní dňa 21.05.2025 v trestnej veci obžalovaného A. B. C. pre obzvlášť závažný zločin podvodu podľa § 221 ods. 1, ods. 3 písm. c), ods. 4 písm. a) Tr. zák. s poukazom na § 138 písm. b), písm. h) Tr. zák. takto rozhodol: Obžalovaný, A. B. C., XX.XX.XXXX D. E., bytom F. XXXX/XX, G., t.č. v ÚVTOS Hrnčiarovce nad Parnou, je</w:t>
      </w:r>
    </w:p>
    <w:p>
      <w:r>
        <w:t>vinný, že</w:t>
      </w:r>
    </w:p>
    <w:p>
      <w:r>
        <w:t>obvinený v období od 09.01.2008 do 17.07.2018 najprv ako odborný referent (do 31.3.2009) a následne v postavení exekútorského koncipienta (do dňa 17.7.2018) Exekútorského úradu Šaľa, JUDr. MUDr. Ľubomíra Pekára, súdneho exekútora, so sídlom Šaľa, P. Pázmaňa 49/3, IČO: 34046917, ktorému z náplne práce vyplývala povinnosť rozúčtovať došlé platby, ktoré boli pripísané na účet súdneho exekútora pod č. E. (v starom tvare XXXXXXXXXX/XXXX) od povinných alebo tretích osôb v prospech nižšie špecifikovaných exekučných konaní, pri rozúčtovaní došlých platieb uviedol do omylu vedúcu kancelárie exekútorského úradu E. H., ktorá na základe hromadného príkazu na úhradu, ktorý bol vyhotovený podľa rozúčtovaní došlých platieb zamestnancami exekútorského úradu, t.j. aj obv. JUDr. Čečotom, realizovala samotné prevody z účtu súdneho exekútora a to takým spôsobom, že obvinený v systéme počítačového programu „Súdny exekútor“ pri rozúčtovaní pozmenil čísla účtu priradených ku kontaktom na niektorý bankový účet pod číslom E., E., E., E., XXXXXXXXXX/XXXX, XXXXXXXXX/ XXXX, E. a XXXXXXXXXX/XXXX, ktoré podľa evidovaných exekučných konaní nepatrili povinným, oprávneným a súdnemu exekútorovi, ale obvinenému ako aj jeho rodinným príslušníkom a preto finančné prostriedky boli prevedené na jeho súkromné účty a účty jeho rodinných príslušníkov, s ktorými disponoval práve obvinený, namiesto účtov oprávnených osôb, pričom svojím konaním spôsobil súdnemu exekútorovi ako majiteľovi a disponentovi exekútorského účtu JUDr. MUDr. Ľubomírovi Pekárovi, IČO: 34046917 s miestom výkonu činnosti Exekútorský úrad, so sídlom Šaľa, P. Pázmaňa 49/3, škodu v celkovej výške 187.620,22 Eur a to nasledovne: - dňa 9.1.2008 zadal na prevod a dňa 10.1.2008 bola pripísaná na účet č. E. suma vo výške 4570,00 SKK (v prepočte 151,70 Eur) v exekučnom konaní pod číslom XXXX/XX vo veci oprávneného VšZP, a.s., IČO: 35937874 a povinného I. J., nar. XX.X.XXXX, pričom išlo o trovy konania exekútora, čím spôsobil exekútorovi JUDr. MUDr. Ľubomír Pekár škodu vo výške 151,70 Eur, - dňa 11.1.2008 zadal na prevod a dňa 14.1.2008 bola pripísaná na účet č. XXXXXXXXXX/XXXX suma vo výške 4990,00 SKK (v prepočte 165,64 Eur) v exekučnom konaní pod číslom XXXX/XX vo veci oprávneného Slovak Telekom, a.s., IČO: 35763469 a povinného A. F., nar. X.XX.XXXX, pričom išlo o trovy konania exekútora, čím spôsobil exekútorovi JUDr. MUDr. Ľubomír Pekár škodu vo výške 165,64 Eur, - dňa 6.2.2008 zadal na prevod a dňa 7.2.2008 bola pripísaná na účet č. XXXXXXXXXX/XXXX suma vo výške 6537,00 SKK (v prepočte 216,99 Eur) v exekučnom konaní pod číslom 8766/07 vo veci oprávneného Slovak Telekom, a.s., IČO: 35763469 a povinného K. L., nar. XX.X.XXXX, IČO: 35382210,</w:t>
      </w:r>
    </w:p>
    <w:p>
      <w:r>
        <w:t>pričom išlo o trovy konania exekútora, čím spôsobil exekútorovi JUDr. MUDr. Ľubomír Pekár škodu vo výške 216,99 Eur, - dňa 29.2.2008 zadal na prevod a dňa 3.3.2008 bola pripísaná na účet č. XXXXXXXXXX/XXXX suma vo výške 9294,00 SKK (v prepočte 308,50 Eur) v exekučnom konaní pod číslom 6969/07 vo veci oprávneného Slovak Telekom, a.s., IČO: 35763469 a povinného K. G., nar. XX.XX.XXXX, pričom išlo o trovy konania exekútora, čím spôsobil exekútorovi JUDr. Ľubomír Pekár škodu vo výške 308,50 Eur, - dňa 20.3.2008 zadal na prevod a dňa 25.3.2008 bola pripísaná na účet č. XXXXXXXXXX/XXXX suma vo výške 4000,00 SKK (v prepočte 132,78 Eur) v exekučnom konaní pod číslom 3869/05 vo veci oprávneného Slovak Telekom, a.s., IČO: 35763469 a povinného F. E., nar. XX.XX.XXXX, pričom išlo o trovy konania exekútora, čím spôsobil exekútorovi JUDr. Ľubomír Pekár škodu vo výške 132,78 Eur, - dňa 20.3.2008 zadal na prevod a dňa 25.3.2008 bola pripísaná na účet č. XXXXXXXXXX/XXXX suma vo výške 5732,00 SKK (v prepočte 190,27 Eur) v exekučnom konaní pod číslom 3174/06 vo veci oprávneného Slovak Telekom, a.s., IČO: 35763469 a povinného F. E., nar. XX.XX.XXXX, pričom išlo o trovy konania exekútora, čím spôsobil exekútorovi JUDr. Ľubomír Pekár škodu vo výške 190,27 Eur, - dňa 25.3.2008 zadal na prevod a dňa 26.3.2008 bola pripísaná na účet č. XXXXXXXXX/XXXX suma vo výške 4234,00 SKK (v prepočte 140,54 Eur) v exekučnom konaní pod číslom 2545/05 vo veci oprávneného Slovak Telekom, a.s., IČO: 35763469 a povinného M. B., nar. X.X.XXXX, pričom išlo o trovy konania exekútora, čím spôsobil exekútorovi JUDr. Ľubomír Pekár škodu vo výške 140,54 Eur, - dňa 2.4.2008 zadal na prevod a dňa 3.4.2008 bola pripísaná na účet č. XXXXXXXXXX/XXXX suma vo výške 3143,00 SKK (v prepočte 104,33 Eur) v exekučnom konaní pod číslom 7043/07 vo veci oprávneného Slovak Telekom, a.s., IČO: 35763469 a povinného K. D. , nar. X.X.XXXX, pričom išlo o trovy konania exekútora, čím spôsobil exekútorovi JUDr. Ľubomír Pekár škodu vo výške 104,33 Eur, - dňa 2.4.2008 zadal na prevod a dňa 3.4.2008 bola pripísaná na účet č. E. suma vo výške 3000,00 SKK (v prepočte 99,58 Eur) v exekučnom konaní pod číslom XXXX/XX vo veci oprávneného Slovak Telekom, a.s., IČO: 35763469 a povinného K. E., nar. XX.X.XXXX, pričom išlo o trovy konania exekútora, čím spôsobil exekútorovi JUDr. Ľubomír Pekár škodu vo výške 99,58 Eur, - dňa 21.4.2008 zadal na prevod a dňa 22.4.2008 bola pripísaná na účet č. XXXXXXXXXX/XXXX suma vo výške 2620,00 SKK (v prepočte 86,97 Eur) v exekučnom konaní pod číslom 7037/07 vo veci oprávneného Slovak Telekom, a.s., IČO: 35763469 a povinného I. H., nar. XX.X.XXXX, pričom išlo o trovy konania exekútora, čím spôsobil exekútorovi JUDr. Ľubomír Pekár škodu vo výške 86,97 Eur, - dňa 21.4.2008 zadal na prevod a dňa 22.4.2008 bola pripísaná na účet č. XXXXXXXXX/XXXX suma vo výške 2939,00 SKK (v prepočte 97,56 Eur) v exekučnom konaní pod číslom 472/08 vo veci oprávneného Slovak Telekom, a.s., IČO: 35763469 a povinného K. B., nar. X.XX.XXXX, pričom išlo o trovy konania exekútora, čím spôsobil exekútorovi JUDr. Ľubomír Pekár škodu vo výške 97,56 Eur, - dňa 25.4.2008 zadal na prevod a dňa 28.4.2008 bola pripísaná na účet č. E. suma vo výške 6775,50 SKK (v prepočte 224,91 Eur) v exekučnom konaní pod číslom 7976/07 vo veci oprávneného Slovak Telekom, a.s., IČO: 35763469 a povinného J. F., nar. 18.3.1987, pričom išlo o trovy konania exekútora, čím spôsobil exekútorovi JUDr. Ľubomír Pekár škodu vo výške 224,91 Eur, - dňa 19.5.2008 zadal na prevod a dňa 20.5.2008 bola pripísaná na účet č. XXXXXXXXXX/XXXX suma vo výške 2000,00 SKK (v prepočte 66,39 Eur) v exekučnom konaní pod číslom 7043/07 vo veci oprávneného Slovak Telekom, a.s., IČO: 35763469 a povinného K. D., nar. X.X.XXXX, pričom išlo o trovy konania exekútora, čím spôsobil exekútorovi JUDr. Ľubomír Pekár škodu vo výške 66,39 Eur, - dňa 19.5.2008 zadal na prevod a dňa 20.5.2008 bola pripísaná na účet č. E. suma vo výške 2500,00 SKK (v prepočte 82,98 Eur) v exekučnom konaní pod číslom 3840/06 vo veci oprávneného Slovak Telekom, a.s., IČO: 35763469 a povinného D. G., nar. XX.X.XXXX, pričom išlo o trovy konania exekútora, čím spôsobil exekútorovi JUDr. Ľubomír Pekár škodu vo výške 82,98 Eur, - dňa 29.5.2008 zadal na prevod a dňa 30.5.2008 bola pripísaná na účet č. XXXXXXXXXX/XXXX suma vo výške 7093,00 SKK (v prepočte 235,44 Eur) v exekučnom konaní pod číslom 1142/08 vo veci oprávneného Slovak Telekom, a.s., IČO: 35763469 a povinného B. H., nar. XX.X.XXXX, pričom išlo o trovy konania exekútora, čím spôsobil exekútorovi A. N. K. škodu vo výške 235,44 Eur, - dňa 2.6.2008 zadal na prevod a dňa 3.6.2008 bola pripísaná na účet č. E. suma vo výške 8529,00 SKK (v prepočte 283,11 Eur) v exekučnom konaní pod číslom 5488/07 vo veci oprávneného Slovak Telekom, a.s., IČO: 35763469 a povinného J. O., nar. XX.X.XXXX, pričom išlo o trovy konania exekútora, čím spôsobil exekútorovi JUDr. Ľubomír Pekár škodu vo výške 283,11 Eur, - dňa 24.6.2008 zadal na prevod a dňa 25.6.2008 bola pripísaná na účet č. E. suma vo výške 3981,00 SKK (v prepočte 132,14 Eur) v exekučnom konaní pod číslom XXXX/XX vo veci oprávneného Slovak Telekom, a.s., IČO: 35763469 a povinného P. O., nar. XX.X.XXXX, pričom išlo o trovy konania exekútora, čím spôsobil exekútorovi JUDr. Ľubomír Pekár škodu vo výške 132,14 Eur,</w:t>
      </w:r>
    </w:p>
    <w:p>
      <w:r>
        <w:t>- dňa 1.7.2008 zadal na prevod a dňa 2.7.2008 bola pripísaná na účet č. XXXXXXXXXX/XXXX suma vo výške 3666,00 SKK (v prepočte 121,69 Eur) v exekučnom konaní pod číslom 2672/06 vo veci oprávneného Slovak Telekom, a.s., IČO: 35763469 a povinného O. M., nar. X.X.XXXX, pričom išlo o trovy konania exekútora, čím spôsobil exekútorovi JUDr. Ľubomír Pekár škodu vo výške 121,69 Eur, - dňa 1.7.2008 zadal na prevod a dňa 2.7.2008 bola pripísaná na účet č. XXXXXXXXX/XXXX suma vo výške 3487,00 SKK (v prepočte 115,75 Eur) v exekučnom konaní pod číslom 8752/07 vo veci oprávneného Slovak Telekom, a.s., IČO: 35763469 a povinného H. E., nar. XX.X.XXXX, pričom išlo o trovy konania exekútora, čím spôsobil exekútorovi JUDr. Ľubomír Pekár škodu vo výške 115,75 Eur, - dňa 1.7.2008 zadal na prevod a dňa 2.7.2008 bola pripísaná na účet č. E. suma vo výške 2255,00 SKK (v prepočte 74,85 Eur) v exekučnom konaní pod číslom 3241/06 vo veci oprávneného Slovak Telekom, a.s., IČO: 35763469 a povinného A. G., nar. XX.XX.XXXX, pričom išlo o trovy konania exekútora, čím spôsobil exekútorovi JUDr. Ľubomír Pekár škodu vo výške 74,85 Eur, - dňa 3.7.2008 zadal na prevod a dňa 4.7.2008 bola pripísaná na účet č. XXXXXXXXXX/XXXX suma vo výške 5686,00 SKK (v prepočte 188.74 Eur) v exekučnom konaní pod číslom 7986/07 vo veci oprávneného Slovak Telekom, a.s., IČO: 35763469 a povinného F. E., nar. XX.X.XXXX, pričom išlo o trovy konania exekútora, čím spôsobil exekútorovi JUDr. Ľubomír Pekár škodu vo výške 188.74 Eur, - dňa 24.7.2008 zadal na prevod a dňa 25.7.2008 bola pripísaná na účet č. XXXXXXXXXX/XXXX suma vo výške 5795,00 SKK (v prepočte 192,36 Eur) v exekučnom konaní pod číslom 1082/08 vo veci oprávneného Slovak Telekom, a.s., IČO: 35763469 a povinného F. N., nar. X.X.XXXX, pričom išlo o trovy konania exekútora, čím spôsobil exekútorovi JUDr. Ľubomír Pekár škodu vo výške 192,36 Eur, - dňa 30.7.2008 zadal na prevod a dňa 31.7.2008 bola prípísana na účet č. E. suma vo výške 3805,00 SKK (v prepočte 126,30 Eur) v exekučnom konaní pod číslom 3241/06 vo veci oprávneného Slovak Telekom, a.s., IČO: 35763469 a povinného A. G., nar. XX.XX.XXXX, pričom išlo o trovy konania exekútora, čím spôsobil exekútorovi JUDr. Ľubomír Pekár škodu vo výške 126,30 Eur, - dňa 13.8.2008 zadal na prevod a dňa 14.8.2008 bola pripísaná na účet č. XXXXXXXXXX/XXXX suma vo výške 3669,00 SKK (v prepočte 121,79 Eur) v exekučnom konaní pod číslom 1052/08 vo veci oprávneného Slovak Telekom, a.s., IČO: 35763469 a povinného Q. P., nar. X.X.XXXX, pričom išlo o trovy konania exekútora, čím spôsobil exekútorovi JUDr. Ľubomír Pekár škodu vo výške 121,79 Eur, - dňa 20.8.2008 zadal na prevod a dňa 21.8.2008 bola pripísaná na účet č. XXXXXXXXXX/XXXX suma vo výške 8698,00 SKK (v prepočte 288,72 Eur) v exekučnom konaní pod číslom 3309/06 vo veci oprávneného Slovak Telekom, a.s., IČO: 35763469 a povinného I. R., nar. XX.X.XXXX, pričom išlo o trovy konania exekútora, čím spôsobil exekútorovi JUDr. Ľubomír Pekár škodu vo výške 288,72 Eur, - dňa 20.8.2008 zadal na prevod a dňa 21.8.2008 bola pripísaná na účet č. XXXXXXXXX/XXXX suma vo výške 2611,00 SKK (v prepočte 86,67 Eur) v exekučnom konaní pod číslom XXXX/XX vo veci oprávneného Slovak Telekom, a.s., IČO: 35763469 a povinného A. J., nar. XX.XX.XXXX, pričom išlo o trovy konania exekútora, čím spôsobil exekútorovi JUDr. Ľubomír Pekár škodu vo výške 86,67 Eur, - dňa 20.8.2008 zadal na prevod a dňa 21.8.2008 bola pripísaná na účet č. E. suma vo výške 4561,00 SKK (v prepočte 151,40 Eur) v exekučnom konaní pod číslom 1257/08 vo veci oprávneného Slovak Telekom, a.s., IČO: 35763469 a povinného S. T., nar. XX.X.XXXX, pričom išlo o trovy konania exekútora, čím spôsobil exekútorovi JUDr. Ľubomír Pekár škodu vo výške 151,40 Eur, - dňa 28.8.2008 zadal na prevod a dňa 2.9.2008 bola pripísaná na účet č. E. suma vo výške 1251,00 SKK (v prepočte 41,53 Eur) v exekučnom konaní pod číslom 1257/08 vo veci oprávneného Slovak Telekom, a.s., IČO: 35763469 a povinného B. O., nar. XX.XX.XXXX, pričom išlo o trovy konania exekútora, čím spôsobil exekútorovi JUDr. Ľubomír Pekár škodu vo výške 41,53 Eur, - dňa 28.8.2008 zadal na prevod a dňa 2.9.2008 bola pripísaná na účet č. E. suma vo výške 3476,00 SKK (v prepočte 115,38 Eur) v exekučnom konaní pod číslom 8623/07 vo veci oprávneného Slovak Telekom, a.s., IČO: 35763469 a povinného Q. A., nar. X.XX.XXXX, pričom išlo o trovy konania exekútora, čím spôsobil exekútorovi JUDr. Ľubomír Pekár škodu vo výške 115,38 Eur, - dňa 4.9.2008 zadal na prevod a dňa 5.9.2008 bola pripísaná na účet č. XXXXXXXXXX/XXXX suma vo výške 2238,00 SKK (v prepočte 74,29 Eur) v exekučnom konaní pod číslom 2250/08 vo veci oprávneného Slovak Telekom, a.s., IČO: 35763469 a povinného B. E., nar. XX.X.XXXX, pričom išlo o trovy konania exekútora, čím spôsobil exekútorovi JUDr. Ľubomír Pekár škodu vo výške 74,29 Eur, - dňa 4.9.2008 zadal na prevod a dňa 5.9.2008 bola pripísaná na účet č. E. suma vo výške 500,00 SKK (v prepočte 16,60 Eur) v exekučnom konaní pod číslom 3241/06 vo veci oprávneného Slovak Telekom, a.s., IČO: 35763469 a povinného A. G., nar. XX.XX.XXXX, pričom išlo o trovy konania exekútora, čím spôsobil exekútorovi JUDr. Ľubomír Pekár škodu vo výške 16,60 Eur, - dňa 12.9.2008 zadal na prevod a dňa 16.9.2008 bola pripísaná na účet č. XXXXXXXXXX/XXXX suma vo výške 3428,00 SKK (v prepočte 113,79 Eur) v exekučnom konaní pod číslom 2690/06 vo veci</w:t>
      </w:r>
    </w:p>
    <w:p>
      <w:r>
        <w:t>oprávneného Slovak Telekom, a.s., IČO: 35763469 a povinného Q. K., nar. XX.X.XXXX, pričom išlo o trovy konania exekútora, čím spôsobil exekútorovi JUDr. Ľubomír Pekár škodu vo výške 113,79 Eur, - dňa 17.9.2008 zadal na prevod a dňa 18.9.2008 bola pripísaná na účet č. XXXXXXXXXX/XXXX suma vo výške 2611,00 SKK (v prepočte 86,67 Eur) v exekučnom konaní pod číslom 2524/05 vo veci oprávneného Slovak Telekom, a.s., IČO: 35763469 a povinného J. U., nar. XX.X.XXXX, pričom išlo o trovy konania exekútora, čím spôsobil exekútorovi JUDr. Ľubomír Pekár škodu vo výške 86,67 Eur, - dňa 19.9.2008 zadal na prevod a dňa 22.9.2008 bola pripísaná na účet č. E. suma vo výške 3817,50 SKK (v prepočte 126,72 Eur) v exekučnom konaní pod číslom 3290/07 vo veci oprávneného Slovak Telekom, a.s., IČO: 35763469 a povinného A. I., nar. XX.X.XXXX, pričom išlo o trovy konania exekútora, čím spôsobil exekútorovi JUDr. Ľubomír Pekár škodu vo výške 126,72 Eur, - dňa 25.9.2008 zadal na prevod a dňa 26.9.2008 bola pripísaná na účet č. E. suma vo výške 5476,00 SKK (v prepočte 181,77 Eur) v exekučnom konaní pod číslom 7910/07 vo veci oprávneného Slovak Telekom, a.s., IČO: 35763469 a povinného B. M., nar. X.X.XXXX, pričom išlo o trovy konania exekútora, čím spôsobil exekútorovi JUDr. Ľubomír Pekár škodu vo výške 181,77 Eur, - dňa 7.10.2008 zadal na prevod a dňa 8.10.2008 bola pripísaná na účet č. E. suma vo výške 15.420,50 SKK (v prepočte 511,87 Eur) v exekučnom konaní pod číslom 1355/06 vo veci oprávneného Slovak Telekom, a.s., IČO: 35763469 a povinného T. Q., nar. 14.3.1979, pričom išlo o trovy konania exekútora, čím spôsobil exekútorovi JUDr. Ľubomír Pekár škodu vo výške 511,87 Eur, - dňa 22.10.2008 zadal na prevod a dňa 23.10.2008 bola pripísaná na účet č. XXXXXXXXXX/XXXX suma vo výške 500,00 SKK (v prepočte 16,60 Eur) v exekučnom konaní pod číslom 2524/05 vo veci oprávneného Slovak Telekom, a.s., IČO: 35763469 a povinného J. U., nar. XX.X.XXXX, pričom išlo o trovy konania exekútora, čím spôsobil exekútorovi JUDr. Ľubomír Pekár škodu vo výške 16,60 Eur, - dňa 24.10.2008 zadal na prevod a dňa 27.10.2008 bola pripísaná na účet č. XXXXXXXXXX/XXXX suma vo výške 2000,00 SKK (v prepočte 66,39 Eur) v exekučnom konaní pod číslom 486/08 vo veci oprávneného Slovak Telekom, a.s., IČO: 35763469 a povinného R. V., nar. XX.X.XXXX, pričom išlo o trovy konania exekútora, čím spôsobil exekútorovi JUDr. Ľubomír Pekár škodu vo výške 66,39 Eur, - dňa 27.10.2008 zadal na prevod a dňa 28.10.2008 bola pripísaná na účet č. E. suma vo výške 3717,00 SKK (v prepočte 123,38 Eur) v exekučnom konaní pod číslom 3246/07 vo veci oprávneného Slovak Telekom, a.s., IČO: 35763469 a povinného F. G., nar. X.X.XXXX, pričom išlo o trovy konania exekútora, čím spôsobil exekútorovi A. N. K. škodu vo výške 123,38 Eur, - dňa 28.10.2008 zadal na prevod a dňa 29.10.2008 bola pripísaná na účet č. XXXXXXXXX/XXXX suma vo výške 5835,00 SKK (v prepočte 193,69 Eur) v exekučnom konaní pod číslom 1115/08 vo veci oprávneného Slovak Telekom, a.s., IČO: 35763469 a povinného F. F., nar. XX.X.XXXX, pričom išlo o trovy konania exekútora, čím spôsobil exekútorovi JUDr. Ľubomír Pekár škodu vo výške 193,69 Eur, - dňa 31.10.2008 zadal na prevod a dňa 3.11.2008 bola pripísaná na účet č. XXXXXXXXXX/XXXX suma vo výške 6687,00 SKK (v prepočte 221,97 Eur) v exekučnom konaní pod číslom 2185/08 vo veci oprávneného Slovak Telekom, a.s., IČO: 35763469 a povinného O. A., nar. XX.XX.XXXX, pričom išlo o trovy konania exekútora, čím spôsobil exekútorovi JUDr. Ľubomír Pekár škodu vo výške 221,97 Eur, - dňa 31.10.2008 zadal na prevod a dňa 3.11.2008 bola pripísaná na účet č. E. suma vo výške 8908,00 SKK (v prepočte 295,69 Eur) v exekučnom konaní pod číslom 8700/07 vo veci oprávneného Slovak Telekom, a.s., IČO: 35763469 a povinného A. G., nar. XX.XX.XXXX, pričom išlo o trovy konania exekútora, čím spôsobil exekútorovi JUDr. Ľubomír Pekár škodu vo výške 295,69 Eur, - dňa 12.11.2008 zadal na prevod a dňa 13.11.2008 bola pripísaná na účet č. XXXXXXXXXX/XXXX suma vo výške 3432,00 SKK (v prepočte 113,79 Eur) v exekučnom konaní pod číslom XXXX/XX vo veci oprávneného Slovak Telekom, a.s., IČO: 35763469 a povinného A. T., nar. X.X.XXXX, pričom išlo o trovy konania exekútora, čím spôsobil exekútorovi JUDr. Ľubomír Pekár škodu vo výške 113,79 Eur, - dňa 19.11.2008 zadal na prevod a dňa 20.11.2008 bola pripísaná na účet č. XXXXXXXXXX/XXXX suma vo výške 3000,00 SKK (v prepočte 99,58 Eur) v exekučnom konaní pod číslom 853/07 vo veci oprávneného Slovak Telekom, a.s., IČO: 35763469 a povinného B. C., nar. XX.XX.XXXX, pričom išlo o trovy konania exekútora, čím spôsobil exekútorovi JUDr. Ľubomír Pekár škodu vo výške 99,58 Eur, - dňa 25.11.2008 zadal na prevod a dňa 25.11.2008 bola pripísaná na účet č. E. suma vo výške 8880,59 SKK (v prepočte 294,78 Eur) v exekučnom konaní pod číslom 3160/06 vo veci oprávneného Slovak Telekom, a.s., IČO: 35763469 a povinného K. K., nar. 28.5.1979, IČO: 37423371, pričom išlo o trovy konania exekútora, čím spôsobil exekútorovi JUDr. Ľubomír Pekár škodu vo výške 294,78 Eur, - dňa 2.12.2008 zadal na prevod a dňa 3.12.2008 bola pripísaná na účet č. XXXXXXXXXX/XXXX suma vo výške 1447,00 SKK (v prepočte 48,03 Eur) v exekučnom konaní pod číslom 1103/08 vo veci oprávneného Slovak Telekom, a.s., IČO: 35763469 a povinného P. S., nar. X.XX.XXXX, pričom išlo o trovy konania exekútora, čím spôsobil exekútorovi JUDr. Ľubomír Pekár škodu vo výške 48,03 Eur,</w:t>
      </w:r>
    </w:p>
    <w:p>
      <w:r>
        <w:t>- dňa 3.12.2008 zadal na prevod a dňa 4.12.2008 bola pripísaná na účet č. XXXXXXXXXX/XXXX suma vo výške 5513,00 SKK (v prepočte 183,- Eur) v exekučnom konaní pod číslom 4062/08 vo veci oprávneného Slovak Telekom, a.s., IČO: 35763469 a povinného A. K., nar. X.X.XXXX, pričom išlo o trovy konania exekútora, čím spôsobil exekútorovi JUDr. Ľubomír Pekár škodu vo výške 183,- Eur, - dňa 3.12.2008 zadal na prevod a dňa 4.12.2008 bola pripísaná na účet č. E. suma vo výške 2000,00 SKK (v prepočte 66,39 Eur) v exekučnom konaní pod číslom 3246/07 vo veci oprávneného Slovak Telekom, a.s., IČO: 35763469 a povinného F. G., nar 4.3.1977, pričom išlo o trovy konania exekútora, čím spôsobil exekútorovi JUDr. Ľubomír Pekár škodu vo výške 66,39 Eur, - dňa 12.12.2008 zadal na prevod a dňa 15.12.2008 bola pripísaná na účet č. E. suma vo výške 10698,00 SKK (v prepočte 355,11 Eur) v exekučnom konaní pod číslom 2055/06 vo veci oprávneného Slovak Telekom, a.s., IČO: 35763469 a povinného B. G., nar. XX.X.XXXX, pričom išlo o trovy konania exekútora, čím spôsobil exekútorovi JUDr. Ľubomír Pekár škodu vo výške 355,11 Eur, - dňa 15.12.2008 zadal na prevod a dňa 16.12.2008 bola pripísaná na účet č. XXXXXXXXXX/XXXX suma vo výške 6745,00 SKK (v prepočte 223,89 Eur) v exekučnom konaní pod číslom XXX/XX vo veci oprávneného Slovak Telekom, a.s., IČO: 35763469 a povinného A. S., nar. XX.X.XXXX, pričom išlo o trovy konania exekútora, čím spôsobil exekútorovi JUDr. Ľubomír Pekár škodu vo výške 223,89 Eur, - dňa 16.12.2008 zadal na prevod a dňa 17.12.2008 bola pripísaná na účet č. XXXXXXXXX/XXXX suma vo výške 5441,00 SKK (v prepočte 180,61 Eur) v exekučnom konaní pod číslom 1314/04 vo veci oprávneného Slovak Telekom, a.s., IČO: 35763469 a povinného A. U., nar. XX.XX.XXXX, pričom išlo o trovy konania exekútora, čím spôsobil exekútorovi JUDr. Ľubomír Pekár škodu vo výške 180,61 Eur, - dňa 18.12.2008 zadal na prevod a dňa 19.12.2008 bola pripísaná na účet č. XXXXXXXXXX/XXXX suma vo výške 2183,00 SKK (v prepočte 72,46 Eur) v exekučnom konaní pod číslom 853/07 vo veci oprávneného Slovak Telekom, a.s., IČO: 35763469 a povinného B. C., nar. XX.XX.XXXX, pričom išlo o trovy konania exekútora, čím spôsobil exekútorovi JUDr. Ľubomír Pekár škodu vo výške 72,46 Eur, - dňa 13.1.2009 zadal na prevod a dňa 14.1.2009 bola pripísaná na účet č. XXXXXXXXXX/XXXX suma vo výške 30,07 Eur v exekučnom konaní pod číslom 2511/05 vo veci oprávneného Slovak Telekom, a.s., IČO: 35763469 a povinného T. G., nar. X.X.XXXX, pričom išlo o trovy konania exekútora, čím spôsobil exekútorovi JUDr. Ľubomír Pekár škodu vo výške 30,07 Eur, - dňa 19.1.2009 zadal na prevod a dňa 20.1.2009 bola pripísaná na účet č. XXXXXXXXXX/XXXX suma vo výške 49,79 Eur v exekučnom konaní pod číslom 5012/08 vo veci oprávneného Slovak Telekom, a.s., IČO: 35763469 a povinného Q. V., nar. XX.XX.XXXX, pričom išlo o trovy konania exekútora, čím spôsobil exekútorovi JUDr. Ľubomír Pekár škodu vo výške 49,79 Eur, - dňa 19.1.2009 zadal na prevod a dňa 20.1.2009 bola pripísaná na účet č. XXXXXXXXXX/XXXX suma vo výške 123,80 Eur v exekučnom konaní pod číslom 5012/08 vo veci oprávneného Slovak Telekom, a.s., IČO: 35763469 a povinného P. B., nar 13.9.1961, pričom išlo o trovy konania exekútora, čím spôsobil exekútorovi JUDr. Ľubomír Pekár škodu vo výške 123,80 Eur, - dňa 19.1.2009 zadal na prevod a dňa 20.1.2009 bola pripísaná na účet č. E. suma vo výške 158,- Eur v exekučnom konaní pod číslom 1097/08 vo veci oprávneného Slovak Telekom, a.s., IČO: 35763469 a povinného F. B., nar. XX.X.XXXX, pričom išlo o trovy konania exekútora, čím spôsobil exekútorovi JUDr. Ľubomír Pekár škodu vo výške 158,- Eur, - dňa 22.1.2009 zadal na prevod a dňa 23.1.2009 bola pripísaná na účet č. XXXXXXXXXX/XXXX suma vo výške 358,10 Eur v exekučnom konaní pod číslom 1103/08 vo veci oprávneného Slovak Telekom, a.s., IČO: 35763469 a povinného P. S., nar 2.10.1961, pričom išlo o trovy konania exekútora, čím spôsobil exekútorovi JUDr. Ľubomír Pekár škodu vo výške 358,10 Eur, - dňa 26.1.2009 zadal na prevod a dňa 27.1.2009 bola pripísaná na účet č. XXXXXXXXX/XXXX suma vo výške 100,- Eur v exekučnom konaní pod číslom 4034/08 vo veci oprávneného Slovak Telekom, a.s., IČO: 35763469 a povinného F. O., nar. XX.X.XXXX, pričom išlo o trovy konania exekútora, čím spôsobil exekútorovi JUDr. Ľubomír Pekár škodu vo výške 100,- Eur, - dňa 26.1.2009 zadal na prevod a dňa 27.1.2009 bola pripísaná na účet č. E. suma vo výške 198,33 Eur v exekučnom konaní pod číslom 1879/05 vo veci oprávneného Slovak Telekom, a.s., IČO: 35763469 a povinného U. A., nar. X.X.XXXX, pričom išlo o trovy konania exekútora, čím spôsobil exekútorovi JUDr. Ľubomír Pekár škodu vo výške 198,33 Eur, - dňa 2.2.2009 zadal na prevod a dňa 3.2.2009 bola pripísaná na účet č. E. suma vo výške 148,79 Eur v exekučnom konaní pod číslom 3160/06 vo veci oprávneného Slovak Telekom, a.s., IČO: 35763469 a povinného K. K., nar. XX.X.XXXX, IČO: 37423371, pričom išlo o trovy konania exekútora, čím spôsobil exekútorovi JUDr. Ľubomír Pekár škodu vo výške 148,79 Eur, - dňa 23.2.2009 zadal na prevod a dňa 24.2.2009 bola pripísaná na účet č. XXXXXXXXXX/XXXX suma vo výške 132,78 Eur v exekučnom konaní pod číslom 1087/08 vo veci oprávneného Slovak Telekom,</w:t>
      </w:r>
    </w:p>
    <w:p>
      <w:r>
        <w:t>a.s., IČO: 35763469 a povinného K. B., nar. XX.XX.XXXX, pričom išlo o trovy konania exekútora, čím spôsobil exekútorovi JUDr. Ľubomír Pekár škodu vo výške 132,78 Eur, - dňa 23.2.2009 zadal na prevod a dňa 24.2.2009 bola pripísaná na účet č. E. suma vo výške 100,- Eur v exekučnom konaní pod číslom 1089/08 vo veci oprávneného Slovak Telekom, a.s., IČO: 35763469 a povinného J. B., nar. XX.XX.XXXX, pričom išlo o trovy konania exekútora, čím spôsobil exekútorovi JUDr. Ľubomír Pekár škodu vo výške 100,- Eur, - dňa 23.2.2009 zadal na prevod a dňa 24.2.2009 bola pripísaná na účet č. XXXXXXXXXX/XXXX suma vo výške 105,88 Eur v exekučnom konaní pod číslom 5483/07 vo veci oprávneného Slovak Telekom, a.s., IČO: 35763469 a povinného O. O., nar. X.X.XXXX, pričom išlo o trovy konania exekútora, čím spôsobil exekútorovi JUDr. Ľubomír Pekár škodu vo výške 105,88 Eur, - dňa 25.2.2009 zadal na prevod a dňa 26.2.2009 bola pripísaná na účet č. XXXXXXXXXX/XXXX suma vo výške 215,73 Eur v exekučnom konaní pod číslom 1103/08 vo veci oprávneného Slovak Telekom, a.s., IČO: 35763469 a povinného P. S., nar. X.XX.XXXX, pričom išlo o trovy konania exekútora, čím spôsobil exekútorovi JUDr. Ľubomír Pekár škodu vo výške 215,73 Eur, - dňa 2.3.2009 zadal na prevod a dňa 3.3.2009 bola pripísaná na účet č. E. suma vo výške 122,29 Eur v exekučnom konaní pod číslom 4463/08 vo veci oprávneného Slovak Telekom, a.s., IČO: 35763469 a povinného B. K., nar. XX.XX.XXXX, pričom išlo o trovy konania exekútora, čím spôsobil exekútorovi JUDr. Ľubomír Pekár škodu vo výške 122,29 Eur, - dňa 2.3.2009 zadal na prevod a dňa 3.3.2009 bola pripísaná na účet č. XXXXXXXXXX/XXXX suma vo výške 243,10 Eur v exekučnom konaní pod číslom 5532/08 vo veci oprávneného Slovak Telekom, a.s., IČO: 35763469 a povinného E. U., nar. XX.X.XXXX, pričom išlo o trovy konania exekútora, čím spôsobil exekútorovi JUDr. Ľubomír Pekár škodu vo výške 243,10 Eur, - dňa 10.3.2009 zadal na prevod a dňa 11.3.2009 bola pripísaná na účet č. XXXXXXXXXX/XXXX suma vo výške 306,91 Eur v exekučnom konaní pod číslom 2893/08 vo veci oprávneného Slovak Telekom, a.s., IČO: 35763469 a povinného B. S., nar. XX.X.XXXX, pričom išlo o trovy konania exekútora, čím spôsobil exekútorovi JUDr. Ľubomír Pekár škodu vo výške 306,91 Eur, - dňa 10.3.2009 zadal na prevod a dňa 11.3.2009 bola pripísaná na účet č. XXXXXXXXXX/XXXX suma vo výške 215,73 Eur v exekučnom konaní pod číslom XXXX/XX vo veci oprávneného Slovak Telekom, a.s., IČO: 35763469 a povinného P. S. , nar. X.XX.XXXX, pričom išlo o trovy konania exekútora, čím spôsobil exekútorovi JUDr. Ľubomír Pekár škodu vo výške 215,73 Eur, - dňa 16.3.2009 zadal na prevod a dňa 17.3.2009 bola pripísaná na účet č. E. suma vo výške 123,81 Eur v exekučnom konaní pod číslom 5211/08 vo veci oprávneného Slovak Telekom, a.s., IČO: 35763469 a povinného B. E., nar. XX.X.XXXX, pričom išlo o trovy konania exekútora, čím spôsobil exekútorovi JUDr. Ľubomír Pekár škodu vo výške 123,81 Eur, - dňa 16.3.2009 zadal na prevod a dňa 17.3.2009 bola pripísaná na účet č. XXXXXXXXXX/XXXX suma vo výške 33,- Eur v exekučnom konaní pod číslom 3254/06 vo veci oprávneného Slovak Telekom, a.s., IČO: 35763469 a povinného F. T., nar. XX.X.XXXX, pričom išlo o trovy konania exekútora, čím spôsobil exekútorovi JUDr. Ľubomír Pekár škodu vo výške 33,- Eur, - dňa 24.3.2009 zadal na prevod a dňa 25.3.2009 bola pripísaná na účet č. E. suma vo výške 677,52 Eur v exekučnom konaní pod číslom 2894/08 vo veci oprávneného Slovak Telekom, a.s., IČO: 35763469 a povinného W. S., nar. XX.X.XXXX, pričom išlo o trovy konania exekútora, čím spôsobil exekútorovi JUDr. Ľubomír Pekár škodu vo výške 677,52 Eur, - dňa 30.3.2009 zadal na prevod a dňa 31.3.2009 bola pripísaná na účet č. XXXXXXXXX/XXXX suma vo výške 284,77 Eur v exekučnom konaní pod číslom 2004/05 vo veci oprávneného Slovak Telekom, a.s., IČO: 35763469 a povinného Q. C., nar. XX.X.XXXX, pričom išlo o trovy konania exekútora, čím spôsobil exekútorovi JUDr. Ľubomír Pekár škodu vo výške 284,77 Eur, - dňa 7.4.2009 zadal na prevod a dňa 8.4.2009 bola pripísaná na účet č. XXXXXXXXXX/XXXX suma vo výške 276,50 Eur v exekučnom konaní pod číslom 3708/06 vo veci oprávneného Slovak Telekom, a.s., IČO: 35763469 a povinného B. G., nar. XX.XX.XXXX, pričom išlo o trovy konania exekútora, čím spôsobil exekútorovi JUDr. Ľubomír Pekár škodu vo výške 276,50 Eur, - dňa 8.4.2009 zadal na prevod a dňa 9.4.2009 bola pripísaná na účet č. E. suma vo výške 140,12 Eur v exekučnom konaní pod číslom 3461/06 vo veci oprávneného Slovak Telekom, a.s., IČO: 35763469 a povinného J. B., nar. X.X.XXXX, pričom išlo o trovy konania exekútora, čím spôsobil exekútorovi JUDr. Ľubomír Pekár škodu vo výške 140,12 Eur, - dňa 20.4.2009 zadal na prevod a dňa 21.4.2009 bola pripísaná na účet č. XXXXXXXXXX/XXXX suma vo výške 123,80 Eur v exekučnom konaní pod číslom 5552/08 vo veci oprávneného Slovak Telekom, a.s., IČO: 35763469 a povinného B. B., nar. X.X.XXXX, pričom išlo o trovy konania exekútora, čím spôsobil exekútorovi JUDr. Ľubomír Pekár škodu vo výške 123,80 Eur,</w:t>
      </w:r>
    </w:p>
    <w:p>
      <w:r>
        <w:t>- dňa 28.4.2009 zadal na prevod a dňa 29.4.2009 bola pripísaná na účet č. XXXXXXXXXX/XXXX suma vo výške 36,82 Eur v exekučnom konaní pod číslom 4707/08 vo veci oprávneného Slovak Telekom, a.s., IČO: 35763469 a povinného Q. E., nar. XX.X.XXXX, pričom išlo o trovy konania exekútora, čím spôsobil exekútorovi JUDr. Ľubomír Pekár škodu vo výške 36,82 Eur, - dňa 29.4.2009 zadal na prevod a dňa 30.4.2009 bola pripísaná na účet č. XXXXXXXXXX/XXXX suma vo výške 65,66 Eur v exekučnom konaní pod číslom 5045/08 vo veci oprávneného Slovak Telekom, a.s., IČO: 35763469 a povinného E. D., nar. XX.X.XXXX, pričom išlo o trovy konania exekútora, čím spôsobil exekútorovi JUDr. Ľubomír Pekár škodu vo výške 65,66 Eur, - dňa 29.4.2009 zadal na prevod a dňa 30.4.2009 bola pripísaná na účet č. XXXXXXXXXX/XXXX suma vo výške 65,66 Eur v exekučnom konaní pod číslom 5045/08 vo veci oprávneného Slovak Telekom, a.s., IČO: 35763469 a povinného E. D., nar. XX.X.XXXX, pričom išlo o trovy konania exekútora, čím spôsobil exekútorovi JUDr. Ľubomír Pekár škodu vo výške 65,66 Eur, - dňa 29.4.2009 zadal na prevod a dňa 30.4.2009 bola pripísaná na účet č. E. suma vo výške 80,34 Eur v exekučnom konaní pod číslom 2192/08 vo veci oprávneného Slovak Telekom, a.s., IČO: 35763469 a povinného D. O., nar. XX.XX.XXXX, pričom išlo o trovy konania exekútora, čím spôsobil exekútorovi JUDr. Ľubomír Pekár škodu vo výške 80,34 Eur, - dňa 29.4.2009 zadal na prevod a dňa 30.4.2009 bola pripísaná na účet č. E. suma vo výške 80,34 Eur v exekučnom konaní pod číslom 2192/08 vo veci oprávneného Slovak Telekom, a.s., IČO: 35763469 a povinného D. O., nar. XX.XX.XXXX, pričom išlo o trovy konania exekútora, čím spôsobil exekútorovi JUDr. Ľubomír Pekár škodu vo výške 80,34 Eur, - dňa 4.5.2009 zadal na prevod a dňa 5.5.2009 bola pripísaná na účet č. XXXXXXXXXX/XXXX suma vo výške 123,93 Eur v exekučnom konaní pod číslom 4469/08 vo veci oprávneného Slovak Telekom, a.s., IČO: 35763469 a povinného S. F., nar. XX.X.XXXX, pričom išlo o trovy konania exekútora, čím spôsobil exekútorovi JUDr. Ľubomír Pekár škodu vo výške 123,93 Eur, - dňa 7.5.2009 zadal na prevod a dňa 11.5.2009 bola pripísaná na účet č. XXXXXXXXXX/XXXX suma vo výške 572,76 Eur v exekučnom konaní pod číslom 2396/05 vo veci oprávneného Slovak Telekom, a.s., IČO: 35763469 a povinného A. K., nar. XX.X.XXXX, pričom išlo o trovy konania exekútora, čím spôsobil exekútorovi JUDr. Ľubomír Pekár škodu vo výške 572,76 Eur, - dňa 7.5.2009 zadal na prevod a dňa 11.5.2009 bola pripísaná na účet č. XXXXXXXXXX/XXXX suma vo výške 37,44 Eur v exekučnom konaní pod číslom 1365/06 vo veci oprávneného Slovak Telekom, a.s., IČO: 35763469 a povinného R. U. , nar. XX.XX.XXXX, pričom išlo o trovy konania exekútora, čím spôsobil exekútorovi JUDr. Ľubomír Pekár škodu vo výške 37,44 Eur, - dňa 12.5.2009 zadal na prevod a dňa 13.5.2009 bola pripísaná na účet č. E. suma vo výške 228,96 Eur v exekučnom konaní pod číslom 441/08 vo veci oprávneného Slovak Telekom, a.s., IČO: 35763469 a povinného B. O., nar. XX.X.XXXX, pričom išlo o trovy konania exekútora, čím spôsobil exekútorovi JUDr. Ľubomír Pekár škodu vo výške 228,96 Eur, - dňa 18.5.2009 zadal na prevod a dňa 19.5.2009 bola pripísaná na účet č. XXXXXXXXXX/XXXX suma vo výške 57,94 Eur v exekučnom konaní pod číslom 5045/08 vo veci oprávneného Slovak Telekom, a.s., IČO: 35763469 a povinného E. D., nar. XX.X.XXXX, pričom išlo o trovy konania exekútora, čím spôsobil exekútorovi A. N. K. škodu vo výške 57,94 Eur, - dňa 26.5.2009 zadal na prevod a dňa 27.5.2009 bola pripísaná na účet č. XXXXXXXXXX/XXXX suma vo výške 100,- Eur v exekučnom konaní pod číslom 2767/08 vo veci oprávneného Slovak Telekom, a.s., IČO: 35763469 a povinného J. G., nar. XX.X.XXXX, pričom išlo o trovy konania exekútora, čím spôsobil exekútorovi JUDr. Ľubomír Pekár škodu vo výške 100,- Eur, - dňa 26.5.2009 zadal na prevod a dňa 27.5.2009 bola pripísaná na účet č. XXXXXXXXXX/XXXX suma vo výške 91,82 Eur v exekučnom konaní pod číslom 2157/08 vo veci oprávneného Slovak Telekom, a.s., IČO: 35763469 a povinného H. M., nar. XX.X.XXXX, pričom išlo o trovy konania exekútora, čím spôsobil exekútorovi JUDr. Ľubomír Pekár škodu vo výške 91,82 Eur, - dňa 28.5.2009 zadal na prevod a dňa 29.5.2009 bola pripísaná na účet č. E. suma vo výške 100,60 Eur v exekučnom konaní pod číslom XXXX/XX vo veci oprávneného Slovak Telekom, a.s., IČO: 35763469 a povinného G. L., nar. XX.X.XXXX, pričom išlo o trovy konania exekútora, čím spôsobil exekútorovi JUDr. Ľubomír Pekár škodu vo výške 100,60 Eur, - dňa 5.6.2009 zadal na prevod a dňa 8.6.2009 bola pripísaná na účet č. XXXXXXXXXX/XXXX suma vo výške 126,50 Eur v exekučnom konaní pod číslom 4468/08 vo veci oprávneného Slovak Telekom, a.s., IČO: 35763469 a povinného F. F., nar. XX.XX.XXXX, pričom išlo o trovy konania exekútora, čím spôsobil exekútorovi JUDr. Ľubomír Pekár škodu vo výške 126,50 Eur, - dňa 12.6.2009 zadal na prevod a dňa 15.6.2009 bola pripísaná na účet č. XXXXXXXXXX/XXXX suma vo výške 59,24 Eur v exekučnom konaní pod číslom 2556/05 vo veci oprávneného Slovak Telekom, a.s.,</w:t>
      </w:r>
    </w:p>
    <w:p>
      <w:r>
        <w:t>IČO: 35763469 a povinného B. B., nar. X.X.XXXX, pričom išlo o trovy konania exekútora, čím spôsobil exekútorovi JUDr. Ľubomír Pekár škodu vo výške 59,24 Eur, - dňa 15.6.2009 zadal na prevod a dňa 16.6.2009 bola pripísaná na účet č. XXXXXXXXXX/XXXX suma vo výške 125,39 Eur v exekučnom konaní pod číslom 4404/08 vo veci oprávneného Slovak Telekom, a.s., IČO: 35763469 a povinného A. Q., nar. XX.XX.XXXX, pričom išlo o trovy konania exekútora, čím spôsobil exekútorovi JUDr. Ľubomír Pekár škodu vo výške 125,39 Eur, - dňa 22.6.2009 zadal na prevod a dňa 23.6.2009 bola pripísaná na účet č. E. suma vo výške 102,41 Eur v exekučnom konaní pod číslom XXXX/XX vo veci oprávneného Slovak Telekom, a.s., IČO: 35763469 a povinného R. O., nar. X.X.XXXX, pričom išlo o trovy konania exekútora, čím spôsobil exekútorovi JUDr. Ľubomír Pekár škodu vo výške 102,41 Eur, - dňa 22.6.2009 zadal na prevod a dňa 23.6.2009 bola pripísaná na účet č. XXXXXXXXXX/XXXX suma vo výške 75,40 Eur v exekučnom konaní pod číslom 1062/08 vo veci oprávneného Slovak Telekom, a.s., IČO: 35763469 a povinného F. O., nar. XX.XX.XXXX, pričom išlo o trovy konania exekútora, čím spôsobil exekútorovi JUDr. Ľubomír Pekár škodu vo výške 75,40 Eur, - dňa 26.6.2009 zadal na prevod a dňa 29.6.2009 bola pripísaná na účet č. XXXXXXXXXX/XXXX suma vo výške 100,- Eur v exekučnom konaní pod číslom 4056/08 vo veci oprávneného Slovak Telekom, a.s., IČO: 35763469 a povinného B. B., nar. XX.X.XXXX, pričom išlo o trovy konania exekútora, čím spôsobil exekútorovi JUDr. Ľubomír Pekár škodu vo výške 100,- Eur, - dňa 20.7.2009 zadal na prevod a dňa 21.7.2009 bola pripísaná na účet č. XXXXXXXXXX/XXXX suma vo výške 261,87 Eur v exekučnom konaní pod číslom 436/08 vo veci oprávneného Slovak Telekom, a.s., IČO: 35763469 a povinného J. A. J., nar. XX.XX.XXXX, IČO: 30944473, pričom išlo o trovy konania exekútora, čím spôsobil exekútorovi JUDr. Ľubomír Pekár škodu vo výške 261,87 Eur, - dňa 20.7.2009 zadal na prevod a dňa 21.7.2009 bola pripísaná na účet č. E. suma vo výške 167,59 Eur v exekučnom konaní pod číslom 2556/05 vo veci oprávneného Slovak Telekom, a.s., IČO: 35763469 a povinného B. B., nar. X.X.XXXX, pričom išlo o trovy konania exekútora, čím spôsobil exekútorovi JUDr. Ľubomír Pekár škodu vo výške 167,59 Eur, - dňa 20.7.2009 zadal na prevod a dňa 21.7.2009 bola pripísaná na účet č. XXXXXXXXXX/XXXX suma vo výške 82,50 Eur v exekučnom konaní pod číslom 3864/05 vo veci oprávneného Slovak Telekom, a.s., IČO: 35763469 a povinného B. K. , nar. XX.X.XXXX, pričom išlo o trovy konania exekútora, čím spôsobil exekútorovi JUDr. Ľubomír Pekár škodu vo výške 82,50 Eur, - dňa 22.7.2009 zadal na prevod a dňa 23.7.2009 bola pripísaná na účet č. XXXXXXXXXX/XXXX suma vo výške 123,47 Eur v exekučnom konaní pod číslom 4012/08 vo veci oprávneného Slovak Telekom, a.s., IČO: 35763469 a povinného K. C., nar. X.X.XXXX, pričom išlo o trovy konania exekútora, čím spôsobil exekútorovi JUDr. Ľubomír Pekár škodu vo výške 123,47 Eur, - dňa 31.7.2009 zadal na prevod a dňa 3.8.2009 bola pripísaná na účet č. XXXXXXXXXX/XXXX suma vo výške 100,- Eur v exekučnom konaní pod číslom 2766/08 vo veci oprávneného Slovak Telekom, a.s., IČO: 35763469 a povinného A. G. , nar. XX.X.XXXX, pričom išlo o trovy konania exekútora, čím spôsobil exekútorovi JUDr. Ľubomír Pekár škodu vo výške 100,- Eur, - dňa 31.7.2009 zadal na prevod a dňa 3.8.2009 bola pripísaná na účet č. E. suma vo výške 193,72 Eur v exekučnom konaní pod číslom 3461/06 vo veci oprávneného Slovak Telekom, a.s., IČO: 35763469 a povinného J. B., nar. X.X.XXXX, pričom išlo o trovy konania exekútora, čím spôsobil exekútorovi JUDr. Ľubomír Pekár škodu vo výške 193,72 Eur, - dňa 11.8.2009 zadal na prevod a dňa 12.8.2009 bola pripísaná na účet č. XXXXXXXXXX/XXXX suma vo výške 42,69 Eur v exekučnom konaní pod číslom 3864/05 vo veci oprávneného Slovak Telekom, a.s., IČO: 35763469 a povinného B. K., nar. XX.X.XXXX, pričom išlo o trovy konania exekútora, čím spôsobil exekútorovi JUDr. Ľubomír Pekár škodu vo výške 42,69 Eur, - dňa 21.8.2009 zadal na prevod a dňa 24.8.2009 bola pripísaná na účet č. XXXXXXXXXX/XXXX suma vo výške 141,57 Eur v exekučnom konaní pod číslom 4071/08 vo veci oprávneného Slovak Telekom, a.s., IČO: 35763469 a povinného R. E., nar. XX.X.XXXX, pričom išlo o trovy konania exekútora, čím spôsobil exekútorovi JUDr. Ľubomír Pekár škodu vo výške 141,57 Eur, - dňa 21.8.2009 zadal na prevod a dňa 24.8.2009 bola pripísaná na účet č. XXXXXXXXXX/XXXX suma vo výške 41,97 Eur v exekučnom konaní pod číslom 2191/08 vo veci oprávneného Slovak Telekom, a.s., IČO: 35763469 a povinného G. O., nar. X.X.XXXX, pričom išlo o trovy konania exekútora, čím spôsobil exekútorovi JUDr. Ľubomír Pekár škodu vo výške 41,97 Eur, - dňa 24.8.2009 zadal na prevod a dňa 25.8.2009 bola pripísaná na účet č. XXXXXXXXXX/XXXX suma vo výške 41,- Eur v exekučnom konaní pod číslom 4408/08 vo veci oprávneného Slovak Telekom, a.s., IČO: 35763469 a povinného K. G., nar. XX.XX.XXXX, pričom išlo o trovy konania exekútora, čím spôsobil exekútorovi JUDr. Ľubomír Pekár škodu vo výške 41,- Eur,</w:t>
      </w:r>
    </w:p>
    <w:p>
      <w:r>
        <w:t>- dňa 2.9.2009 zadal na prevod a dňa 3.9.2009 bola pripísaná na účet č. XXXXXXXXXX/XXXX suma vo výške 40,62 Eur v exekučnom konaní pod číslom 436/08 vo veci oprávneného Slovak Telekom, a.s., IČO: 35763469 a povinného J. A. J., nar. XX.XX.XXXX, IČO: 30944473, pričom išlo o trovy konania exekútora, čím spôsobil exekútorovi JUDr. Ľubomír Pekár škodu vo výške 40,62 Eur, - dňa 14.9.2009 zadal na prevod a dňa 16.9.2009 bola pripísaná na účet č. XXXXXXXXXX/XXXX suma vo výške 54,32 Eur v exekučnom konaní pod číslom 4022/08 vo veci oprávneného Slovak Telekom, a.s., IČO: 35763469 a povinného D. T., nar. X.XX.XXXX, pričom išlo o trovy konania exekútora, čím spôsobil exekútorovi JUDr. Ľubomír Pekár škodu vo výške 54,32 Eur, - dňa 14.9.2009 zadal na prevod a dňa 16.9.2009 bola pripísaná na účet č. XXXXXXXXXX/XXXX suma vo výške 64,94 Eur v exekučnom konaní pod číslom 4965/08 vo veci oprávneného Slovak Telekom, a.s., IČO: 35763469 a povinného K. J., nar. 29.4.1985, pričom išlo o trovy konania exekútora, čím spôsobil exekútorovi JUDr. Ľubomír Pekár škodu vo výške 64,94 Eur, - dňa 18.9.2009 zadal na prevod a dňa 21.9.2009 bola pripísaná na účet č. XXXXXXXXXX/XXXX suma vo výške 56,05 Eur v exekučnom konaní pod číslom 2191/08 vo veci oprávneného Slovak Telekom, a.s., IČO: 35763469 a povinného G. O., nar. X.X.XXXX, pričom išlo o trovy konania exekútora, čím spôsobil exekútorovi JUDr. Ľubomír Pekár škodu vo výške 56,05 Eur, - dňa 18.9.2009 zadal na prevod a dňa 21.9.2009 bola pripísaná na účet č. XXXXXXXXXX/XXXX suma vo výške 25,- Eur v exekučnom konaní pod číslom 3006/06 vo veci oprávneného Slovak Telekom, a.s., IČO: 35763469 a povinného S. U., nar. X.X.XXXX, IČO: 34364862, pričom išlo o trovy konania exekútora, čím spôsobil exekútorovi JUDr. Ľubomír Pekár škodu vo výške 25,- Eur, - dňa 18.9.2009 zadal na prevod a dňa 21.9.2009 bola pripísaná na účet č. XXXXXXXXXX/XXXX suma vo výške 120,- Eur v exekučnom konaní pod číslom 2057/06 vo veci oprávneného Slovak Telekom, a.s., IČO: 35763469 a povinného K. G., nar. XX.X.XXXX, pričom išlo o trovy konania exekútora, čím spôsobil exekútorovi JUDr. Ľubomír Pekár škodu vo výške 120,- Eur, - dňa 18.9.2009 zadal na prevod a dňa 21.9.2009 bola pripísaná na účet č. XXXXXXXXXX/XXXX suma vo výške 9,96 Eur v exekučnom konaní pod číslom 894/07 vo veci oprávneného Slovak Telekom, a.s., IČO: 35763469 a povinného W. S., nar. XX.X.XXXX, pričom išlo o trovy konania exekútora, čím spôsobil exekútorovi JUDr. Ľubomír Pekár škodu vo výške 9,96 Eur, - dňa 24.9.2009 zadal na prevod a dňa 25.9.2009 bola pripísaná na účet č. E. suma vo výške 50,- Eur v exekučnom konaní pod číslom 4061/08 vo veci oprávneného Slovak Telekom, a.s., IČO: 35763469 a povinného F. K., nar. X.XX.XXXX, pričom išlo o trovy konania exekútora, čím spôsobil exekútorovi JUDr. Ľubomír Pekár škodu vo výške 50,- Eur, - dňa 28.9.2009 zadal na prevod a dňa 29.9.2009 bola pripísaná na účet č. XXXXXXXXXX/XXXX suma vo výške 85,32 Eur v exekučnom konaní pod číslom 2260/09 vo veci oprávneného Slovak Telekom, a.s., IČO: 35763469 a povinného H. O., nar. XX.X.XXXX, pričom išlo o trovy konania exekútora, čím spôsobil exekútorovi JUDr. Ľubomír Pekár škodu vo výške 85,32 Eur, - dňa 28.9.2009 zadal na prevod a dňa 29.9.2009 bola pripísaná na účet č. XXXXXXXXXX/XXXX suma vo výške 129,34 Eur v exekučnom konaní pod číslom 4408/08 vo veci oprávneného Slovak Telekom, a.s., IČO: 35763469 a povinného K. G., nar. XX.XX.XXXX, pričom išlo o trovy konania exekútora, čím spôsobil exekútorovi JUDr. Ľubomír Pekár škodu vo výške 129,34 Eur, - dňa 7.10.2009 zadal na prevod a dňa 8.10.2009 bola pripísaná na účet č. XXXXXXXXXX/XXXX suma vo výške 66,38 Eur v exekučnom konaní pod číslom 7881/07 vo veci oprávneného Slovak Telekom, a.s., IČO: 35763469 a povinného J. G., nar. X.X.XXXX, pričom išlo o trovy konania exekútora, čím spôsobil exekútorovi JUDr. Ľubomír Pekár škodu vo výške 66,38 Eur, - dňa 15.10.2009 zadal na prevod a dňa 16.10.2009 bola pripísaná na účet č. E. suma vo výške 27,10 Eur v exekučnom konaní pod číslom 2760/08 vo veci oprávneného Slovak Telekom, a.s., IČO: 35763469 a povinného K. Q. G., nar. X.X.XXXX, pričom išlo o trovy konania exekútora, čím spôsobil exekútorovi A. N. K. škodu vo výške 27,10 Eur, - dňa 19.10.2009 zadal na prevod a dňa 20.10.2009 bola pripísaná na účet č. XXXXXXXXX/XXXX suma vo výške 100,- Eur v exekučnom konaní pod číslom 516/08 vo veci oprávneného Slovak Telekom, a.s., IČO: 35763469 a povinného E. E., nar. XX.X.XXXX, pričom išlo o trovy konania exekútora, čím spôsobil exekútorovi JUDr. Ľubomír Pekár škodu vo výške 100,- Eur, - dňa 19.10.2009 zadal na prevod a dňa 20.10.2009 bola pripísaná na účet č. XXXXXXXXXX/XXXX suma vo výške 59,66 Eur v exekučnom konaní pod číslom 406/08 vo veci oprávneného Slovak Telekom, a.s., IČO: 35763469 a povinného B. J., nar. XX.X.XXXX, pričom išlo o trovy konania exekútora, čím spôsobil exekútorovi JUDr. Ľubomír Pekár škodu vo výške 59,66 Eur, - dňa 28.10.2009 zadal na prevod a dňa 29.10.2009 bola pripísaná na účet č. XXXXXXXXXX/XXXX suma vo výške 135,16 Eur v exekučnom konaní pod číslom XXXX/XX vo veci oprávneného Slovak</w:t>
      </w:r>
    </w:p>
    <w:p>
      <w:r>
        <w:t>Telekom, a.s., IČO: 35763469 a povinného K. G., nar. XX.X.XXXX, IČO: 40875458, pričom išlo o trovy konania exekútora, čím spôsobil exekútorovi JUDr. Ľubomír Pekár škodu vo výške 135,16 Eur, - dňa 2.11.2009 zadal na prevod a dňa 3.11.2009 bola pripísaná na účet č. E. suma vo výške 179,24 Eur v exekučnom konaní pod číslom 516/08 vo veci oprávneného Slovak Telekom, a.s., IČO: 35763469 a povinného D. J., nar. XX.XX.XXXX, pričom išlo o trovy konania exekútora, čím spôsobil exekútorovi JUDr. Ľubomír Pekár škodu vo výške 179,24 Eur, - dňa 2.11.2009 zadal na prevod a dňa 3.11.2009 bola pripísaná na účet č. XXXXXXXXXX/XXXX suma vo výške 119,34 Eur v exekučnom konaní pod číslom 4056/08 vo veci oprávneného Slovak Telekom, a.s., IČO: 35763469 a povinného B. B., nar. XX.X.XXXX, pričom išlo o trovy konania exekútora, čím spôsobil exekútorovi JUDr. Ľubomír Pekár škodu vo výške 119,34 Eur, - dňa 16.11.2009 zadal na prevod a dňa 18.11.2009 bola pripísaná na účet č. E. suma vo výške 100,- Eur v exekučnom konaní pod číslom XXXX/XX vo veci oprávneného Slovak Telekom, a.s., IČO: 35763469 a povinného K. Q. G., nar. X.X.XXXX, pričom išlo o trovy konania exekútora, čím spôsobil exekútorovi JUDr. Ľubomír Pekár škodu vo výške 100,- Eur, - dňa 1.12.2009 zadal na prevod a dňa 2.12.2009 bola pripísaná na účet č. XXXXXXXXXX/XXXX suma vo výške 170,39 Eur v exekučnom konaní pod číslom 1365/06 vo veci oprávneného Slovak Telekom, a.s., IČO: 35763469 a povinného R. U., nar. XX.XX.XXXX, pričom išlo o trovy konania exekútora, čím spôsobil exekútorovi JUDr. Ľubomír Pekár škodu vo výške 170,39 Eur, - dňa 1.12.2009 zadal na prevod a dňa 2.12.2009 bola pripísaná na účet č. XXXXXXXXXX/XXXX suma vo výške 48,37 Eur v exekučnom konaní pod číslom 870/07 vo veci oprávneného Slovak Telekom, a.s., IČO: 35763469 a povinného A. B., nar. X.X.XXXX, IČO: 33486841, pričom išlo o trovy konania exekútora, čím spôsobil exekútorovi JUDr. Ľubomír Pekár škodu vo výške 48,37 Eur, - dňa 10.12.2009 zadal na prevod a dňa 11.12.2009 bola pripísaná na účet č. XXXXXXXXX/XXXX suma vo výške 126,18 Eur v exekučnom konaní pod číslom 8723/07 vo veci oprávneného Slovak Telekom, a.s., IČO: 35763469 a povinného B. O., nar. XX.XX.XXXX, pričom išlo o trovy konania exekútora, čím spôsobil exekútorovi JUDr. Ľubomír Pekár škodu vo výške 126,18 Eur, - dňa 15.12.2009 zadal na prevod a dňa 16.12.2009 bola pripísaná na účet č. XXXXXXXXXX/XXXX suma vo výške 80,95 Eur v exekučnom konaní pod číslom 5526/08 vo veci oprávneného Slovak Telekom, a.s., IČO: 35763469 a povinného K. J., nar. X.X.XXXX, pričom išlo o trovy konania exekútora, čím spôsobil exekútorovi JUDr. Ľubomír Pekár škodu vo výške 80,95 Eur, - dňa 15.12.2009 zadal na prevod a dňa 16.12.2009 bola pripísaná na účet č. E. suma vo výške 70,12 Eur v exekučnom konaní pod číslom 8590/07 vo veci oprávneného Slovak Telekom, a.s., IČO: 35763469 a povinného B. G., nar. XX.X.XXXX, pričom išlo o trovy konania exekútora, čím spôsobil exekútorovi JUDr. Ľubomír Pekár škodu vo výške 70,12 Eur, - dňa 18.12.2009 zadal na prevod a dňa 21.12.2009 bola pripísaná na účet č. E. suma vo výške 124,39 Eur v exekučnom konaní pod číslom 3439/06 vo veci oprávneného Slovak Telekom, a.s., IČO: 35763469 a povinného B. O., nar. XX.X.XXXX, IČO: 32778724, pričom išlo o trovy konania exekútora, čím spôsobil exekútorovi JUDr. Ľubomír Pekár škodu vo výške 124,39 Eur, - dňa 18.12.2009 zadal na prevod a dňa 21.12.2009 bola pripísaná na účet č. XXXXXXXXXX/XXXX suma vo výške 100,50 Eur v exekučnom konaní pod číslom 2789/08 vo veci oprávneného Slovak Telekom, a.s., IČO: 35763469 a povinného A. J., nar. XX.X.XXXX, pričom išlo o trovy konania exekútora, čím spôsobil exekútorovi JUDr. Ľubomír Pekár škodu vo výške 100,50 Eur, - dňa 18.1.2010 zadal na prevod a dňa 19.1.2010 bola pripísaná na účet č. XXXXXXXXXX/XXXX suma vo výške 153,62 Eur v exekučnom konaní pod číslom 1512/07 vo veci oprávneného Slovak Telekom, a.s., IČO: 35763469 a povinného O. D., nar. XX.X.XXXX, pričom išlo o trovy konania exekútora, čím spôsobil exekútorovi JUDr. Ľubomír Pekár škodu vo výške 153,62 Eur, - dňa 18.1.2010 zadal na prevod a dňa 19.1.2010 bola pripísaná na účet č. E. suma vo výške 100,Eur v exekučnom konaní pod číslom 374/08 vo veci oprávneného Slovak Telekom, a.s., IČO: 35763469 a povinného A. G., nar. XX.XX.XXXX, pričom išlo o trovy konania exekútora, čím spôsobil exekútorovi JUDr. Ľubomír Pekár škodu vo výške 100,- Eur, - dňa 20.1.2010 zadal na prevod a dňa 21.1.2010 bola pripísaná na účet č. XXXXXXXXXX/XXXX suma vo výške 123,06 Eur v exekučnom konaní pod číslom 2664/06 vo veci oprávneného Slovak Telekom, a.s., IČO: 35763469 a povinného O. Q. , nar. X.X.XXXX, pričom išlo o trovy konania exekútora, čím spôsobil exekútorovi JUDr. Ľubomír Pekár škodu vo výške 123,06 Eur, - dňa 29.1.2010 zadal na prevod a dňa 1.2.2010 bola pripísaná na účet č. XXXXXXXXXX/XXXX suma vo výške 100,- Eur v exekučnom konaní pod číslom 3676/05 vo veci oprávneného Slovak Telekom, a.s., IČO: 35763469 a povinného W. O., nar. X.X.XXXX, pričom išlo o trovy konania exekútora, čím spôsobil exekútorovi JUDr. Ľubomír Pekár škodu vo výške 100,- Eur,</w:t>
      </w:r>
    </w:p>
    <w:p>
      <w:r>
        <w:t>- dňa 4.2.2010 zadal na prevod a dňa 5.2.2010 bola pripísaná na účet č. XXXXXXXXXX/XXXX suma vo výške 160,76 Eur v exekučnom konaní pod číslom 289/09 vo veci oprávneného Slovak Telekom, a.s., IČO: 35763469 a povinného J. B., nar. XX.X.XXXX, pričom išlo o trovy konania exekútora, čím spôsobil exekútorovi JUDr. Ľubomír Pekár škodu vo výške 160,76 Eur, - dňa 5.2.2010 zadal na prevod a dňa 8.2.2010 bola pripísaná na účet č. E. suma vo výške 204,80 Eur v exekučnom konaní pod číslom XXXX/XX vo veci oprávneného Slovak Telekom, a.s., IČO: 35763469 a povinného A. R., nar. XX.XX.XXXX, pričom išlo o trovy konania exekútora, čím spôsobil exekútorovi JUDr. Ľubomír Pekár škodu vo výške 204,80 Eur, - dňa 12.2.2010 zadal na prevod a dňa 15.2.2010 bola pripísaná na účet č. XXXXXXXXXX/XXXX suma vo výške 71,22 Eur v exekučnom konaní pod číslom 3073/06 vo veci oprávneného Slovak Telekom, a.s., IČO: 35763469 a povinného I. H., nar. XX.X.XXXX, IČO: 35230339, pričom išlo o trovy konania exekútora, čím spôsobil exekútorovi JUDr. Ľubomír Pekár škodu vo výške 71,22 Eur, - dňa 17.2.2010 zadal na prevod a dňa 18.2.2010 bola pripísaná na účet č. E. suma vo výške 331,94 Eur v exekučnom konaní pod číslom XXXX/XX vo veci oprávneného Slovak Telekom, a.s., IČO: 35763469 a povinného K. R., nar. XX.X.XXXX, pričom išlo o trovy konania exekútora, čím spôsobil exekútorovi JUDr. Ľubomír Pekár škodu vo výške 331,94 Eur, - dňa 19.2.2010 zadal na prevod a dňa 22.2.2010 bola pripísaná na účet č. XXXXXXXXXX/XXXX suma vo výške 144,- Eur v exekučnom konaní pod číslom XXXX/XX vo veci oprávneného Slovak Telekom, a.s., IČO: 35763469 a povinného N. B. B., nar. X.XX.XXXX, IČO: 41484525, pričom išlo o trovy konania exekútora, čím spôsobil exekútorovi JUDr. Ľubomír Pekár škodu vo výške 331,94 Eur, - dňa 9.3.2010 zadal na prevod a dňa 10.3.2010 bola pripísaná na účet č. XXXXXXXXXX/XXXX suma vo výške 152,32 Eur v exekučnom konaní pod číslom 167/07 vo veci oprávneného Slovak Telekom, a.s., IČO: 35763469 a povinného R. T., nar. XX.X.XXXX, pričom išlo o trovy konania exekútora, čím spôsobil exekútorovi JUDr. Ľubomír Pekár škodu vo výške 152,32 Eur, - dňa 9.3.2010 zadal na prevod a dňa 10.3.2010 bola pripísaná na účet č. E. suma vo výške 118,78 Eur v exekučnom konaní pod číslom XXXX/XX vo veci oprávneného Slovak Telekom, a.s., IČO: 35763469 a povinného H. G., nar. XX.X.XXXX, pričom išlo o trovy konania exekútora, čím spôsobil exekútorovi JUDr. Ľubomír Pekár škodu vo výške 118,78 Eur, - dňa 16.3.2010 zadal na prevod a dňa 17.3.2010 bola pripísaná na účet č. XXXXXXXXXX/XXXX suma vo výške 102,15 Eur v exekučnom konaní pod číslom 2912/09 vo veci oprávneného Slovak Telekom, a.s., IČO: 35763469 a povinného Q. G. , nar. XX.XX.XXXX, pričom išlo o trovy konania exekútora, čím spôsobil exekútorovi JUDr. Ľubomír Pekár škodu vo výške 102,15 Eur, - dňa 16.3.2010 zadal na prevod a dňa 17.3.2010 bola pripísaná na účet č. XXXXXXXXX/XXXX suma vo výške 146,08 Eur v exekučnom konaní pod číslom 4559/09 vo veci oprávneného Slovak Telekom, a.s., IČO: 35763469 a povinného A. G., nar. XX.XX.XXXX, pričom išlo o trovy konania exekútora, čím spôsobil exekútorovi JUDr. Ľubomír Pekár škodu vo výške 146,08 Eur, - dňa 17.3.2010 zadal na prevod a dňa 18.3.2010 bola pripísaná na účet č. E. suma vo výške 120,12 Eur v exekučnom konaní pod číslom 6976/07 vo veci oprávneného Slovak Telekom, a.s., IČO: 35763469 a povinného B. C., nar. XX.X.XXXX, pričom išlo o trovy konania exekútora, čím spôsobil exekútorovi JUDr. Ľubomír Pekár škodu vo výške 120,12 Eur, - dňa 22.3.2010 zadal na prevod a dňa 23.3.2010 bola pripísaná na účet č. XXXXXXXXXX/XXXX suma vo výške 56,04 Eur v exekučnom konaní pod číslom 3842/06 vo veci oprávneného Slovak Telekom, a.s., IČO: 35763469 a povinného W. C., nar. XX.X.XXXX, pričom išlo o trovy konania exekútora, čím spôsobil exekútorovi JUDr. Ľubomír Pekár škodu vo výške 56,04 Eur, - dňa 26.3.2010 zadal na prevod a dňa 29.3.2010 bola pripísaná na účet č. XXXXXXXXXX/XXXX suma vo výške 33,24 Eur v exekučnom konaní pod číslom 3073/06 vo veci oprávneného Slovak Telekom, a.s., IČO: 35763469 a povinného I. H., nar. XX.X.XXXX, IČO: 35230339, pričom išlo o trovy konania exekútora, čím spôsobil exekútorovi JUDr. Ľubomír Pekár škodu vo výške 33,24 Eur, - dňa 31.3.2010 zadal na prevod a dňa 1.4.2010 bola pripísaná na účet č. XXXXXXXXXX/XXXX suma vo výške 61,16 Eur v exekučnom konaní pod číslom 167/07 vo veci oprávneného Slovak Telekom, a.s., IČO: 35763469 a povinného R. T., nar. XX.X.XXXX, pričom išlo o trovy konania exekútora, čím spôsobil exekútorovi JUDr. Ľubomír Pekár škodu vo výške 61,16 Eur, - dňa 12.4.2010 zadal na prevod a dňa 13.4.2010 bola pripísaná na účet č. XXXXXXXXXX/XXXX suma vo výške 79,- Eur v exekučnom konaní pod číslom 4116/06 vo veci oprávneného Slovak Telekom, a.s., IČO: 35763469 a povinného B. J., nar. X.X.XXXX, pričom išlo o trovy konania exekútora, čím spôsobil exekútorovi JUDr. Ľubomír Pekár škodu vo výške 79,- Eur, - dňa 14.4.2010 zadal na prevod a dňa 15.4.2010 bola pripísaná na účet č. XXXXXXXXXX/XXXX suma vo výške 176,95 Eur v exekučnom konaní pod číslom XXXX/XX vo veci oprávneného Slovak Telekom,</w:t>
      </w:r>
    </w:p>
    <w:p>
      <w:r>
        <w:t>a.s., IČO: 35763469 a povinného A. F., nar. X.XX.XXXX, pričom išlo o trovy konania exekútora, čím spôsobil exekútorovi JUDr. Ľubomír Pekár škodu vo výške 176,95 Eur, - dňa 20.4.2010 zadal na prevod a dňa 21.4.2010 bola pripísaná na účet č. E. suma vo výške 119,60 Eur v exekučnom konaní pod číslom 5561/08 vo veci oprávneného Slovak Telekom, a.s., IČO: 35763469 a povinného W. R., nar. X.X.XXXX, pričom išlo o trovy konania exekútora, čím spôsobil exekútorovi JUDr. Ľubomír Pekár škodu vo výške 119,60 Eur, - dňa 21.4.2010 zadal na prevod a dňa 22.4.2010 bola pripísaná na účet č. XXXXXXXXXX/XXXX suma vo výške 111,36 Eur v exekučnom konaní pod číslom 2954/09 vo veci oprávneného Slovak Telekom, a.s., IČO: 35763469 a povinného J. T., nar. X.XX.XXXX, pričom išlo o trovy konania exekútora, čím spôsobil exekútorovi JUDr. Ľubomír Pekár škodu vo výške 111,36 Eur, - dňa 21.4.2010 zadal na prevod a dňa 22.4.2010 bola pripísaná na účet č. XXXXXXXXXX/XXXX suma vo výške 99,75 Eur v exekučnom konaní pod číslom 4571/09 vo veci oprávneného Slovak Telekom, a.s., IČO: 35763469 a povinného P. M., nar. X.XX.XXXX, pričom išlo o trovy konania exekútora, čím spôsobil exekútorovi JUDr. Ľubomír Pekár škodu vo výške 99,75 Eur, - dňa 22.4.2010 zadal na prevod a dňa 23.4.2010 bola pripísaná na účet č. XXXXXXXXX/XXXX suma vo výške 130,21 Eur v exekučnom konaní pod číslom 5490/07 vo veci oprávneného Slovak Telekom, a.s., IČO: 35763469 a povinného P. H. O., nar. XX.X.XXXX- STA PROGRAM, IČO: 14051036, pričom išlo o trovy konania exekútora, čím spôsobil exekútorovi JUDr. Ľubomír Pekár škodu vo výške 130,21 Eur, - dňa 29.4.2010 zadal na prevod a dňa 30.4.2010 bola pripísaná na účet č. E. suma vo výške 257,43 Eur v exekučnom konaní pod číslom 1104/08 vo veci oprávneného Slovak Telekom, a.s., IČO: 35763469 a povinného G. S., nar. XX.X.XXXX, pričom išlo o trovy konania exekútora, čím spôsobil exekútorovi JUDr. Ľubomír Pekár škodu vo výške 257,43 Eur, - dňa 7.5.2010 zadal na prevod a dňa 10.5.2010 bola pripísaná na účet č. XXXXXXXXXX/XXXX suma vo výške 232,33 Eur v exekučnom konaní pod číslom 7881/07 vo veci oprávneného Slovak Telekom, a.s., IČO: 35763469 a povinného J. G., nar. X.X.XXXX, pričom išlo o trovy konania exekútora, čím spôsobil exekútorovi JUDr. Ľubomír Pekár škodu vo výške 232,33 Eur, - dňa 7.5.2010 zadal na prevod a dňa 10.5.2010 bola pripísaná na účet č. XXXXXXXXXX/XXXX suma vo výške 86,94 Eur v exekučnom konaní pod číslom 1270/08 vo veci oprávneného Slovak Telekom, a.s., IČO: 35763469 a povinného A. S., nar. XX.X.XXXX, pričom išlo o trovy konania exekútora, čím spôsobil exekútorovi JUDr. Ľubomír Pekár škodu vo výške 86,94 Eur, - dňa 13.5.2010 zadal na prevod a dňa 14.5.2010 bola pripísaná na účet č. E. suma vo výške 87,54 Eur v exekučnom konaní pod číslom 1619/09 vo veci oprávneného Slovak Telekom, a.s., IČO: 35763469 a povinného S. G., nar. XX.X.XXXX, pričom išlo o preplatok povinného v exekučnom konaní, čím spôsobil exekútorovi JUDr. Ľubomír Pekár škodu vo výške 87,54 Eur, - dňa 13.5.2010 zadal na prevod a dňa 14.5.2010 bola pripísaná na účet č. E. suma vo výške 160,94 Eur v exekučnom konaní pod číslom 4970/08 vo veci oprávneného Slovak Telekom, a.s., IČO: 35763469 a povinného A. U., nar. X.X.XXXX, pričom išlo o trovy konania exekútora, čím spôsobil exekútorovi JUDr. Ľubomír Pekár škodu vo výške 160,94 Eur, - dňa 20.5.2010 zadal na prevod a dňa 21.5.2010 bola pripísaná na účet č. E. suma vo výške 845,- Eur v exekučnom konaní pod číslom 3439/06 vo veci oprávneného Slovak Telekom, a.s., IČO: 35763469 a povinného B. O., nar. XX.X.XXXX, IČO: 32778724, pričom išlo o preplatok povinného v exekučnom konaní, čím spôsobil exekútorovi JUDr. Ľubomír Pekár škodu vo výške 845,- Eur, - dňa 20.5.2010 zadal na prevod a dňa 21.5.2010 bola pripísaná na účet č. XXXXXXXXXX/XXXX suma vo výške 117,60 Eur v exekučnom konaní pod číslom 7983/07 vo veci oprávneného Slovak Telekom, a.s., IČO: 35763469 a povinného R. E., nar. XX.XX.XXXX, pričom išlo o trovy konania exekútora, čím spôsobil exekútorovi JUDr. Ľubomír Pekár škodu vo výške 117,60 Eur, - dňa 4.6.2010 zadal na prevod a dňa 7.6.2010 bola pripísaná na účet č. E. suma vo výške 433,30 Eur v exekučnom konaní pod číslom 4917/06 vo veci oprávneného Slovak Telekom, a.s., IČO: 35763469 a povinného B. E., nar. XX.X.XXXX, pričom išlo o trovy konania exekútora, čím spôsobil exekútorovi JUDr. Ľubomír Pekár škodu vo výške 433,30 Eur, - dňa 10.6.2010 zadal na prevod a dňa 11.6.2010 bola pripísaná na účet č. XXXXXXXXXX/XXXX suma vo výške 200,- Eur v exekučnom konaní pod číslom 3897/06 vo veci oprávneného Slovak Telekom, a.s., IČO: 35763469 a povinného G. K., nar. XX.X.XXXX, pričom išlo o trovy konania exekútora, čím spôsobil exekútorovi JUDr. Ľubomír Pekár škodu vo výške 200,- Eur, - dňa 14.6.2010 zadal na prevod a dňa 15.6.2010 bola pripísaná na účet č. SK10750000004011163460 suma vo výške 126,50 Eur v exekučnom konaní pod číslom 7953/07 vo veci oprávneného Slovak Telekom, a.s., IČO: 35763469 a povinného A. I., nar. XX.X.XXXX, pričom išlo o preplatok povinného v exekučnom konaní, čím spôsobil exekútorovi JUDr. Ľubomír Pekár škodu vo výške 126,50 Eur,</w:t>
      </w:r>
    </w:p>
    <w:p>
      <w:r>
        <w:t>- dňa 16.6.2010 zadal na prevod a dňa 17.6.2010 bola pripísaná na účet č. E. suma vo výške 123,53 Eur v exekučnom konaní pod číslom 2687/06 vo veci oprávneného Slovak Telekom, a.s., IČO: 35763469 a povinného B. B., nar. XX.XX.XXXX, pričom išlo o trovy konania exekútora, čím spôsobil exekútorovi JUDr. Ľubomír Pekár škodu vo výške 123,53 Eur, - dňa 1.7.2010 zadal na prevod a dňa 2.7.2010 bola pripísaná na účet č. E. suma vo výške 186,74 Eur v exekučnom konaní pod číslom 4979/08 vo veci oprávneného Slovak Telekom, a.s., IČO: 35763469 a povinného T. T., nar. XX.X.XXXX, pričom išlo o trovy konania exekútora, čím spôsobil exekútorovi JUDr. Ľubomír Pekár škodu vo výške 186,74 Eur, - dňa 28.7.2010 zadal na prevod a dňa 29.7.2010 bola pripísaná na účet č. XXXXXXXXXX/XXXX suma vo výške 156,09 Eur v exekučnom konaní pod číslom 1629/09 vo veci oprávneného Slovak Telekom, a.s., IČO: 35763469 a povinného A. J., nar. XX.X.XXXX, pričom išlo o trovy konania exekútora, čím spôsobil exekútorovi JUDr. Ľubomír Pekár škodu vo výške 156,09 Eur, - dňa 28.7.2010 zadal na prevod a dňa 29.7.2010 bola pripísaná na účet č. XXXXXXXXXX/XXXX suma vo výške 28,59 Eur v exekučnom konaní pod číslom 1619/09 vo veci oprávneného Slovak Telekom, a.s., IČO: 35763469 a povinného S. G., nar. XX.X.XXXX, pričom išlo o trovy konania exekútora, čím spôsobil exekútorovi JUDr. Ľubomír Pekár škodu vo výške 28,59 Eur, - dňa 5.8.2010 zadal na prevod a dňa 6.8.2010 bola pripísaná na účet č. XXXXXXXXXX/XXXX suma vo výške 123,97 Eur v exekučnom konaní pod číslom 3929/06 vo veci oprávneného Slovak Telekom, a.s., IČO: 35763469 a povinného D. G., nar. XX.X.XXXX, pričom išlo o trovy konania exekútora, čím spôsobil exekútorovi JUDr. Ľubomír Pekár škodu vo výške 123,97 Eur, - dňa 9.8.2010 zadal na prevod a dňa 10.8.2010 bola pripísaná na účet č. E. suma vo výške 176,54 Eur v exekučnom konaní pod číslom 4418/08 vo veci oprávneného Slovak Telekom, a.s., IČO: 35763469 a povinného K. U., nar. XX.X.XXXX, pričom išlo o trovy konania exekútora, čím spôsobil exekútorovi JUDr. Ľubomír Pekár škodu vo výške 176,54 Eur, - dňa 12.8.2010 zadal na prevod a dňa 13.8.2010 bola pripísaná na účet č. E. suma vo výške 213,55 Eur v exekučnom konaní pod číslom 8635/07 vo veci oprávneného Slovak Telekom, a.s., IČO: 35763469 a povinného F. B., nar. XX.X.XXXX, pričom išlo o preplatok povinného v exekučnom konaní, čím spôsobil exekútorovi JUDr. Ľubomír Pekár škodu vo výške 213,55 Eur, - dňa 16.8.2010 zadal na prevod a dňa 17.8.2010 bola pripísaná na účet č. XXXXXXXXXX/XXXX suma vo výške 187,14 Eur v exekučnom konaní pod číslom 2129/05 vo veci oprávneného Slovak Telekom, a.s., IČO: 35763469 a povinného K. K., nar. XX.X.XXXX, pričom išlo o trovy konania exekútora, čím spôsobil exekútorovi JUDr. Ľubomír Pekár škodu vo výške 187,14 Eur, - dňa 16.8.2010 zadal na prevod a dňa 17.8.2010 bola pripísaná na účet č. XXXXXXXXXX/XXXX suma vo výške 149,35 Eur v exekučnom konaní pod číslom 4092/09 vo veci oprávneného Slovak Telekom, a.s., IČO: 35763469 a povinného P. T., nar. XX.X.XXXX, pričom išlo o trovy konania exekútora, čím spôsobil exekútorovi JUDr. Ľubomír Pekár škodu vo výške 149,35 Eur, - dňa 24.8.2010 zadal na prevod a dňa 25.8.2010 bola pripísaná na účet č. SK10750000004011163460 suma vo výške 149,21 Eur v exekučnom konaní pod číslom 4783/07 vo veci oprávneného Slovak Telekom, a.s., IČO: 35763469 a povinného P. G., nar. XX.X.XXXX, pričom išlo o preplatok povinného v exekučnom konaní, čím spôsobil exekútorovi JUDr. Ľubomír Pekár škodu vo výške 149,21 Eur, - dňa 6.9.2010 zadal na prevod a dňa 7.9.2010 bola pripísaná na účet č. XXXXXXXXXX/XXXX suma vo výške 101,79 Eur v exekučnom konaní pod číslom 2825/08 vo veci oprávneného Slovak Telekom, a.s., IČO: 35763469 a povinného W. T., nar. XX.X.XXXX, pričom išlo o trovy konania exekútora, čím spôsobil exekútorovi JUDr. Ľubomír Pekár škodu vo výške 101,79 Eur, - dňa 8.9.2010 zadal na prevod a dňa 9.9.2010 bola pripísaná na účet č. XXXXXXXXXX/XXXX suma vo výške 107,41 Eur v exekučnom konaní pod číslom 421/09 vo veci oprávneného Slovak Telekom, a.s., IČO: 35763469 a povinného F. K., nar. X.XX.XXXX, pričom išlo o trovy konania exekútora, čím spôsobil exekútorovi JUDr. Ľubomír Pekár škodu vo výške 107,41 Eur, - dňa 9.9.2010 zadal na prevod a dňa 10.9.2010 bola pripísaná na účet č. XXXXXXXXXX/XXXX suma vo výške 105,89 Eur v exekučnom konaní pod číslom 1002/08 vo veci oprávneného Slovak Telekom, a.s., IČO: 35763469 a povinného K. G., nar. XX.X.XXXX, pričom išlo o trovy konania exekútora, čím spôsobil exekútorovi JUDr. Ľubomír Pekár škodu vo výške 105,89 Eur, - dňa 14.9.2010 zadal na prevod a dňa 16.9.2010 bola pripísaná na účet č. E. suma vo výške 124,77 Eur v exekučnom konaní pod číslom 2108/05 vo veci oprávneného Slovak Telekom, a.s., IČO: 35763469 a povinného J. T., nar. X.XX.XXXX, pričom išlo o preplatok povinného v exekučnom konaní, čím spôsobil exekútorovi JUDr. Ľubomír Pekár škodu vo výške 124,77 Eur, - dňa 20.9.2010 zadal na prevod a dňa 21.9.2010 bola pripísaná na účet č. SK10750000004011163460 suma vo výške 135,31 Eur v exekučnom konaní pod číslom 4640/09 vo veci oprávneného Slovak</w:t>
      </w:r>
    </w:p>
    <w:p>
      <w:r>
        <w:t>Telekom, a.s., IČO: 35763469 a povinného B. D., nar. XX.X.XXXX, pričom išlo o preplatok povinného v exekučnom konaní, čím spôsobil exekútorovi JUDr. Ľubomír Pekár škodu vo výške 135,31 Eur, - dňa 20.9.2010 zadal na prevod a dňa 21.9.2010 bola pripísaná na účet č. E. suma vo výške 121,- Eur v exekučnom konaní pod číslom 1617/09 vo veci oprávneného Slovak Telekom, a.s., IČO: 35763469 a povinného Q. G., nar. XX.X.XXXX, pričom išlo o trovy konania exekútora, čím spôsobil exekútorovi JUDr. Ľubomír Pekár škodu vo výške 121,- Eur, - dňa 20.9.2010 zadal na prevod a dňa 21.9.2010 bola pripísaná na účet č. XXXXXXXXXX/XXXX suma vo výške 124,01 Eur v exekučnom konaní pod číslom 4997/09 vo veci oprávneného Slovak Telekom, a.s., IČO: 35763469 a povinného A. P., nar. X.XX.XXXX - "J&amp;J ZÁHRADA", IČO: 40624846, pričom išlo o trovy konania exekútora, čím spôsobil exekútorovi JUDr. Ľubomír Pekár škodu vo výške 124,01 Eur, - dňa 22.9.2010 zadal na prevod a dňa 23.9.2010 bola pripísaná na účet č. XXXXXXXXX/XXXX suma vo výške 840,89 Eur v exekučnom konaní pod číslom 416/08 vo veci oprávneného Slovak Telekom, a.s., IČO: 35763469 a povinného H. T., nar. XX.XX.XXXX, pričom išlo o trovy konania exekútora, čím spôsobil exekútorovi JUDr. Ľubomír Pekár škodu vo výške 840,89 Eur, - dňa 27.9.2010 zadal na prevod a dňa 28.9.2010 bola pripísaná na účet č. XXXXXXXXXX/XXXX suma vo výške 31,43 Eur v exekučnom konaní pod číslom XXXX/XX vo veci oprávneného Slovak Telekom, a.s., IČO: 35763469 a povinného K. K., nar. XX.X.XXXX, pričom išlo o trovy konania exekútora, čím spôsobil exekútorovi JUDr. Ľubomír Pekár škodu vo výške 31,43 Eur, - dňa 27.9.2010 zadal na prevod a dňa 28.9.2010 bola pripísaná na účet č. XXXXXXXXXX/XXXX suma vo výške 33,89 Eur v exekučnom konaní pod číslom 4092/09 vo veci oprávneného Slovak Telekom, a.s., IČO: 35763469 a povinného P. T., nar. XX.X.XXXX, pričom išlo o trovy konania exekútora, čím spôsobil exekútorovi JUDr. Ľubomír Pekár škodu vo výške 33,89 Eur, - dňa 12.10.2010 zadal na prevod a dňa 13.10.2010 bola pripísaná na účet č. E. suma vo výške 203,65 Eur v exekučnom konaní pod číslom 2180/08 vo veci oprávneného Slovak Telekom, a.s., IČO: 35763469 a povinného M. T., nar. X.XX.XXXX, pričom išlo o preplatok povinného v exekučnom konaní, čím spôsobil exekútorovi JUDr. Ľubomír Pekár škodu vo výške 203,65 Eur, - dňa 12.10.2010 zadal na prevod a dňa 13.10.2010 bola pripísaná na účet č. XXXXXXXXXX/XXXX suma vo výške 109,40 Eur v exekučnom konaní pod číslom 429/08 vo veci oprávneného Slovak Telekom, a.s., IČO: 35763469 a povinného K. T., nar. X.XX.XXXX, pričom išlo o trovy konania exekútora, čím spôsobil exekútorovi JUDr. Ľubomír Pekár škodu vo výške 109,40 Eur, - dňa 13.10.2010 zadal na prevod a dňa 14.10.2010 bola pripísaná na účet č. XXXXXXXXXX/XXXX suma vo výške 122,61 Eur v exekučnom konaní pod číslom 3745/06 vo veci oprávneného Slovak Telekom, a.s., IČO: 35763469 a povinného K. O., štátny občan SR, nar. XX.X.XXXX, pričom išlo o trovy konania exekútora, čím spôsobil exekútorovi JUDr. Ľubomír Pekár škodu vo výške 122,61 Eur, - dňa 15.10.2010 zadal na prevod a dňa 18.10.2010 bola pripísaná na účet č. E. suma vo výške 123,41 Eur v exekučnom konaní pod číslom 1049/08 vo veci oprávneného Slovak Telekom, a.s., IČO: 35763469 a povinného A. X., nar. XX.X.XXXX, pričom išlo o trovy konania exekútora, čím spôsobil exekútorovi JUDr. Ľubomír Pekár škodu vo výške 123,41 Eur, - dňa 18.10.2010 zadal na prevod a dňa 19.10.2010 bola pripísaná na účet č. XXXXXXXXXX/XXXX suma vo výške 98,74 Eur v exekučnom konaní pod číslom 1118/08 vo veci oprávneného Slovak Telekom, a.s., IČO: 35763469 a povinného A. F., nar. XX.XX.XXXX, pričom išlo o trovy konania exekútora, čím spôsobil exekútorovi JUDr. Ľubomír Pekár škodu vo výške 98,74 Eur, - dňa 19.10.2010 zadal na prevod a dňa 20.10.2010 bola pripísaná na účet č. E. suma vo výške 359,98 Eur v exekučnom konaní pod číslom 3542/06 vo veci oprávneného Slovak Telekom, a.s., IČO: 35763469 a povinného Q. A., štátny občan SR, nar. XX.X.XXXX, pričom išlo o preplatok povinného v exekučnom konaní, čím spôsobil exekútorovi JUDr. Ľubomír Pekár škodu vo výške 359,98 Eur, - dňa 19.10.2010 zadal na prevod a dňa 20.10.2010 bola pripísaná na účet č. XXXXXXXXX/XXXX suma vo výške 121,88 Eur v exekučnom konaní pod číslom 6485/09 vo veci oprávneného Slovak Telekom, a.s., IČO: 35763469 a povinného W. E. , nar. XX.X.XXXX, pričom išlo o trovy konania exekútora, čím spôsobil exekútorovi JUDr. Ľubomír Pekár škodu vo výške 121,88 Eur, - dňa 27.10.2010 zadal na prevod a dňa 28.10.2010 bola pripísaná na účet č. XXXXXXXXXX/XXXX suma vo výške 85,81 Eur v exekučnom konaní pod číslom 6454/09 vo veci oprávneného Slovak Telekom, a.s., IČO: 35763469 a povinného H. T., nar. X.X.XXXX, pričom išlo o trovy konania exekútora, čím spôsobil exekútorovi JUDr. Ľubomír Pekár škodu vo výške 85,81 Eur, - dňa 28.10.2010 zadal na prevod a dňa 29.10.2010 bola pripísaná na účet č. E. suma vo výške 123,80 Eur v exekučnom konaní pod číslom 7883/07 vo veci oprávneného Slovak Telekom, a.s., IČO: 35763469 a povinného Y. G., nar. XX.XX.XXXX, pričom išlo o trovy konania exekútora, čím spôsobil exekútorovi JUDr. Ľubomír Pekár škodu vo výške 123,80 Eur,</w:t>
      </w:r>
    </w:p>
    <w:p>
      <w:r>
        <w:t>- dňa 05.11.2010 zadal na prevod a dňa 08.11.2010 bola pripísaná na účet č. XXXXXXXXXX/XXXX suma vo výške 69,13 Eur v exekučnom konaní pod číslom 6286/09 vo veci oprávneného Slovak Telekom, a.s., IČO: 35763469 a povinného A. B., nar. XX.X.XXXX, pričom išlo o trovy konania exekútora, čím spôsobil exekútorovi JUDr. Ľubomír Pekár škodu vo výške 69,13 Eur, - dňa 12.11.2010 zadal na prevod a dňa 15.11.2010 bola pripísaná na účet č. XXXXXXXXXX/XXXX suma vo výške 27,55 Eur v exekučnom konaní pod číslom 4952/08 vo veci oprávneného Slovak Telekom, a.s., IČO: 35763469 a povinného G. G., nar. XX.X.XXXX, pričom išlo o trovy konania exekútora, čím spôsobil exekútorovi JUDr. Ľubomír Pekár škodu vo výške 27,55 Eur, - dňa 12.11.2010 zadal na prevod a dňa 15.11.2010 bola pripísaná na účet č. E. suma vo výške 118,64 Eur v exekučnom konaní pod číslom 210/05 vo veci oprávneného Slovak Telekom, a.s., IČO: 35763469 a povinného G. O., nar. XX.X.XXXX, pričom išlo o trovy konania exekútora, čím spôsobil exekútorovi JUDr. Ľubomír Pekár škodu vo výške 118,64 Eur, - dňa 16.11.2010 zadal na prevod a dňa 18.11.2010 bola pripísaná na účet č. E. suma vo výške 98,87 Eur v exekučnom konaní pod číslom 2779/08 vo veci oprávneného Slovak Telekom, a.s., IČO: 35763469 a povinného Q. C., nar. XX.X.XXXX, pričom išlo o trovy konania exekútora, čím spôsobil exekútorovi JUDr. Ľubomír Pekár škodu vo výške 98,87 Eur, - dňa 16.11.2010 zadal na prevod a dňa 18.11.2010 bola pripísaná na účet č. XXXXXXXXXX/XXXX suma vo výške 130,66 Eur v exekučnom konaní pod číslom 5039/09 vo veci oprávneného Slovak Telekom, a.s., IČO: 35763469 a povinného Q. E., nar. XX.XX.XXXX, pričom išlo o trovy konania exekútora, čím spôsobil exekútorovi JUDr. Ľubomír Pekár škodu vo výške 130,66 Eur, - dňa 18.11.2010 zadal na prevod a dňa 19.11.2010 bola pripísaná na účet č. XXXXXXXXXX/XXXX suma vo výške 52,69 Eur v exekučnom konaní pod číslom 6271/09 vo veci oprávneného Slovak Telekom, a.s., IČO: 35763469 a povinného A. T., nar. X.X.XXXX, pričom išlo o trovy konania exekútora, čím spôsobil exekútorovi JUDr. Ľubomír Pekár škodu vo výške 52,69 Eur, - dňa 23.11.2010 zadal na prevod a dňa 24.11.2010 bola pripísaná na účet č. E. suma vo výške 105,78 Eur v exekučnom konaní pod číslom 7883/07 vo veci oprávneného Slovak Telekom, a.s., IČO: 35763469 a povinného Y. G., nar. XX.XX.XXXX, pričom išlo o trovy konania exekútora, čím spôsobil exekútorovi JUDr. Ľubomír Pekár škodu vo výške 105,78 Eur, - dňa 25.11.2010 zadal na prevod a dňa 26.11.2010 bola pripísaná na účet č. XXXXXXXXXX/XXXX suma vo výške 200,00 Eur v exekučnom konaní pod číslom 8605/07 vo veci oprávneného Slovak Telekom, a.s., IČO: 35763469 a povinného B. J., nar. XX.X.XXXX, pričom išlo o trovy konania exekútora, čím spôsobil exekútorovi JUDr. Ľubomír Pekár škodu vo výške 200,00 Eur, - dňa 25.11.2010 zadal na prevod a dňa 26.11.2010 bola pripísaná na účet č. XXXXXXXXX/XXXX suma vo výške 124,19 Eur v exekučnom konaní pod číslom 2153/08 vo veci oprávneného Slovak Telekom, a.s., IČO: 35763469 a povinného A. J., nar. XX.X.XXXX, pričom išlo o trovy konania exekútora, čím spôsobil exekútorovi JUDr. Ľubomír Pekár škodu vo výške 124,19 Eur, - dňa 03.12.2010 zadal na prevod a dňa 06.12.2010 bola pripísaná na účet č. E. suma vo výške 285,40 Eur v exekučnom konaní pod číslom 8764/07 vo veci oprávneného Slovak Telekom, a.s., IČO: 35763469 a povinného B. D., nar. X.X.XXXX, pričom išlo o trovy konania exekútora, čím spôsobil exekútorovi JUDr. Ľubomír Pekár škodu vo výške 285,40 Eur, - dňa 03.12.2010 zadal na prevod a dňa 06.12.2010 bola pripísaná na účet č. XXXXXXXXXX/XXXX suma vo výške 46,64 Eur v exekučnom konaní pod číslom 5473/07 vo veci oprávneného Slovak Telekom, a.s., IČO: 35763469 a povinného F. W., nar. X.X.XXXX, pričom išlo o trovy konania exekútora, čím spôsobil exekútorovi JUDr. Ľubomír Pekár škodu vo výške 46,64 Eur, - dňa 08.12.2010 zadal na prevod a dňa 09.12.2010 bola pripísaná na účet č. E. suma vo výške 172,10 Eur v exekučnom konaní pod číslom 2147/08 vo veci oprávneného Slovak Telekom, a.s., IČO: 35763469 a povinného B. C., nar. XX.X.XXXX, pričom išlo o trovy konania exekútora, čím spôsobil exekútorovi JUDr. Ľubomír Pekár škodu vo výške 172,10 Eur, - dňa 08.12.2010 zadal na prevod a dňa 09.12.2010 bola pripísaná na účet č. XXXXXXXXX/XXXX suma vo výške 119,27 Eur v exekučnom konaní pod číslom 5834/09 vo veci oprávneného Slovak Telekom, a.s., IČO: 35763469 a povinného H. B., nar. 21.7.1982, pričom išlo o trovy konania exekútora, čím spôsobil exekútorovi JUDr. Ľubomír Pekár škodu vo výške 119,27 Eur, - dňa 14.12.2010 zadal na prevod a dňa 15.12.2010 bola pripísaná na účet č. SK10750000004011163460 suma vo výške 120,99 Eur v exekučnom konaní pod číslom 8732/07 vo veci oprávneného Slovak Telekom, a.s., IČO: 35763469 a povinného P. I., nar. XX.X.XXXX, pričom išlo o trovy konania exekútora, čím spôsobil exekútorovi JUDr. Ľubomír Pekár škodu vo výške 120,99 Eur, - dňa 14.12.2010 zadal na prevod a dňa 15.12.2010 bola pripísaná na účet č. XXXXXXXXXX/XXXX suma vo výške 359,51 Eur v exekučnom konaní pod číslom 3312/05 vo veci oprávneného Slovak</w:t>
      </w:r>
    </w:p>
    <w:p>
      <w:r>
        <w:t>Telekom, a.s., IČO: 35763469 a povinného B. O., nar. X.XX.XXXX, pričom išlo o trovy konania exekútora, čím spôsobil exekútorovi JUDr. Ľubomír Pekár škodu vo výške 359,51 Eur, - dňa 14.12.2010 zadal na prevod a dňa 15.12.2010 bola pripísaná na účet č. XXXXXXXXXX/XXXX suma vo výške 100,00 Eur v exekučnom konaní pod číslom 716/09 vo veci oprávneného Slovak Telekom, a.s., IČO: 35763469 a povinného A. O., IČO: 37323041, pričom išlo o trovy konania exekútora, čím spôsobil exekútorovi JUDr. Ľubomír Pekár škodu vo výške 100,00 Eur, - dňa 17.12.2010 zadal na prevod a dňa 20.12.2010 bola pripísaná na účet č. E. suma vo výške 124,49 Eur v exekučnom konaní pod číslom XXXX/XX vo veci oprávneného Slovak Telekom, a.s., IČO: 35763469 a povinného O. B., nar. XX.X.XXXX, pričom išlo o trovy konania exekútora, čím spôsobil exekútorovi JUDr. Ľubomír Pekár škodu vo výške 124,49 Eur, - dňa 20.12.2010 zadal na prevod a dňa 21.12.2010 bola pripísaná na účet č. SK10750000004011163460 suma vo výške 158,35 Eur v exekučnom konaní pod číslom 99/05 vo veci oprávneného Slovak Telekom, a.s., IČO: 35763469 a povinného E. E., nar. XX.X.XXXX, pričom išlo o trovy konania exekútora, čím spôsobil exekútorovi A. N. K. škodu vo výške 158,35 Eur, - dňa 20.12.2010 zadal na prevod a dňa 21.12.2010 bola pripísaná na účet č. E. suma vo výške 339,36 Eur v exekučnom konaní pod číslom 713/09 vo veci oprávneného Slovak Telekom, a.s., IČO: 35763469 a povinného V. P., nar. XX.X.XXXX, pričom išlo o trovy konania exekútora, čím spôsobil exekútorovi JUDr. Ľubomír Pekár škodu vo výške 339,36 Eur, - dňa 20.12.2010 zadal na prevod a dňa 21.12.2010 bola pripísaná na účet č. XXXXXXXXXX/XXXX suma vo výške 77,29 Eur v exekučnom konaní pod číslom 5819/09 vo veci oprávneného Slovak Telekom, a.s., IČO: 35763469 a povinného A. A., nar. X.X.XXXX, pričom išlo o trovy konania exekútora, čím spôsobil exekútorovi JUDr. Ľubomír Pekár škodu vo výške 77,29 Eur, - dňa 21.12.2010 zadal na prevod a dňa 22.12.2010 bola pripísaná na účet č. XXXXXXXXXX/XXXX suma vo výške 243,76 Eur v exekučnom konaní pod číslom 3183/06 vo veci oprávneného Slovak Telekom, a.s., IČO: 35763469 a povinného O. R., nar. XX.XX.XXXX, pričom išlo o trovy konania exekútora, čím spôsobil exekútorovi JUDr. Ľubomír Pekár škodu vo výške 243,76 Eur, - dňa 03.01.2011 zadal na prevod a dňa 04.01.2011 bola pripísaná na účet č. XXXXXXXXXX/XXXX suma vo výške 248,18 Eur v exekučnom konaní pod číslom 1211/04 vo veci oprávneného Slovak Telekom, a.s., IČO: 35763469 a povinného A. B., nar. XX.X.XXXX, pričom išlo o trovy konania exekútora, čím spôsobil exekútorovi JUDr. Ľubomír Pekár škodu vo výške 248,18 Eur, - dňa 03.01.2011 zadal na prevod a dňa 04.01.2011 bola pripísaná na účet č. E. suma vo výške 130,55 Eur v exekučnom konaní pod číslom 4590/09 vo veci oprávneného Slovak Telekom, a.s., IČO: 35763469 a povinného Y. O., nar. X.X.XXXX, pričom išlo o trovy konania exekútora, čím spôsobil exekútorovi JUDr. Ľubomír Pekár škodu vo výške 130,55 Eur, - dňa 04.01.2011 zadal na prevod a dňa 05.01.2011 bola pripísaná na účet č. E. suma vo výške 149,96 Eur v exekučnom konaní pod číslom XXXX/XX vo veci oprávneného Slovak Telekom, a.s., IČO: 35763469 a povinného P. K., nar. XX.X.XXXX, pričom išlo o trovy konania exekútora, čím spôsobil exekútorovi A. N. K. škodu vo výške 149,96 Eur, - dňa 12.01.2011 zadal na prevod a dňa 13.01.2011 bola pripísaná na účet č. XXXXXXXXXX/XXXX suma vo výške 25,83 Eur v exekučnom konaní pod číslom 5791/09 vo veci oprávneného Slovak Telekom, a.s., IČO: 35763469 a povinného W. Q., nar. XX.XX.XXXX, pričom išlo o trovy konania exekútora, čím spôsobil exekútorovi JUDr. Ľubomír Pekár škodu vo výške 25,83 Eur, - dňa 13.01.2011 zadal na prevod a dňa 14.01.2011 bola pripísaná na účet č. SK10750000004011163460 suma vo výške 91,48 Eur v exekučnom konaní pod číslom 3298/07 vo veci oprávneného Slovak Telekom, a.s., IČO: 35763469 a povinného P. K., nar. XX.X.XXXX, pričom išlo o trovy konania exekútora, čím spôsobil exekútorovi JUDr. Ľubomír Pekár škodu vo výške 91,48 Eur, - dňa 13.01.2011 zadal na prevod a dňa 14.01.2011 bola pripísaná na účet č. XXXXXXXXX/XXXX suma vo výške 119,22 Eur v exekučnom konaní pod číslom 8759/07 vo veci oprávneného Slovak Telekom, a.s., IČO: 35763469 a povinného F. H., nar. 15.6.1981, pričom išlo o trovy konania exekútora, čím spôsobil exekútorovi JUDr. Ľubomír Pekár škodu vo výške 119,22 Eur, - dňa 13.01.2011 zadal na prevod a dňa 14.01.2011 bola pripísaná na účet č. E. suma vo výške 124,48 Eur v exekučnom konaní pod číslom 4966/09 vo veci oprávneného Slovak Telekom, a.s., IČO: 35763469 a povinného R. X., nar. XX.X.XXXX, pričom išlo o trovy konania exekútora, čím spôsobil exekútorovi JUDr. Ľubomír Pekár škodu vo výške 124,48 Eur, - dňa 19.01.2011 zadal na prevod a dňa 20.01.2011 bola pripísaná na účet č. XXXXXXXXXX/XXXX suma vo výške 107,48 Eur v exekučnom konaní pod číslom 355/09 vo veci oprávneného Slovak Telekom, a.s., IČO: 35763469 a povinného K. Z., nar. XX.XX.XXXX, pričom išlo o trovy konania exekútora, čím spôsobil exekútorovi JUDr. Ľubomír Pekár škodu vo výške 107,48 Eur,</w:t>
      </w:r>
    </w:p>
    <w:p>
      <w:r>
        <w:t>- dňa 25.01.2011 zadal na prevod a dňa 26.01.2011 bola pripísaná na účet č. XXXXXXXXXX/XXXX suma vo výške 63,00 Eur v exekučnom konaní pod číslom XXXX/XX vo veci oprávneného Slovak Telekom, a.s., IČO: 35763469 a povinného [. O., nar. XX.X.XXXX, pričom išlo o trovy konania exekútora, čím spôsobil exekútorovi JUDr. Ľubomír Pekár škodu vo výške 63,00 Eur, - dňa 01.02.2011 zadal na prevod a dňa 02.02.2011 bola pripísaná na účet č. XXXXXXXXXX/XXXX suma vo výške 100,00 Eur v exekučnom konaní pod číslom 722/09 vo veci oprávneného Slovak Telekom, a.s., IČO: 35763469 a povinného A. O., nar. XX.XX.XXXX, pričom išlo o trovy konania exekútora, čím spôsobil exekútorovi JUDr. Ľubomír Pekár škodu vo výške 100,00 Eur, - dňa 01.02.2011 zadal na prevod a dňa 02.02.2011 bola pripísaná na účet č. XXXXXXXXXX/XXXX suma vo výške 45,26 Eur v exekučnom konaní pod číslom 4075/08 vo veci oprávneného Slovak Telekom, a.s., IČO: 35763469 a povinného K. R., nar. XX.X.XXXX, pričom išlo o trovy konania exekútora, čím spôsobil exekútorovi JUDr. Ľubomír Pekár škodu vo výške 45,26 Eur, - dňa 02.02.2011 zadal na prevod a dňa 03.02.2011 bola pripísaná na účet č. E. suma vo výške 165,97 Eur v exekučnom konaní pod číslom 607/05 vo veci oprávneného Slovak Telekom, a.s., IČO: 35763469 a povinného D. F., nar. X.X.XXXX, pričom išlo o trovy konania exekútora, čím spôsobil exekútorovi JUDr. Ľubomír Pekár škodu vo výške 165,97 Eur, - dňa 03.02.2011 zadal na prevod a dňa 04.02.2011 bola pripísaná na účet č. E. suma vo výške 75,12 Eur v exekučnom konaní pod číslom 1045/08 vo veci oprávneného Slovak Telekom, a.s., IČO: 35763469 a povinného [. T., nar. XX.X.XXXX, pričom išlo o trovy konania exekútora, čím spôsobil exekútorovi JUDr. Ľubomír Pekár škodu vo výške 75,12 Eur, - dňa 09.02.2011 zadal na prevod a dňa 10.02.2011 bola pripísaná na účet č. XXXXXXXXX/XXXX suma vo výške 121,54 Eur v exekučnom konaní pod číslom 5005/09 vo veci oprávneného Slovak Telekom, a.s., IČO: 35763469 a povinného K. O., nar. XX.X.XXXX, pričom išlo o trovy konania exekútora, čím spôsobil exekútorovi JUDr. Ľubomír Pekár škodu vo výške 121,54 Eur, - dňa 10.02.2011 zadal na prevod a dňa 11.02.2011 bola pripísaná na účet č. E. suma vo výške 342,90 Eur v exekučnom konaní pod číslom 1135/08 vo veci oprávneného Slovak Telekom, a.s., IČO: 35763469 a povinného [. R., nar. 19.9.1976, pričom išlo o trovy konania exekútora, čím spôsobil exekútorovi JUDr. Ľubomír Pekár škodu vo výške 342,90 Eur, - dňa 10.02.2011 zadal na prevod a dňa 11.02.2011 bola pripísaná na účet č. XXXXXXXXXX/XXXX suma vo výške 76,64 Eur v exekučnom konaní pod číslom 5791/09 vo veci oprávneného Slovak Telekom, a.s., IČO: 35763469 a povinného W. Q., nar. XX.XX.XXXX, pričom išlo o trovy konania exekútora, čím spôsobil exekútorovi JUDr. Ľubomír Pekár škodu vo výške 76,64 Eur, - dňa 16.02.2011 zadal na prevod a dňa 17.02.2011 bola pripísaná na účet č. SK10750000004011163460 suma vo výške 618,00 Eur v exekučnom konaní pod číslom 413/09 vo veci oprávneného Slovak Telekom, a.s., IČO: 35763469 a povinného O. B., nar. X.X.XXXX, pričom išlo o trovy konania exekútora, čím spôsobil exekútorovi JUDr. Ľubomír Pekár škodu vo výške 618,00 Eur, - dňa 16.02.2011 zadal na prevod a dňa 17.02.2011 bola pripísaná na účet č. XXXXXXXXXX/XXXX suma vo výške 308,00 Eur v exekučnom konaní pod číslom 394/09 vo veci oprávneného Slovak Telekom, a.s., IČO: 35763469 a povinného P. O., nar. XX.X.XXXX, pričom išlo o trovy konania exekútora, čím spôsobil exekútorovi JUDr. Ľubomír Pekár škodu vo výške 308,00 Eur, - dňa 16.02.2011 zadal na prevod a dňa 17.02.2011 bola pripísaná na účet č. E. suma vo výške 233,44 Eur v exekučnom konaní pod číslom 4966/08 vo veci oprávneného Slovak Telekom, a.s., IČO: 35763469 a povinného R. X., nar. XX.X.XXXX, pričom išlo o trovy konania exekútora, čím spôsobil exekútorovi JUDr. Ľubomír Pekár škodu vo výške 233,44 Eur, - dňa 16.02.2011 zadal na prevod a dňa 17.02.2011 bola pripísaná na účet č. XXXXXXXXXX/XXXX suma vo výške 63,00 Eur v exekučnom konaní pod číslom XXXX/XX vo veci oprávneného Slovak Telekom, a.s., IČO: 35763469 a povinného [. O., nar. XX.X.XXXX, pričom išlo o trovy konania exekútora, čím spôsobil exekútorovi JUDr. Ľubomír Pekár škodu vo výške 63,00 Eur, - dňa 21.02.2011 zadal na prevod a dňa 22.02.2011 bola pripísaná na účet č. E. suma vo výške 101,92 Eur v exekučnom konaní pod číslom 607/05 vo veci oprávneného Slovak Telekom, a.s., IČO: 35763469 a povinného D. F., nar. X.X.XXXX, pričom išlo o trovy konania exekútora, čím spôsobil exekútorovi JUDr. Ľubomír Pekár škodu vo výške 101,92 Eur, - dňa 21.02.2011 zadal na prevod a dňa 22.02.2011 bola pripísaná na účet č. XXXXXXXXXX/XXXX suma vo výške 43,80 Eur v exekučnom konaní pod číslom XXXX/XX vo veci oprávneného Slovak Telekom, a.s., IČO: 35763469 a povinného Q. O., nar. X.XX.XXXX, pričom išlo o trovy konania exekútora, čím spôsobil exekútorovi JUDr. Ľubomír Pekár škodu vo výške 43,80 Eur, - dňa 28.02.2011 zadal na prevod a dňa 01.03.2011 bola pripísaná na účet č. XXXXXXXXXX/XXXX suma vo výške 54,00 Eur v exekučnom konaní pod číslom 4075/08 vo veci oprávneného Slovak Telekom, a.s.,</w:t>
      </w:r>
    </w:p>
    <w:p>
      <w:r>
        <w:t>IČO: 35763469 a povinného K. R., nar. XX.X.XXXX, pričom išlo o trovy konania exekútora, čím spôsobil exekútorovi JUDr. Ľubomír Pekár škodu vo výške 54,00 Eur, - dňa 03.03.2011 zadal na prevod a dňa 04.03.2011 bola pripísaná na účet č. E. suma vo výške 25,00 Eur v exekučnom konaní pod číslom 1045/08 vo veci oprávneného Slovak Telekom, a.s., IČO: 35763469 a povinného [. T., nar. XX.X.XXXX, pričom išlo o trovy konania exekútora, čím spôsobil exekútorovi JUDr. Ľubomír Pekár škodu vo výške 25,00 Eur, - dňa 04.03.2011 zadal na prevod a dňa 07.03.2011 bola pripísaná na účet č. E. suma vo výške 69,22 Eur v exekučnom konaní pod číslom 6467/09 vo veci oprávneného Slovak Telekom, a.s., IČO: 35763469 a povinného B. O., nar. XX.X.XXXX, pričom išlo o trovy konania exekútora, čím spôsobil exekútorovi JUDr. Ľubomír Pekár škodu vo výške 69,22 Eur, - dňa 04.03.2011 zadal na prevod a dňa 07.03.2011 bola pripísaná na účet č. XXXXXXXXXX/XXXX suma vo výške 127,52 Eur v exekučnom konaní pod číslom 1264/08 vo veci oprávneného Slovak Telekom, a.s., IČO: 35763469 a povinného K. A., nar. XX.X.XXXX, pričom išlo o trovy konania exekútora, čím spôsobil exekútorovi JUDr. Ľubomír Pekár škodu vo výške 127,52 Eur, - dňa 11.03.2011 zadal na prevod a dňa 14.03.2011 bola pripísaná na účet č. SK10750000004011163460 suma vo výške 206,19 Eur v exekučnom konaní pod číslom 2538/05 vo veci oprávneného Slovak Telekom, a.s., IČO: 35763469 a povinného D. O., nar. XX.X.XXXX, pričom išlo o trovy konania exekútora, čím spôsobil exekútorovi JUDr. Ľubomír Pekár škodu vo výške 206,19 Eur, - dňa 11.03.2011 zadal na prevod a dňa 14.03.2011 bola pripísaná na účet č. XXXXXXXXXX/XXXX suma vo výške 87,43 Eur v exekučnom konaní pod číslom 5037/09 vo veci oprávneného Slovak Telekom, a.s., IČO: 35763469 a povinného E. B., nar. XX.X.XXXX, pričom išlo o trovy konania exekútora, čím spôsobil exekútorovi JUDr. Ľubomír Pekár škodu vo výške 87,43 Eur, - dňa 17.03.2011 zadal na prevod a dňa 18.03.2011 bola pripísaná na účet č. E. suma vo výške 129,89 Eur v exekučnom konaní pod číslom 5018/08 vo veci oprávneného Slovak Telekom, a.s., IČO: 35763469 a povinného E. K., nar. XX.X.XXXX, pričom išlo o trovy konania exekútora, čím spôsobil exekútorovi JUDr. Ľubomír Pekár škodu vo výške 129,89 Eur, - dňa 17.03.2011 zadal na prevod a dňa 18.03.2011 bola pripísaná na účet č. XXXXXXXXXX/XXXX suma vo výške 144,00 Eur v exekučnom konaní pod číslom 4155/09 vo veci oprávneného Slovak Telekom, a.s., IČO: 35763469 a povinného K. H., nar. X.X.XXXX, pričom išlo o trovy konania exekútora, čím spôsobil exekútorovi JUDr. Ľubomír Pekár škodu vo výške 144,00 Eur, - dňa 17.03.2011 zadal na prevod a dňa 18.03.2011 bola pripísaná na účet č. E. suma vo výške 124,22 Eur v exekučnom konaní pod číslom 5043/08 vo veci oprávneného Slovak Telekom, a.s., IČO: 35763469 a povinného K. D., štátny občan SR, nar. X.X.XXXX, pričom išlo o trovy konania exekútora, čím spôsobil exekútorovi JUDr. Ľubomír Pekár škodu vo výške 124,22 Eur, - dňa 17.03.2011 zadal na prevod a dňa 18.03.2011 bola pripísaná na účet č. XXXXXXXXXX/XXXX suma vo výške 60,00 Eur v exekučnom konaní pod číslom XXXX/XX vo veci oprávneného Slovak Telekom, a.s., IČO: 35763469 a povinného Q. O., nar. X.XX.XXXX, pričom išlo o trovy konania exekútora, čím spôsobil exekútorovi JUDr. Ľubomír Pekár škodu vo výške 60,00 Eur, - dňa 22.03.2011 zadal na prevod a dňa 23.03.2011 bola pripísaná na účet č. XXXXXXXXX/XXXX suma vo výške 130,00 Eur v exekučnom konaní pod číslom 3522/06 vo veci oprávneného Slovak Telekom, a.s., IČO: 35763469 a povinného Q. \., štátny občan SR, nar. X.X.XXXX, pričom išlo o trovy konania exekútora, čím spôsobil exekútorovi JUDr. Ľubomír Pekár škodu vo výške 130,00 Eur, - dňa 22.03.2011 zadal na prevod a dňa 23.03.2011 bola pripísaná na účet č. XXXXXXXXXX/XXXX suma vo výške 68,09 Eur v exekučnom konaní pod číslom 3855/06 vo veci oprávneného Slovak Telekom, a.s., IČO: 35763469 a povinného A. T., štátny občan SR, nar. X.X.XXXX, pričom išlo o trovy konania exekútora, čím spôsobil exekútorovi JUDr. Ľubomír Pekár škodu vo výške 68,09 Eur, - dňa 28.03.2011 zadal na prevod a dňa 29.03.2011 bola pripísaná na účet č. E. suma vo výške 163,29 Eur v exekučnom konaní pod číslom XXXX/XX vo veci oprávneného Slovak Telekom, a.s., IČO: 35763469 a povinného E. E., nar. X.X.XXXX, pričom išlo o trovy konania exekútora, čím spôsobil exekútorovi JUDr. Ľubomír Pekár škodu vo výške 163,29 Eur, - dňa 31.03.2011 zadal na prevod a dňa 01.04.2011 bola pripísaná na účet č. E. suma vo výške 60,33 Eur v exekučnom konaní pod číslom 1873/00 vo veci oprávneného Slovak Telekom, a.s., IČO: 35763469 a povinného [. R. /R./, pričom išlo o trovy konania exekútora, čím spôsobil exekútorovi JUDr. Ľubomír Pekár škodu vo výške 60,33 Eur, - dňa 06.04.2011 zadal na prevod a dňa 07.04.2011 bola pripísaná na účet č. E. suma vo výške 125,00 Eur v exekučnom konaní pod číslom 2831/08 vo veci oprávneného Slovak Telekom, a.s., IČO: 35763469 a povinného B. A., nar. X.X.XXXX, pričom išlo o trovy konania exekútora, čím spôsobil exekútorovi JUDr. Ľubomír Pekár škodu vo výške 125,00 Eur,</w:t>
      </w:r>
    </w:p>
    <w:p>
      <w:r>
        <w:t>- dňa 08.04.2011 zadal na prevod a dňa 11.04.2011 bola pripísaná na účet č. XXXXXXXXXX/XXXX suma vo výške 39,00 Eur v exekučnom konaní pod číslom 4465/08 vo veci oprávneného Slovak Telekom, a.s., IČO: 35763469 a povinného P. K., nar. X.X.XXXX, pričom išlo o trovy konania exekútora, čím spôsobil exekútorovi JUDr. Ľubomír Pekár škodu vo výške 39,00 Eur, - dňa 14.04.2011 zadal na prevod a dňa 15.04.2011 bola pripísaná na účet č. SK10750000004011163460 suma vo výške 200,00 Eur v exekučnom konaní pod číslom 3666/05 vo veci oprávneného Slovak Telekom, a.s., IČO: 35763469 a povinného B. M., nar. X.XX.XXXX, pričom išlo o trovy konania exekútora, čím spôsobil exekútorovi JUDr. Ľubomír Pekár škodu vo výške 200,00 Eur, - dňa 14.04.2011 zadal na prevod a dňa 15.04.2011 bola pripísaná na účet č. XXXXXXXXXX/XXXX suma vo výške 37,00 Eur v exekučnom konaní pod číslom 4688/08 vo veci oprávneného Slovak Telekom, a.s., IČO: 35763469 a povinného A. B., nar. X.X.XXXX, pričom išlo o trovy konania exekútora, čím spôsobil exekútorovi JUDr. Ľubomír Pekár škodu vo výške 37,00 Eur, - dňa 15.04.2011 zadal na prevod a dňa 18.04.2011 bola pripísaná na účet č. XXXXXXXXXX/XXXX suma vo výške 99,00 Eur v exekučnom konaní pod číslom 733/09 vo veci oprávneného Slovak Telekom, a.s., IČO: 35763469 a povinného B. I. , nar. XX.XX.XXXX, pričom išlo o trovy konania exekútora, čím spôsobil exekútorovi JUDr. Ľubomír Pekár škodu vo výške 99,00 Eur, - dňa 15.04.2011 zadal na prevod a dňa 18.04.2011 bola pripísaná na účet č. XXXXXXXXX/XXXX suma vo výške 94,00 Eur v exekučnom konaní pod číslom 1694/09 vo veci oprávneného Slovak Telekom, a.s., IČO: 35763469 a povinného W. E., nar. 27.3.1954, pričom išlo o trovy konania exekútora, čím spôsobil exekútorovi JUDr. Ľubomír Pekár škodu vo výške 94,00 Eur, - dňa 19.04.2011 zadal na prevod a dňa 20.04.2011 bola pripísaná na účet č. SK10750000004011163460 suma vo výške 70,00 Eur v exekučnom konaní pod číslom 3529/06 vo veci oprávneného Slovak Telekom, a.s., IČO: 35763469 a povinného O. M., nar. XX.X.XXXX, pričom išlo o trovy konania exekútora, čím spôsobil exekútorovi JUDr. Ľubomír Pekár škodu vo výške 70,00 Eur, - dňa 19.04.2011 zadal na prevod a dňa 20.04.2011 bola pripísaná na účet č. XXXXXXXXXX/XXXX suma vo výške 345,00 Eur v exekučnom konaní pod číslom 3311/05 vo veci oprávneného Slovak Telekom, a.s., IČO: 35763469 a povinného K. T., nar. XX.X.XXXX, pričom išlo o trovy konania exekútora, čím spôsobil exekútorovi JUDr. Ľubomír Pekár škodu vo výške 345,00 Eur, - dňa 19.04.2011 zadal na prevod a dňa 20.04.2011 bola pripísaná na účet č. XXXXXXXXX/XXXX suma vo výške 38,00 Eur v exekučnom konaní pod číslom 3548/06 vo veci oprávneného Slovak Telekom, a.s., IČO: 35763469 a povinného G. O., nar. XX.X.XXXX, pričom išlo o trovy konania exekútora, čím spôsobil exekútorovi JUDr. Ľubomír Pekár škodu vo výške 38,00 Eur, - dňa 19.04.2011 zadal na prevod a dňa 20.04.2011 bola pripísaná na účet č. E. suma vo výške 40,00 Eur v exekučnom konaní pod číslom 2057/06 vo veci oprávneného Slovak Telekom, a.s., IČO: 35763469 a povinného K. G., nar. XX.X.XXXX, pričom išlo o trovy konania exekútora, čím spôsobil exekútorovi JUDr. Ľubomír Pekár škodu vo výške 40,00 Eur, - dňa 28.04.2011 zadal na prevod a dňa 29.04.2011 bola pripísaná na účet č. XXXXXXXXXX/XXXX suma vo výške 106,00 Eur v exekučnom konaní pod číslom 1369/06 vo veci oprávneného Slovak Telekom, a.s., IČO: 35763469 a povinného B. O., nar. X.X.XXXX, pričom išlo o trovy konania exekútora, čím spôsobil exekútorovi JUDr. Ľubomír Pekár škodu vo výške 106,00 Eur, - dňa 29.04.2011 zadal na prevod a dňa 02.05.2011 bola pripísaná na účet č. E. suma vo výške 245,74 Eur v exekučnom konaní pod číslom 290/09 vo veci oprávneného Slovak Telekom, a.s., IČO: 35763469 a povinného I. B., nar. X.X.XXXX, pričom išlo o trovy konania exekútora, čím spôsobil exekútorovi JUDr. Ľubomír Pekár škodu vo výške 245,74 Eur, - dňa 02.05.2011 zadal na prevod a dňa 03.05.2011 bola pripísaná na účet č. XXXXXXXXXX/XXXX suma vo výške 29,00 Eur v exekučnom konaní pod číslom 6454/09 vo veci oprávneného Slovak Telekom, a.s., IČO: 35763469 a povinného H. T., nar. X.X.XXXX, pričom išlo o trovy konania exekútora, čím spôsobil exekútorovi JUDr. Ľubomír Pekár škodu vo výške 29,00 Eur, - dňa 05.05.2011 zadal na prevod a dňa 06.05.2011 bola pripísaná na účet č. SK10750000004011163460 suma vo výške 281,70 Eur v exekučnom konaní pod číslom 3526/06 vo veci oprávneného Slovak Telekom, a.s., IČO: 35763469 a povinného A. M., štátny občan SR, nar. XX.X.XXXX, pričom išlo o trovy konania exekútora, čím spôsobil exekútorovi JUDr. Ľubomír Pekár škodu vo výške 281,70 Eur, - dňa 05.05.2011 zadal na prevod a dňa 06.05.2011 bola pripísaná na účet č. XXXXXXXXXX/XXXX suma vo výške 108,00 Eur v exekučnom konaní pod číslom XXXX/XX vo veci oprávneného Slovak Telekom, a.s., IČO: 35763469 a povinného K. J., nar. XX.X.XXXX, pričom išlo o trovy konania exekútora, čím spôsobil exekútorovi JUDr. Ľubomír Pekár škodu vo výške 108,00 Eur, - dňa 06.05.2011 zadal na prevod a dňa 09.05.2011 bola pripísaná na účet č. XXXXXXXXX/XXXX suma vo výške 88,73 Eur v exekučnom konaní pod číslom 61/05 vo veci oprávneného Slovak Telekom, a.s.,</w:t>
      </w:r>
    </w:p>
    <w:p>
      <w:r>
        <w:t>IČO: 35763469 a povinného K. G., nar. XX.X.XXXX, pričom išlo o trovy konania exekútora, čím spôsobil exekútorovi JUDr. Ľubomír Pekár škodu vo výške 88,73 Eur, - dňa 06.05.2011 zadal na prevod a dňa 09.05.2011 bola pripísaná na účet č. XXXXXXXXXX/XXXX suma vo výške 39,00 Eur v exekučnom konaní pod číslom 4465/08 vo veci oprávneného Slovak Telekom, a.s., IČO: 35763469 a povinného P. K., nar. X.X.XXXX, pričom išlo o trovy konania exekútora, čím spôsobil exekútorovi JUDr. Ľubomír Pekár škodu vo výške 39,00 Eur, - dňa 11.05.2011 zadal na prevod a dňa 12.05.2011 bola pripísaná na účet č. XXXXXXXXX/XXXX suma vo výške 33,00 Eur v exekučnom konaní pod číslom 8763/07 vo veci oprávneného Slovak Telekom, a.s., IČO: 35763469 a povinného A. D., nar. XX.X.XXXX, pričom išlo o trovy konania exekútora, čím spôsobil exekútorovi A. N. K. škodu vo výške 33,00 Eur, - dňa 16.05.2011 zadal na prevod a dňa 17.05.2011 bola pripísaná na účet č. E. suma vo výške 61,00 Eur v exekučnom konaní pod číslom 3822/06 vo veci oprávneného Slovak Telekom, a.s., IČO: 35763469 a povinného K. B., nar. XX.X.XXXX, IČO:40078485, pričom išlo o trovy konania exekútora, čím spôsobil exekútorovi JUDr. Ľubomír Pekár škodu vo výške 61,00 Eur, - dňa 16.05.2011 zadal na prevod a dňa 17.05.2011 bola pripísaná na účet č. XXXXXXXXXX/XXXX suma vo výške 51,00 Eur v exekučnom konaní pod číslom 1369/06 vo veci oprávneného Slovak Telekom, a.s., IČO: 35763469 a povinného B. O., nar. X.X.XXXX, pričom išlo o trovy konania exekútora, čím spôsobil exekútorovi JUDr. Ľubomír Pekár škodu vo výške 51,00 Eur, - dňa 16.05.2011 zadal na prevod a dňa 17.05.2011 bola pripísaná na účet č. E. suma vo výške 77,00 Eur v exekučnom konaní pod číslom 2057/06 vo veci oprávneného Slovak Telekom, a.s., IČO: 35763469 a povinného K. G., nar. XX.X.XXXX, pričom išlo o trovy konania exekútora, čím spôsobil exekútorovi JUDr. Ľubomír Pekár škodu vo výške 77,00 Eur, - dňa 16.05.2011 zadal na prevod a dňa 17.05.2011 bola pripísaná na účet č. XXXXXXXXXX/XXXX suma vo výške 66,00 Eur v exekučnom konaní pod číslom 1107/08 vo veci oprávneného Slovak Telekom, a.s., IČO: 35763469 a povinného D. K., nar. XX.XX.XXXX, pričom išlo o trovy konania exekútora, čím spôsobil exekútorovi JUDr. Ľubomír Pekár škodu vo výške 66,00 Eur, - dňa 19.05.2011 zadal na prevod a dňa 20.05.2011 bola pripísaná na účet č. E. suma vo výške 71,00 Eur v exekučnom konaní pod číslom 6270/09 vo veci oprávneného Slovak Telekom, a.s., IČO: 35763469 a povinného N. T., nar. XX.XX.XXXX, pričom išlo o trovy konania exekútora, čím spôsobil exekútorovi JUDr. Ľubomír Pekár škodu vo výške 71,00 Eur, - dňa 19.05.2011 zadal na prevod a dňa 20.05.2011 bola pripísaná na účet č. XXXXXXXXXX/XXXX suma vo výške 142,63 Eur v exekučnom konaní pod číslom 4348/06 vo veci oprávneného Slovak Telekom, a.s., IČO: 35763469 a povinného A. H., nar. XX.X.XXXX, pričom išlo o trovy konania exekútora, čím spôsobil exekútorovi JUDr. Ľubomír Pekár škodu vo výške 142,63 Eur, - dňa 19.05.2011 zadal na prevod a dňa 20.05.2011 bola pripísaná na účet č. XXXXXXXXX/XXXX suma vo výške 80,00 Eur v exekučnom konaní pod číslom 3548/06 vo veci oprávneného Slovak Telekom, a.s., IČO: 35763469 a povinného G. O., nar. XX.X.XXXX, pričom išlo o trovy konania exekútora, čím spôsobil exekútorovi JUDr. Ľubomír Pekár škodu vo výške 80,00 Eur, - dňa 19.05.2011 zadal na prevod a dňa 20.05.2011 bola pripísaná na účet č. E. suma vo výške 57,59 Eur v exekučnom konaní pod číslom 2904/09 vo veci oprávneného Slovak Telekom, a.s., IČO: 35763469 a povinného A. G., nar. XX.X.XXXX, pričom išlo o trovy konania exekútora, čím spôsobil exekútorovi JUDr. Ľubomír Pekár škodu vo výške 57,59 Eur, - dňa 19.05.2011 zadal na prevod a dňa 20.05.2011 bola pripísaná na účet č. XXXXXXXXXX/XXXX suma vo výške 23,00 Eur v exekučnom konaní pod číslom 4015/08 vo veci oprávneného Slovak Telekom, a.s., IČO: 35763469 a povinného T. J., nar. X.X.XXXX, pričom išlo o trovy konania exekútora, čím spôsobil exekútorovi JUDr. Ľubomír Pekár škodu vo výške 23,00 Eur, - dňa 23.05.2011 zadal na prevod a dňa 24.05.2011 bola pripísaná na účet č. E. suma vo výške 90,00 Eur v exekučnom konaní pod číslom 5040/08 vo veci oprávneného Slovak Telekom, a.s., IČO: 35763469 a povinného A. H., nar. XX.XX.XXXX, pričom išlo o trovy konania exekútora, čím spôsobil exekútorovi JUDr. Ľubomír Pekár škodu vo výške 90,00 Eur, - dňa 25.05.2011 zadal na prevod a dňa 26.05.2011 bola pripísaná na účet č. XXXXXXXXXX/XXXX suma vo výške 362,38 Eur v exekučnom konaní pod číslom 4079/09 vo veci oprávneného Slovak Telekom, a.s., IČO: 35763469 a povinného H. J., nar. XX.X.XXXX, pričom išlo o trovy konania exekútora, čím spôsobil exekútorovi JUDr. Ľubomír Pekár škodu vo výške 362,38 Eur, - dňa 27.05.2011 zadal na prevod a dňa 30.05.2011 bola pripísaná na účet č. E. suma vo výške 83,00 Eur v exekučnom konaní pod číslom 8597/07 vo veci oprávneného Slovak Telekom, a.s., IČO: 35763469 a povinného B. G., nar. X.XX.XXXX, pričom išlo o trovy konania exekútora, čím spôsobil exekútorovi JUDr. Ľubomír Pekár škodu vo výške 83,00 Eur,</w:t>
      </w:r>
    </w:p>
    <w:p>
      <w:r>
        <w:t>- dňa 03.06.2011 zadal na prevod a dňa 06.06.2011 bola pripísaná na účet č. XXXXXXXXXX/XXXX suma vo výške 80,00 Eur v exekučnom konaní pod číslom 6304/09 vo veci oprávneného Slovak Telekom, a.s., IČO: 35763469 a povinného S. E., nar. XX.XX.XXXX, pričom išlo o trovy konania exekútora, čím spôsobil exekútorovi JUDr. Ľubomír Pekár škodu vo výške 80,00 Eur, - dňa 06.06.2011 zadal na prevod a dňa 07.06.2011 bola pripísaná na účet č. XXXXXXXXX/XXXX suma vo výške 60,40 Eur v exekučnom konaní pod číslom 61/05 vo veci oprávneného Slovak Telekom, a.s., IČO: 35763469 a povinného K. G., nar. XX.X.XXXX, pričom išlo o trovy konania exekútora, čím spôsobil exekútorovi JUDr. Ľubomír Pekár škodu vo výške 60,40 Eur, - dňa 10.06.2011 zadal na prevod a dňa 13.06.2011 bola pripísaná na účet č. XXXXXXXXXX/XXXX suma vo výške 115,37 Eur v exekučnom konaní pod číslom 4916/06 vo veci oprávneného Slovak Telekom, a.s., IČO: 35763469 a povinného P. F., nar. XX.XX.XXXX, pričom išlo o trovy konania exekútora, čím spôsobil exekútorovi JUDr. Ľubomír Pekár škodu vo výške 115,37 Eur, - dňa 10.06.2011 zadal na prevod a dňa 13.06.2011 bola pripísaná na účet č. XXXXXXXXX/XXXX suma vo výške 33,00 Eur v exekučnom konaní pod číslom 8763/07 vo veci oprávneného Slovak Telekom, a.s., IČO: 35763469 a povinného A. D., nar. XX.X.XXXX, pričom išlo o trovy konania exekútora, čím spôsobil exekútorovi JUDr. Ľubomír Pekár škodu vo výške 33,00 Eur, - dňa 10.06.2011 zadal na prevod a dňa 13.06.2011 bola pripísaná na účet č. E. suma vo výške 30,21 Eur v exekučnom konaní pod číslom 6472/09 vo veci oprávneného Slovak Telekom, a.s., IČO: 35763469 a povinného J. B., nar. XX.X.XXXX, pričom išlo o trovy konania exekútora, čím spôsobil exekútorovi JUDr. Ľubomír Pekár škodu vo výške 30,21 Eur, - dňa 13.06.2011 zadal na prevod a dňa 14.06.2011 bola pripísaná na účet č. E. suma vo výške 90,00 Eur v exekučnom konaní pod číslom 774/09 vo veci oprávneného Slovak Telekom, a.s., IČO: 35763469 a povinného E. R., nar. XX.XX.XXXX, pričom išlo o trovy konania exekútora, čím spôsobil exekútorovi JUDr. Ľubomír Pekár škodu vo výške 90,00 Eur, - dňa 14.06.2011 zadal na prevod a dňa 15.06.2011 bola pripísaná na účet č. XXXXXXXXXX/XXXX suma vo výške 66,00 Eur v exekučnom konaní pod číslom 1107/08 vo veci oprávneného Slovak Telekom, a.s., IČO: 35763469 a povinného D. K., nar. XX.XX.XXXX, pričom išlo o trovy konania exekútora, čím spôsobil exekútorovi JUDr. Ľubomír Pekár škodu vo výške 66,00 Eur, - dňa 15.06.2011 zadal na prevod a dňa 16.06.2011 bola pripísaná na účet č. E. suma vo výške 50,00 Eur v exekučnom konaní pod číslom 3722/06 vo veci oprávneného Slovak Telekom, a.s., IČO: 35763469 a povinného E. U., nar. XX.X.XXXX, pričom išlo o trovy konania exekútora, čím spôsobil exekútorovi JUDr. Ľubomír Pekár škodu vo výške 50,00 Eur, - dňa 15.06.2011 zadal na prevod a dňa 16.06.2011 bola pripísaná na účet č. E. suma vo výške 55,00 Eur v exekučnom konaní pod číslom 5040/08 vo veci oprávneného Slovak Telekom, a.s., IČO: 35763469 a povinného A. H., nar. XX.XX.XXXX, pričom išlo o trovy konania exekútora, čím spôsobil exekútorovi JUDr. Ľubomír Pekár škodu vo výške 55,00 Eur, - dňa 15.06.2011 zadal na prevod a dňa 16.06.2011 bola pripísaná na účet č. XXXXXXXXXX/XXXX suma vo výške 79,00 Eur v exekučnom konaní pod číslom 4015/08 vo veci oprávneného Slovak Telekom, a.s., IČO: 35763469 a povinného T. J., nar. X.X.XXXX, pričom išlo o trovy konania exekútora, čím spôsobil exekútorovi JUDr. Ľubomír Pekár škodu vo výške 79,00 Eur, - dňa 29.06.2011 zadal na prevod a dňa 30.06.2011 bola pripísaná na účet č. XXXXXXXXXX/XXXX suma vo výške 38,00 Eur v exekučnom konaní pod číslom 8597/07 vo veci oprávneného Slovak Telekom, a.s., IČO: 35763469 a povinného B. G., nar. X.XX.XXXX, pričom išlo o trovy konania exekútora, čím spôsobil exekútorovi JUDr. Ľubomír Pekár škodu vo výške 38,00 Eur, - dňa 29.06.2011 zadal na prevod a dňa 30.06.2011 bola pripísaná na účet č. E. suma vo výške 104,00 Eur v exekučnom konaní pod číslom 4348/06 vo veci oprávneného Slovak Telekom, a.s., IČO: 35763469 a povinného A. H. , nar. XX.X.XXXX, pričom išlo o trovy konania exekútora, čím spôsobil exekútorovi JUDr. Ľubomír Pekár škodu vo výške 104,00 Eur, - dňa 01.07.2011 zadal na prevod a dňa 04.07.2011 bola pripísaná na účet č. E. suma vo výške 140,00 Eur v exekučnom konaní pod číslom 2272/08 vo veci oprávneného Slovak Telekom, a.s., IČO: 35763469 a povinného K. [., nar. XX.X.XXXX, pričom išlo o trovy konania exekútora, čím spôsobil exekútorovi JUDr. Ľubomír Pekár škodu vo výške 140,00 Eur, - dňa 06.07.2011 zadal na prevod a dňa 07.07.2011 bola pripísaná na účet č. XXXXXXXXXX/XXXX suma vo výške 77,00 Eur v exekučnom konaní pod číslom 1106/04 vo veci oprávneného Slovak Telekom, a.s., IČO: 35763469 a povinného G. G. , nar. X.X.XXXX, pričom išlo o trovy konania exekútora, čím spôsobil exekútorovi JUDr. Ľubomír Pekár škodu vo výške 77,00 Eur, - dňa 18.07.2011 zadal na prevod a dňa 19.07.2011 bola pripísaná na účet č. E. suma vo výške 197,00 Eur v exekučnom konaní pod číslom 5845/09 vo veci oprávneného Slovak Telekom, a.s., IČO: 35763469</w:t>
      </w:r>
    </w:p>
    <w:p>
      <w:r>
        <w:t>a povinného B. F., nar. XX.X.XXXX, pričom išlo o trovy konania exekútora, čím spôsobil exekútorovi JUDr. Ľubomír Pekár škodu vo výške 197,00 Eur, - dňa 18.07.2011 zadal na prevod a dňa 19.07.2011 bola pripísaná na účet č. XXXXXXXXXX/XXXX suma vo výške 60,00 Eur v exekučnom konaní pod číslom 6476/09 vo veci oprávneného Slovak Telekom, a.s., IČO: 35763469 a povinného F. V., nar. XX.X.XXXX, pričom išlo o trovy konania exekútora, čím spôsobil exekútorovi JUDr. Ľubomír Pekár škodu vo výške 60,00 Eur, - dňa 18.07.2011 zadal na prevod a dňa 19.07.2011 bola pripísaná na účet č. XXXXXXXXX/XXXX suma vo výške 30,00 Eur v exekučnom konaní pod číslom 4011/08 vo veci oprávneného Slovak Telekom, a.s., IČO: 35763469 a povinného D. G. , nar. X.X.XXXX, pričom išlo o trovy konania exekútora, čím spôsobil exekútorovi JUDr. Ľubomír Pekár škodu vo výške 30,00 Eur, - dňa 18.07.2011 zadal na prevod a dňa 19.07.2011 bola pripísaná na účet č. E. suma vo výške 62,00 Eur v exekučnom konaní pod číslom 6472/09 vo veci oprávneného Slovak Telekom, a.s., IČO: 35763469 a povinného J. B., nar. XX.X.XXXX, pričom išlo o trovy konania exekútora, čím spôsobil exekútorovi JUDr. Ľubomír Pekár škodu vo výške 62,00 Eur, - dňa 18.07.2011 zadal na prevod a dňa 19.07.2011 bola pripísaná na účet č. XXXXXXXXXX/XXXX suma vo výške 33,00 Eur v exekučnom konaní pod číslom 8763/07 vo veci oprávneného Slovak Telekom, a.s., IČO: 35763469 a povinného A. D., nar. XX.X.XXXX, pričom išlo o trovy konania exekútora, čím spôsobil exekútorovi JUDr. Ľubomír Pekár škodu vo výške 33,00 Eur, - dňa 20.07.2011 zadal na prevod a dňa 21.07.2011 bola pripísaná na účet č. E. suma vo výške 125,00 Eur v exekučnom konaní pod číslom 3102/06 vo veci oprávneného Slovak Telekom, a.s., IČO: 35763469 a povinného A. G., nar. XX.X.XXXX, pričom išlo o trovy konania exekútora, čím spôsobil exekútorovi JUDr. Ľubomír Pekár škodu vo výške 125,00 Eur, - dňa 28.07.2011 zadal na prevod a dňa 29.07.2011 bola pripísaná na účet č. E. suma vo výške 125,16 Eur v exekučnom konaní pod číslom 4141/06 vo veci oprávneného Slovak Telekom, a.s., IČO: 35763469 a povinného N. O., nar. X.XX.XXXX, pričom išlo o trovy konania exekútora, čím spôsobil exekútorovi JUDr. Ľubomír Pekár škodu vo výške 125,16 Eur, - dňa 01.08.2011 zadal na prevod a dňa 02.08.2011 bola pripísaná na účet č. SK10750000004011163460 suma vo výške 116,00 Eur v exekučnom konaní pod číslom 3313/06 vo veci oprávneného Slovak Telekom, a.s., IČO: 35763469 a povinného D. H., nar. XX.X.XXXX, pričom išlo o trovy konania exekútora, čím spôsobil exekútorovi JUDr. Ľubomír Pekár škodu vo výške 116,00 Eur, - dňa 05.08.2011 zadal na prevod a dňa 08.08.2011 bola pripísaná na účet č. XXXXXXXXXX/XXXX suma vo výške 145,00 Eur v exekučnom konaní pod číslom 5037/09 vo veci oprávneného Slovak Telekom, a.s., IČO: 35763469 a povinného B. E., nar. XX.X.XXXX, pričom išlo o trovy konania exekútora, čím spôsobil exekútorovi JUDr. Ľubomír Pekár škodu vo výške 145,00 Eur, - dňa 08.08.2011 zadal na prevod a dňa 09.08.2011 bola pripísaná na účet č. XXXXXXXXXX/XXXX suma vo výške 42,99 Eur v exekučnom konaní pod číslom 1091/08 vo veci oprávneného Slovak Telekom, a.s., IČO: 35763469 a povinného U. B., nar. X.XX.XXXX, pričom išlo o trovy konania exekútora, čím spôsobil exekútorovi JUDr. Ľubomír Pekár škodu vo výške 42,99 Eur, - dňa 08.08.2011 zadal na prevod a dňa 09.08.2011 bola pripísaná na účet č. E. suma vo výške 308,06 Eur v exekučnom konaní pod číslom 1659/09 vo veci oprávneného Slovak Telekom, a.s., IČO: 35763469 a povinného J. I., nar. XX.X.XXXX, pričom išlo o trovy konania exekútora, čím spôsobil exekútorovi JUDr. Ľubomír Pekár škodu vo výške 308,06 Eur, - dňa 09.08.2011 zadal na prevod a dňa 10.08.2011 bola pripísaná na účet č. E. suma vo výške 199,27 Eur v exekučnom konaní pod číslom 1913/11 vo veci oprávneného Mesto Komárno, IČO: 306525 a povinného H. X., nar. XX.X.XXXX, pričom išlo o trovy konania exekútora, čím spôsobil exekútorovi JUDr. Ľubomír Pekár škodu vo výške 199,27 Eur, - dňa 12.08.2011 zadal na prevod a dňa 15.08.2011 bola pripísaná na účet č. XXXXXXXXXX/XXXX suma vo výške 25,79 Eur v exekučnom konaní pod číslom 181/07 vo veci oprávneného Slovak Telekom, a.s., IČO: 35763469 a povinného F. E., nar. XX.X.XXXX, pričom išlo o trovy konania exekútora, čím spôsobil exekútorovi JUDr. Ľubomír Pekár škodu vo výške 25,79 Eur, - dňa 12.08.2011 zadal na prevod a dňa 15.08.2011 bola pripísaná na účet č. E. suma vo výške 77,38 Eur v exekučnom konaní pod číslom XXXX/XX vo veci oprávneného Slovak Telekom, a.s., IČO: 35763469 a povinného F. D., nar. XX.X.XXXX, pričom išlo o trovy konania exekútora, čím spôsobil exekútorovi JUDr. Ľubomír Pekár škodu vo výške 77,38 Eur, - dňa 15.08.2011 zadal na prevod a dňa 16.08.2011 bola pripísaná na účet č. E. suma vo výške 117,16 Eur v exekučnom konaní pod číslom 4672/08 vo veci oprávneného Slovak Telekom, a.s., IČO: 35763469 a povinného A. C., nar. X.X.XXXX, pričom išlo o trovy konania exekútora, čím spôsobil exekútorovi JUDr. Ľubomír Pekár škodu vo výške 117,16 Eur,</w:t>
      </w:r>
    </w:p>
    <w:p>
      <w:r>
        <w:t>- dňa 15.08.2011 zadal na prevod a dňa 16.08.2011 bola pripísaná na účet č. E. suma vo výške 53,50 Eur v exekučnom konaní pod číslom 1704/09 vo veci oprávneného Slovak Telekom, a.s., IČO: 35763469 a povinného K. H., nar. XX.X.XXXX, pričom išlo o trovy konania exekútora, čím spôsobil exekútorovi JUDr. Ľubomír Pekár škodu vo výške 53,50 Eur, - dňa 15.08.2011 zadal na prevod a dňa 16.08.2011 bola pripísaná na účet č. XXXXXXXXXX/XXXX suma vo výške 59,00 Eur v exekučnom konaní pod číslom 6476/09 vo veci oprávneného Slovak Telekom, a.s., IČO: 35763469 a povinného F. V., nar. XX.X.XXXX, pričom išlo o trovy konania exekútora, čím spôsobil exekútorovi JUDr. Ľubomír Pekár škodu vo výške 59,00 Eur, - dňa 16.08.2011 zadal na prevod a dňa 17.08.2011 bola pripísaná na účet č. XXXXXXXXXX/XXXX suma vo výške 74,00 Eur v exekučnom konaní pod číslom 2920/09 vo veci oprávneného Slovak Telekom, a.s., IČO: 35763469 a povinného D. X., nar. X.X.XXXX, pričom išlo o trovy konania exekútora, čím spôsobil exekútorovi A. N. K. škodu vo výške 74,00 Eur, - dňa 19.08.2011 zadal na prevod a dňa 22.08.2011 bola pripísaná na účet č. XXXXXXXXXX/XXXX suma vo výške 105,00 Eur v exekučnom konaní pod číslom 751/09 vo veci oprávneného Slovak Telekom, a.s., IČO: 35763469 a povinného K. K., nar. X.X.XXXX, pričom išlo o trovy konania exekútora, čím spôsobil exekútorovi JUDr. Ľubomír Pekár škodu vo výške 105,00 Eur, - dňa 23.08.2011 zadal na prevod a dňa 24.08.2011 bola pripísaná na účet č. E. suma vo výške 76,00 Eur v exekučnom konaní pod číslom 5012/09 vo veci oprávneného Slovak Telekom, a.s., IČO: 35763469 a povinného Q. V., nar. XX.XX.XXXX, pričom išlo o trovy konania exekútora, čím spôsobil exekútorovi JUDr. Ľubomír Pekár škodu vo výške 76,00 Eur, - dňa 23.08.2011 zadal na prevod a dňa 24.08.2011 bola pripísaná na účet č. E. suma vo výške 120,63 Eur v exekučnom konaní pod číslom 4617/09 vo veci oprávneného Slovak Telekom, a.s., IČO: 35763469 a povinného B. E., nar. XX.X.XXXX, pričom išlo o trovy konania exekútora, čím spôsobil exekútorovi JUDr. Ľubomír Pekár škodu vo výške 120,63 Eur, - dňa 30.08.2011 zadal na prevod a dňa 31.08.2011 bola pripísaná na účet č. E. suma vo výške 132,00 Eur v exekučnom konaní pod číslom 3313/06 vo veci oprávneného Slovak Telekom, a.s., IČO: 35763469 a povinného D. H., nar. XX.X.XXXX, pričom išlo o trovy konania exekútora, čím spôsobil exekútorovi JUDr. Ľubomír Pekár škodu vo výške 132,00 Eur, - dňa 07.09.2011 zadal na prevod a dňa 08.09.2011 bola pripísaná na účet č. E. suma vo výške 95,00 Eur v exekučnom konaní pod číslom 3150/06 vo veci oprávneného Slovak Telekom, a.s., IČO: 35763469 a povinného W. B., nar. XX.XX.XXXX, pričom išlo o trovy konania exekútora, čím spôsobil exekútorovi JUDr. Ľubomír Pekár škodu vo výške 95,00 Eur, - dňa 07.09.2011 zadal na prevod a dňa 08.09.2011 bola pripísaná na účet č. XXXXXXXXXX/XXXX suma vo výške 124,00 Eur v exekučnom konaní pod číslom 4680/08 vo veci oprávneného Slovak Telekom, a.s., IČO: 35763469 a povinného H. O., nar. XX.X.XXXX, pričom išlo o trovy konania exekútora, čím spôsobil exekútorovi JUDr. Ľubomír Pekár škodu vo výške 124,00 Eur, - dňa 09.09.2011 zadal na prevod a dňa 12.09.2011 bola pripísaná na účet č. XXXXXXXXXX/XXXX suma vo výške 100,00 Eur v exekučnom konaní pod číslom 1091/08 vo veci oprávneného Slovak Telekom, a.s., IČO: 35763469 a povinného U. B., nar. X.XX.XXXX, pričom išlo o trovy konania exekútora, čím spôsobil exekútorovi JUDr. Ľubomír Pekár škodu vo výške 100,00 Eur, - dňa 09.09.2011 zadal na prevod a dňa 12.09.2011 bola pripísaná na účet č. E. suma vo výške 157,41 Eur v exekučnom konaní pod číslom 2992/06 vo veci oprávneného Slovak Telekom, a.s., IČO: 35763469 a povinného N. B. B., nar. X.XX.XXXX, pričom išlo o trovy konania exekútora, čím spôsobil exekútorovi JUDr. Ľubomír Pekár škodu vo výške 157,41 Eur, - dňa 09.09.2011 zadal na prevod a dňa 12.09.2011 bola pripísaná na účet č. XXXXXXXXXX/XXXX suma vo výške 20,06 Eur v exekučnom konaní pod číslom 5048/09 vo veci oprávneného Slovak Telekom, a.s., IČO: 35763469 a povinného F. H.,nar. XX.XX.XXXX, pričom išlo o trovy konania exekútora, čím spôsobil exekútorovi JUDr. Ľubomír Pekár škodu vo výške 20,06 Eur, - dňa 12.09.2011 zadal na prevod a dňa 13.09.2011 bola pripísaná na účet č. E. suma vo výške 124,00 Eur v exekučnom konaní pod číslom 488/08 vo veci oprávneného Slovak Telekom, a.s., IČO: 35763469 a povinného N. V., nar. XX.X.XXXX, pričom išlo o trovy konania exekútora, čím spôsobil exekútorovi JUDr. Ľubomír Pekár škodu vo výške 124,00 Eur, - dňa 12.09.2011 zadal na prevod a dňa 13.09.2011 bola pripísaná na účet č. E. suma vo výške 101,00 Eur v exekučnom konaní pod číslom 5053/09 vo veci oprávneného Slovak Telekom, a.s., IČO: 35763469 a povinného F. D., nar. XX.X.XXXX, pričom išlo o trovy konania exekútora, čím spôsobil exekútorovi JUDr. Ľubomír Pekár škodu vo výške 101,00 Eur, - dňa 14.09.2011 zadal na prevod a dňa 16.09.2011 bola pripísaná na účet č. XXXXXXXXXX/XXXX suma vo výške 78,00 Eur v exekučnom konaní pod číslom XXX/XX vo veci oprávneného Slovak Telekom, a.s.,</w:t>
      </w:r>
    </w:p>
    <w:p>
      <w:r>
        <w:t>IČO: 35763469 a povinného F. E., nar. XX.X.XXXX, pričom išlo o trovy konania exekútora, čím spôsobil exekútorovi JUDr. Ľubomír Pekár škodu vo výške 78,00 Eur, - dňa 14.09.2011 zadal na prevod a dňa 16.09.2011 bola pripísaná na účet č. E. suma vo výške 61,00 Eur v exekučnom konaní pod číslom 1704/09 vo veci oprávneného Slovak Telekom, a.s., IČO: 35763469 a povinného K. H., nar. XX.X.XXXX, pričom išlo o trovy konania exekútora, čím spôsobil exekútorovi JUDr. Ľubomír Pekár škodu vo výške 61,00 Eur, - dňa 14.09.2011 zadal na prevod a dňa 16.09.2011 bola pripísaná na účet č. XXXXXXXXXX/XXXX suma vo výške 69,54 Eur v exekučnom konaní pod číslom 1269/08 vo veci oprávneného Slovak Telekom, a.s., IČO: 35763469 a povinného G. B., nar. X.X.XXXX, pričom išlo o trovy konania exekútora, čím spôsobil exekútorovi JUDr. Ľubomír Pekár škodu vo výške 69,54 Eur, - dňa 16.09.2011 zadal na prevod a dňa 19.09.2011 bola pripísaná na účet č. XXXXXXXXXX/XXXX suma vo výške 49,00 Eur v exekučnom konaní pod číslom 2920/09 vo veci oprávneného Slovak Telekom, a.s., IČO: 35763469 a povinného D. X., nar. X.X.XXXX, pričom išlo o trovy konania exekútora, čím spôsobil exekútorovi JUDr. Ľubomír Pekár škodu vo výške 49,00 Eur, - dňa 19.09.2011 zadal na prevod a dňa 20.09.2011 bola pripísaná na účet č. XXXXXXXXXX/XXXX suma vo výške 166,88 Eur v exekučnom konaní pod číslom 1269/08 vo veci oprávneného Slovak Telekom, a.s., IČO: 35763469 a povinného G. B., nar. X.X.XXXX, pričom išlo o trovy konania exekútora, čím spôsobil exekútorovi JUDr. Ľubomír Pekár škodu vo výške 166,88 Eur, - dňa 06.10.2011 zadal na prevod a dňa 07.10.2011 bola pripísaná na účet č. E. suma vo výške 80,00 Eur v exekučnom konaní pod číslom 3150/06 vo veci oprávneného Slovak Telekom, a.s., IČO: 35763469 a povinného W. B., nar. XX.XX.XXXX, pričom išlo o trovy konania exekútora, čím spôsobil exekútorovi JUDr. Ľubomír Pekár škodu vo výške 80,00 Eur, - dňa 10.10.2011 zadal na prevod a dňa 11.10.2011 bola pripísaná na účet č. E. suma vo výške 70,00 Eur v exekučnom konaní pod číslom 3033/06 vo veci oprávneného Slovak Telekom, a.s., IČO: 35763469 a povinného B. O., nar. XX.X.XXXX, pričom išlo o trovy konania exekútora, čím spôsobil exekútorovi JUDr. Ľubomír Pekár škodu vo výške 70,00 Eur, - dňa 12.10.2011 zadal na prevod a dňa 13.10.2011 bola pripísaná na účet č. XXXXXXXXXX/XXXX suma vo výške 100,00 Eur v exekučnom konaní pod číslom 5856/09 vo veci oprávneného Slovak Telekom, a.s., IČO: 35763469 a povinného W. D., nar. XX.X.XXXX, pričom išlo o trovy konania exekútora, čím spôsobil exekútorovi JUDr. Ľubomír Pekár škodu vo výške 100,00 Eur, - dňa 12.10.2011 zadal na prevod a dňa 13.10.2011 bola pripísaná na účet č. E. suma vo výške 109,00 Eur v exekučnom konaní pod číslom 5053/09 vo veci oprávneného Slovak Telekom, a.s., IČO: 35763469 a povinného F. D., nar. XX.X.XXXX, pričom išlo o trovy konania exekútora, čím spôsobil exekútorovi JUDr. Ľubomír Pekár škodu vo výške 109,00 Eur, - dňa 14.10.2011 zadal na prevod a dňa 17.10.2011 bola pripísaná na účet č. E. suma vo výške 63,00 Eur v exekučnom konaní pod číslom 3033/06 vo veci oprávneného Slovak Telekom, a.s., IČO: 35763469 a povinného B. O., nar. XX.X.XXXX, pričom išlo o trovy konania exekútora, čím spôsobil exekútorovi JUDr. Ľubomír Pekár škodu vo výške 63,00 Eur, - dňa 19.10.2011 zadal na prevod a dňa 20.10.2011 bola pripísaná na účet č. E. suma vo výške 124,00 Eur v exekučnom konaní pod číslom 5826/09 vo veci oprávneného Slovak Telekom, a.s., IČO: 35763469 a povinného I. O., nar. XX.XX.XXXX, pričom išlo o trovy konania exekútora, čím spôsobil exekútorovi JUDr. Ľubomír Pekár škodu vo výške 124,00 Eur, - dňa 19.10.2011 zadal na prevod a dňa 20.10.2011 bola pripísaná na účet č. XXXXXXXXXX/XXXX suma vo výške 129,44 Eur v exekučnom konaní pod číslom 5056/09 vo veci oprávneného Slovak Telekom, a.s., IČO: 35763469 a povinného M. Y., nar. X.X.XXXX, pričom išlo o trovy konania exekútora, čím spôsobil exekútorovi JUDr. Ľubomír Pekár škodu vo výške 129,44 Eur, - dňa 19.10.2011 zadal na prevod a dňa 20.10.2011 bola pripísaná na účet č. XXXXXXXXXX/XXXX suma vo výške 123,78 Eur v exekučnom konaní pod číslom 440/08 vo veci oprávneného Slovak Telekom, a.s., IČO: 35763469 a povinného I. O., nar. XX.X.XXXX, pričom išlo o trovy konania exekútora, čím spôsobil exekútorovi JUDr. Ľubomír Pekár škodu vo výške 123,78 Eur, - dňa 20.10.2011 zadal na prevod a dňa 21.10.2011 bola pripísaná na účet č. E. suma vo výške 170,64 Eur v exekučnom konaní pod číslom 2181/08 vo veci oprávneného Slovak Telekom, a.s., IČO: 35763469 a povinného E. T., nar. XX.X.XXXX, pričom išlo o trovy konania exekútora, čím spôsobil exekútorovi JUDr. Ľubomír Pekár škodu vo výške 170,64 Eur, - dňa 24.10.2011 zadal na prevod a dňa 25.10.2011 bola pripísaná na účet č. XXXXXXXXXX/XXXX suma vo výške 112,37 Eur v exekučnom konaní pod číslom XXXX/XX vo veci oprávneného Slovak Telekom, a.s., IČO: 35763469 a povinného W. D., nar. XX.XX.XXXX, pričom išlo o trovy konania exekútora, čím spôsobil exekútorovi JUDr. Ľubomír Pekár škodu vo výške 112,37 Eur,</w:t>
      </w:r>
    </w:p>
    <w:p>
      <w:r>
        <w:t>- dňa 25.10.2011 zadal na prevod a dňa 26.10.2011 bola pripísaná na účet č. XXXXXXXXXX/XXXX suma vo výške 129,00 Eur v exekučnom konaní pod číslom 6247/09 vo veci oprávneného Slovak Telekom, a.s., IČO: 35763469 a povinného B. G., nar. X.X.XXXX, pričom išlo o trovy konania exekútora, čím spôsobil exekútorovi JUDr. Ľubomír Pekár škodu vo výške 129,00 Eur, - dňa 07.11.2011 zadal na prevod a dňa 08.11.2011 bola pripísaná na účet č. SK10750000004011163460 suma vo výške 119,20 Eur v exekučnom konaní pod číslom 5213/08 vo veci oprávneného Slovak Telekom, a.s., IČO: 35763469 a povinného W. E., nar. XX.XX.XXXX, pričom išlo o trovy konania exekútora, čím spôsobil exekútorovi JUDr. Ľubomír Pekár škodu vo výške 119,20 Eur, - dňa 07.11.2011 zadal na prevod a dňa 08.11.2011 bola pripísaná na účet č. E. suma vo výške 76,00 Eur v exekučnom konaní pod číslom 5530/08 vo veci oprávneného Slovak Telekom, a.s., IČO: 35763469 a povinného Q. U., nar. XX.X.XXXX, pričom išlo o trovy konania exekútora, čím spôsobil exekútorovi JUDr. Ľubomír Pekár škodu vo výške 76,00 Eur, - dňa 08.11.2011 zadal na prevod a dňa 09.11.2011 bola pripísaná na účet č. XXXXXXXXXX/XXXX suma vo výške 103,00 Eur v exekučnom konaní pod číslom 5048/09 vo veci oprávneného Slovak Telekom, a.s., IČO: 35763469 a povinného F. H., nar. XX.XX.XXXX, pričom išlo o trovy konania exekútora, čím spôsobil exekútorovi JUDr. Ľubomír Pekár škodu vo výške 103,00 Eur, - dňa 09.11.2011 zadal na prevod a dňa 10.11.2011 bola pripísaná na účet č. E. suma vo výške 65,00 Eur v exekučnom konaní pod číslom 1374/06 vo veci oprávneného Slovak Telekom, a.s., IČO: 35763469 a povinného A. B., nar. XX.X.XXXX, pričom išlo o trovy konania exekútora, čím spôsobil exekútorovi JUDr. Ľubomír Pekár škodu vo výške 65,00 Eur, - dňa 14.11.2011 zadal na prevod a dňa 15.11.2011 bola pripísaná na účet č. E. suma vo výške 67,00 Eur v exekučnom konaní pod číslom 5195/08 vo veci oprávneného Slovak Telekom, a.s., IČO: 35763469 a povinného Q. B., nar. X.X.XXXX, pričom išlo o trovy konania exekútora, čím spôsobil exekútorovi JUDr. Ľubomír Pekár škodu vo výške 67,00 Eur, - dňa 16.11.2011 zadal na prevod a dňa 18.11.2011 bola pripísaná na účet č. SK10750000004011163460 suma vo výške 260,00 Eur v exekučnom konaní pod číslom 3271/06 vo veci oprávneného Slovak Telekom, a.s., IČO: 35763469 a povinného A. O., nar. X.X.XXXX, pričom išlo o trovy konania exekútora, čím spôsobil exekútorovi JUDr. Ľubomír Pekár škodu vo výške 260,00 Eur, - dňa 16.11.2011 zadal na prevod a dňa 18.11.2011 bola pripísaná na účet č. XXXXXXXXXX/XXXX suma vo výške 220,30 Eur v exekučnom konaní pod číslom 3955/06 vo veci oprávneného Slovak Telekom, a.s., IČO: 35763469 a povinného A. T., nar. X.X.XXXX, pričom išlo o trovy konania exekútora, čím spôsobil exekútorovi JUDr. Ľubomír Pekár škodu vo výške 220,30 Eur, - dňa 16.11.2011 zadal na prevod a dňa 18.11.2011 bola pripísaná na účet č. XXXXXXXXXX/XXXX suma vo výške 50,30 Eur v exekučnom konaní pod číslom XXXX/XX vo veci oprávneného Slovak Telekom, a.s., IČO: 35763469 a povinného D. S., nar. XX.X.XXXX, pričom išlo o trovy konania exekútora, čím spôsobil exekútorovi JUDr. Ľubomír Pekár škodu vo výške 50,30 Eur, - dňa 22.11.2011 zadal na prevod a dňa 23.11.2011 bola pripísaná na účet č. E. suma vo výške 50,00 Eur v exekučnom konaní pod číslom 3459/06 vo veci oprávneného Slovak Telekom, a.s., IČO: 35763469 a povinného B. I., nar. XX.X.XXXX, pričom išlo o trovy konania exekútora, čím spôsobil exekútorovi JUDr. Ľubomír Pekár škodu vo výške 50,00 Eur, - dňa 30.11.2011 zadal na prevod a dňa 01.12.2011 bola pripísaná na účet č. E. suma vo výške 123,92 Eur v exekučnom konaní pod číslom 513/08 vo veci oprávneného Slovak Telekom, a.s., IČO: 35763469 a povinného K. E., nar. XX.X.XXXX, pričom išlo o trovy konania exekútora, čím spôsobil exekútorovi JUDr. Ľubomír Pekár škodu vo výške 123,92 Eur, - dňa 05.12.2011 zadal na prevod a dňa 06.12.2011 bola pripísaná na účet č. E. suma vo výške 46,00 Eur v exekučnom konaní pod číslom 5530/08 vo veci oprávneného Slovak Telekom, a.s., IČO: 35763469 a povinného Q. U., nar. XX.X.XXXX, pričom išlo o trovy konania exekútora, čím spôsobil exekútorovi JUDr. Ľubomír Pekár škodu vo výške 46,00 Eur, - dňa 07.12.2011 zadal na prevod a dňa 08.12.2011 bola pripísaná na účet č. E. suma vo výške 18,00 Eur v exekučnom konaní pod číslom 1374/06 vo veci oprávneného Slovak Telekom, a.s., IČO: 35763469 a povinného A. B., nar. XX.X.XXXX, pričom išlo o trovy konania exekútora, čím spôsobil exekútorovi A. N. K. škodu vo výške 18,00 Eur, - dňa 08.12.2011 zadal na prevod a dňa 09.12.2011 bola pripísaná na účet č. XXXXXXXXXX/XXXX suma vo výške 209,83 Eur v exekučnom konaní pod číslom 4588/09 vo veci oprávneného Slovak Telekom, a.s., IČO: 35763469 a povinného W. O., nar. XX.XX.XXXX, pričom išlo o trovy konania exekútora, čím spôsobil exekútorovi JUDr. Ľubomír Pekár škodu vo výške 209,83 Eur, - dňa 08.12.2011 zadal na prevod a dňa 09.12.2011 bola pripísaná na účet č. E. suma vo výške 139,00 Eur v exekučnom konaní pod číslom XXXX/XX vo veci oprávneného Slovak Telekom, a.s., IČO:</w:t>
      </w:r>
    </w:p>
    <w:p>
      <w:r>
        <w:t>35763469 a povinného Q. F., nar. XX.X.XXXX, pričom išlo o trovy konania exekútora, čím spôsobil exekútorovi JUDr. Ľubomír Pekár škodu vo výške 139,00 Eur, - dňa 12.12.2011 zadal na prevod a dňa 13.12.2011 bola pripísaná na účet č. E. suma vo výške 63,00 Eur v exekučnom konaní pod číslom 4995/09 vo veci oprávneného Slovak Telekom, a.s., IČO: 35763469 a povinného B. P., nar. 26.10.1955, pričom išlo o trovy konania exekútora, čím spôsobil exekútorovi JUDr. Ľubomír Pekár škodu vo výške 63,00 Eur, - dňa 12.12.2011 zadal na prevod a dňa 13.12.2011 bola pripísaná na účet č. XXXXXXXXXX/XXXX suma vo výške 94,00 Eur v exekučnom konaní pod číslom 3276/06 vo veci oprávneného Slovak Telekom, a.s., IČO: 35763469 a povinného Q. O., nar. XX.X.XXXX, pričom išlo o trovy konania exekútora, čím spôsobil exekútorovi JUDr. Ľubomír Pekár škodu vo výške 94,00 Eur, - dňa 16.12.2011 zadal na prevod a dňa 19.12.2011 bola pripísaná na účet č. XXXXXXXXXX/XXXX suma vo výške 80,00 Eur v exekučnom konaní pod číslom XXXX/XX vo veci oprávneného Slovak Telekom, a.s., IČO: 35763469 a povinného D. S., nar. XX.X.XXXX, pričom išlo o trovy konania exekútora, čím spôsobil exekútorovi JUDr. Ľubomír Pekár škodu vo výške 80,00 Eur, - dňa 19.12.2011 zadal na prevod a dňa 20.12.2011 bola pripísaná na účet č. XXXXXXXXXX/XXXX suma vo výške 134,00 Eur v exekučnom konaní pod číslom 7002/07 vo veci oprávneného Slovak Telekom, a.s., IČO: 35763469 a povinného K. O., nar. X.X.XXXX, pričom išlo o trovy konania exekútora, čím spôsobil exekútorovi JUDr. Ľubomír Pekár škodu vo výške 134,00 Eur, - dňa 19.12.2011 zadal na prevod a dňa 20.12.2011 bola pripísaná na účet č. E. suma vo výške 107,00 Eur v exekučnom konaní pod číslom XXXX/XX vo veci oprávneného Slovak Telekom, a.s., IČO: 35763469 a povinného W. B., nar. XX.X.XXXX, pričom išlo o trovy konania exekútora, čím spôsobil exekútorovi JUDr. Ľubomír Pekár škodu vo výške 107,00 Eur, - dňa 21.12.2011 zadal na prevod a dňa 22.12.2011 bola pripísaná na účet č. SK10750000004011163460 suma vo výške 266,22 Eur v exekučnom konaní pod číslom 7962/07 vo veci oprávneného Slovak Telekom, a.s., IČO: 35763469 a povinného B. B., nar. XX.X.XXXX, pričom išlo o trovy konania exekútora, čím spôsobil exekútorovi JUDr. Ľubomír Pekár škodu vo výške 266,22 Eur, - dňa 29.12.2011 zadal na prevod a dňa 30.12.2011 bola pripísaná na účet č. XXXXXXXXXX/XXXX suma vo výške 40,00 Eur v exekučnom konaní pod číslom 6444/09 vo veci oprávneného Slovak Telekom, a.s., IČO: 35763469 a povinného A. G., nar. 26.9.1981, pričom išlo o trovy konania exekútora, čím spôsobil exekútorovi JUDr. Ľubomír Pekár škodu vo výške 40,00 Eur, - dňa 04.01.2012 zadal na prevod a dňa 05.01.2012 bola pripísaná na účet č. XXXXXXXXXX/XXXX suma vo výške 100,00 Eur v exekučnom konaní pod číslom 6994/07 vo veci oprávneného Slovak Telekom, a.s., IČO: 35763469 a povinného P. P., nar. XX.X.XXXX, pričom išlo o trovy konania exekútora, čím spôsobil exekútorovi JUDr. Ľubomír Pekár škodu vo výške 100,00 Eur, - dňa 04.01.2012 zadal na prevod a dňa 05.01.2012 bola pripísaná na účet č. E. suma vo výške 70,00 Eur v exekučnom konaní pod číslom 5520/08 vo veci oprávneného Slovak Telekom, a.s., IČO: 35763469 a povinného W. G., nar. XX.XX.XXXX, pričom išlo o trovy konania exekútora, čím spôsobil exekútorovi JUDr. Ľubomír Pekár škodu vo výške 70,00 Eur, - dňa 05.01.2012 zadal na prevod a dňa 09.01.2012 bola pripísaná na účet č. E. suma vo výške 170,00 Eur v exekučnom konaní pod číslom 3307/05 vo veci oprávneného Slovak Telekom, a.s., IČO: 35763469 a povinného F. U., nar. X.X.XXXX, pričom išlo o trovy konania exekútora, čím spôsobil exekútorovi JUDr. Ľubomír Pekár škodu vo výške 170,00 Eur, - dňa 05.01.2012 zadal na prevod a dňa 09.01.2012 bola pripísaná na účet č. XXXXXXXXX/XXXX suma vo výške 150,00 Eur v exekučnom konaní pod číslom 3276/06 vo veci oprávneného Slovak Telekom, a.s., IČO: 35763469 a povinného Q. O., nar. XX.X.XXXX, pričom išlo o trovy konania exekútora, čím spôsobil exekútorovi JUDr. Ľubomír Pekár škodu vo výške 150,00 Eur, - dňa 05.01.2012 zadal na prevod a dňa 09.01.2012 bola pripísaná na účet č. E. suma vo výške 100,00 Eur v exekučnom konaní pod číslom 5837/09 vo veci oprávneného Slovak Telekom, a.s., IČO: 35763469 a povinného B. K., nar. XX.X.XXXX, pričom išlo o trovy konania exekútora, čím spôsobil exekútorovi JUDr. Ľubomír Pekár škodu vo výške 100,00 Eur, - dňa 05.01.2012 zadal na prevod a dňa 09.01.2012 bola pripísaná na účet č. XXXXXXXXXX/XXXX suma vo výške 118,32 Eur v exekučnom konaní pod číslom 5118/06 vo veci oprávneného Slovak Telekom, a.s., IČO: 35763469 a povinného B. Y., nar. XX.X.XXXX, pričom išlo o trovy konania exekútora, čím spôsobil exekútorovi JUDr. Ľubomír Pekár škodu vo výške 118,32 Eur, - dňa 24.01.2012 zadal na prevod a dňa 25.01.2012 bola pripísaná na účet č. E. suma vo výške 43,49 Eur v exekučnom konaní pod číslom 7967/07 vo veci oprávneného Slovak Telekom, a.s., IČO: 35763469 a povinného K. O., nar. X.X.XXXX, pričom išlo o preplatok povinného v exekučnom konaní, čím spôsobil exekútorovi JUDr. Ľubomír Pekár škodu vo výške 43,49 Eur,</w:t>
      </w:r>
    </w:p>
    <w:p>
      <w:r>
        <w:t>- dňa 24.01.2012 zadal na prevod a dňa 25.01.2012 bola pripísaná na účet č. XXXXXXXXXX/XXXX suma vo výške 80,19 Eur v exekučnom konaní pod číslom 7002/07 vo veci oprávneného Slovak Telekom, a.s., IČO: 35763469 a povinného K. O., nar. X.X.XXXX, pričom išlo o preplatok povinného v exekučnom konaní, čím spôsobil exekútorovi JUDr. Ľubomír Pekár škodu vo výške 80,19 Eur, - dňa 24.01.2012 zadal na prevod a dňa 25.01.2012 bola pripísaná na účet č. XXXXXXXXXX/XXXX suma vo výške 46,07 Eur v exekučnom konaní pod číslom XXXX/XX vo veci oprávneného Slovak Telekom, a.s., IČO: 35763469 a povinného W. B., nar. XX.X.XXXX, pričom išlo o trovy konania exekútora, čím spôsobil exekútorovi JUDr. Ľubomír Pekár škodu vo výške 46,07 Eur, - dňa 30.01.2012 zadal na prevod a dňa 31.01.2012 bola pripísaná na účet č. SK10750000004011163460 suma vo výške 66,39 Eur v exekučnom konaní pod číslom 4289/06 vo veci oprávneného Slovak Telekom, a.s., IČO: 35763469 a povinného J. T., nar. XX.X.XXXX, pričom išlo o preplatok povinného v exekučnom konaní, čím spôsobil exekútorovi JUDr. Ľubomír Pekár škodu vo výške 66,39 Eur, - dňa 30.01.2012 zadal na prevod a dňa 31.01.2012 bola pripísaná na účet č. XXXXXXXXX/XXXX suma vo výške 70,00 Eur v exekučnom konaní pod číslom 5520/08 vo veci oprávneného Slovak Telekom, a.s., IČO: 35763469 a povinného W. G., nar. XX.XX.XXXX, pričom išlo o preplatok povinného v exekučnom konaní, čím spôsobil exekútorovi JUDr. Ľubomír Pekár škodu vo výške 70,00 Eur, - dňa 30.01.2012 zadal na prevod a dňa 31.01.2012 bola pripísaná na účet č. E. suma vo výške 224,87 Eur v exekučnom konaní pod číslom 1281/08 vo veci oprávneného Slovak Telekom, a.s., IČO: 35763469 a povinného B. E., nar. XX.X.XXXX, pričom išlo o trovy konania exekútora, čím spôsobil exekútorovi JUDr. Ľubomír Pekár škodu vo výške 224,87 Eur, - dňa 30.01.2012 zadal na prevod a dňa 31.01.2012 bola pripísaná na účet č. E. suma vo výške 190,00 Eur v exekučnom konaní pod číslom 4336/06 vo veci oprávneného Slovak Telekom, a.s., IČO: 35763469 a povinného K. E., nar. XX.X.XXXX, pričom išlo o trovy konania exekútora, čím spôsobil exekútorovi JUDr. Ľubomír Pekár škodu vo výške 190,00 Eur, - dňa 30.01.2012 zadal na prevod a dňa 31.01.2012 bola pripísaná na účet č. XXXXXXXXXX/XXXX suma vo výške 84,00 Eur v exekučnom konaní pod číslom 6444/09 vo veci oprávneného Slovak Telekom, a.s., IČO: 35763469 a povinného A. G., nar. XX.X.XXXX, pričom išlo o trovy konania exekútora, čím spôsobil exekútorovi JUDr. Ľubomír Pekár škodu vo výške 84,00 Eur, - dňa 06.02.2012 zadal na prevod a dňa 07.02.2012 bola pripísaná na účet č. E. suma vo výške 43,65 Eur v exekučnom konaní pod číslom 329/09 vo veci oprávneného Slovak Telekom, a.s., IČO: 35763469 a povinného B. D., nar. XX.X.XXXX, pričom išlo o preplatok povinného v exekučnom konaní, čím spôsobil exekútorovi JUDr. Ľubomír Pekár škodu vo výške 43,65 Eur, - dňa 06.02.2012 zadal na prevod a dňa 07.02.2012 bola pripísaná na účet č. XXXXXXXXXX/XXXX suma vo výške 128,98 Eur v exekučnom konaní pod číslom 865/06 vo veci oprávneného Slovak Telekom, a.s., IČO: 35763469 a povinného B. M., nar. XX.XX.XXXX, pričom išlo o preplatok povinného v exekučnom konaní, čím spôsobil exekútorovi JUDr. Ľubomír Pekár škodu vo výške 128,98 Eur, - dňa 06.02.2012 zadal na prevod a dňa 07.02.2012 bola pripísaná na účet č. XXXXXXXXX/XXXX suma vo výške 30,65 Eur v exekučnom konaní pod číslom 6260/09 vo veci oprávneného Slovak Telekom, a.s., IČO: 35763469 a povinného W. G., nar. XX.XX.XXXX, pričom išlo o preplatok povinného v exekučnom konaní, čím spôsobil exekútorovi JUDr. Ľubomír Pekár škodu vo výške 30,65 Eur, - dňa 08.02.2012 zadal na prevod a dňa 09.02.2012 bola pripísaná na účet č. XXXXXXXXXX/XXXX suma vo výške 84,57 Eur v exekučnom konaní pod číslom 6994/07 vo veci oprávneného Slovak Telekom, a.s., IČO: 35763469 a povinného P. P., nar. XX.X.XXXX, pričom išlo o preplatok povinného v exekučnom konaní, čím spôsobil exekútorovi A. N. K. škodu vo výške 84,57 Eur, - dňa 08.02.2012 zadal na prevod a dňa 09.02.2012 bola pripísaná na účet č. E. suma vo výške 30,89 Eur v exekučnom konaní pod číslom 2182/08 vo veci oprávneného Slovak Telekom, a.s., IČO: 35763469 a povinného B. P., nar. XX.X.XXXX, pričom išlo o trovy konania exekútora, čím spôsobil exekútorovi JUDr. Ľubomír Pekár škodu vo výške 30,89 Eur, - dňa 14.02.2012 zadal na prevod a dňa 15.02.2012 bola pripísaná na účet č. XXXXXXXXXX/XXXX suma vo výške 74,65 Eur v exekučnom konaní pod číslom 5837/09 vo veci oprávneného Slovak Telekom, a.s., IČO: 35763469 a povinného B. K., nar. XX.X.XXXX, pričom išlo o preplatok povinného v exekučnom konaní, čím spôsobil exekútorovi JUDr. Ľubomír Pekár škodu vo výške 74,65 Eur, - dňa 14.02.2012 zadal na prevod a dňa 15.02.2012 bola pripísaná na účet č. XXXXXXXXXX/XXXX suma vo výške 39,41 Eur v exekučnom konaní pod číslom 4478/08 vo veci oprávneného Slovak Telekom, a.s., IČO: 35763469 a povinného J. E., nar. XX.X.XXXX, pričom išlo o trovy konania exekútora, čím spôsobil exekútorovi JUDr. Ľubomír Pekár škodu vo výške 39,41 Eur,</w:t>
      </w:r>
    </w:p>
    <w:p>
      <w:r>
        <w:t>- dňa 17.02.2012 zadal na prevod a dňa 20.02.2012 bola pripísaná na účet č. E. suma vo výške 64,68 Eur v exekučnom konaní pod číslom 7967/07 vo veci oprávneného Slovak Telekom, a.s., IČO: 35763469 a povinného F. K., nar. XX.X.XXXX, pričom išlo o preplatok povinného v exekučnom konaní, čím spôsobil exekútorovi JUDr. Ľubomír Pekár škodu vo výške 64,68 Eur, - dňa 28.02.2012 zadal na prevod a dňa 29.02.2012 bola pripísaná na účet č. E. suma vo výške 66,39 Eur v exekučnom konaní pod číslom 4289/06 vo veci oprávneného Slovak Telekom, a.s., IČO: 35763469 a povinného J. T., nar. XX.X.XXXX, pričom išlo o preplatok povinného v exekučnom konaní, čím spôsobil exekútorovi JUDr. Ľubomír Pekár škodu vo výške 66,39 Eur, - dňa 28.02.2012 zadal na prevod a dňa 29.02.2012 bola pripísaná na účet č. E. suma vo výške 33,41 Eur v exekučnom konaní pod číslom 1281/08 vo veci oprávneného Slovak Telekom, a.s., IČO: 35763469 a povinného B. E., nar. XX.X.XXXX, pričom išlo o trovy konania exekútora, čím spôsobil exekútorovi JUDr. Ľubomír Pekár škodu vo výške 33,41 Eur, - dňa 05.03.2012 zadal na prevod a dňa 06.03.2012 bola pripísaná na účet č. SK10750000004011163460 suma vo výške 81,58 Eur v exekučnom konaní pod číslom 329/09 vo veci oprávneného Slovak Telekom, a.s., IČO: 35763469 a povinného B. D., nar. XX.X.XXXX, pričom išlo o preplatok povinného v exekučnom konaní, čím spôsobil exekútorovi JUDr. Ľubomír Pekár škodu vo výške 81,58 Eur, - dňa 05.03.2012 zadal na prevod a dňa 06.03.2012 bola pripísaná na účet č. XXXXXXXXXX/XXXX suma vo výške 70,23 Eur v exekučnom konaní pod číslom 865/06 vo veci oprávneného Slovak Telekom, a.s., IČO: 35763469 a povinného B. M., nar. XX.XX.XXXX, pričom išlo o preplatok povinného v exekučnom konaní, čím spôsobil exekútorovi JUDr. Ľubomír Pekár škodu vo výške 70,23 Eur, - dňa 05.03.2012 zadal na prevod a dňa 06.03.2012 bola pripísaná na účet č. XXXXXXXXX/XXXX suma vo výške 62,44 Eur v exekučnom konaní pod číslom 6260/09 vo veci oprávneného Slovak Telekom, a.s., IČO: 35763469 a povinného W. G., nar. XX.XX.XXXX, pričom išlo o preplatok povinného v exekučnom konaní, čím spôsobil exekútorovi JUDr. Ľubomír Pekár škodu vo výške 62,44 Eur, - dňa 05.03.2012 zadal na prevod a dňa 06.03.2012 bola pripísaná na účet č. XXXXXXXXX/XXXX suma vo výške 35,00 Eur v exekučnom konaní pod číslom 5520/08 vo veci oprávneného Slovak Telekom, a.s., IČO: 35763469 a povinného W. G., nar. XX.XX.XXXX, pričom išlo o preplatok povinného v exekučnom konaní, čím spôsobil exekútorovi JUDr. Ľubomír Pekár škodu vo výške 35,00 Eur, - dňa 06.03.2012 zadal na prevod a dňa 07.03.2012 bola pripísaná na účet č. E. suma vo výške 65,59 Eur v exekučnom konaní pod číslom 4995/09 vo veci oprávneného Slovak Telekom, a.s., IČO: 35763469 a povinného B. P., nar. XX.XX.XXXX, pričom išlo o preplatok povinného v exekučnom konaní, čím spôsobil exekútorovi JUDr. Ľubomír Pekár škodu vo výške 65,59 Eur, - dňa 06.03.2012 zadal na prevod a dňa 07.03.2012 bola pripísaná na účet č. XXXXXXXXXX/XXXX suma vo výške 35,00 Eur v exekučnom konaní pod číslom 2951/08 vo veci oprávneného Slovak Telekom, a.s., IČO: 35763469 a povinného P. D., nar. XX.XX.XXXX, pričom išlo o trovy konania exekútora, čím spôsobil exekútorovi JUDr. Ľubomír Pekár škodu vo výške 35,00 Eur, - dňa 12.03.2012 zadal na prevod a dňa 13.03.2012 bola pripísaná na účet č. E. suma vo výške 93,41 Eur v exekučnom konaní pod číslom 2182/08 vo veci oprávneného Slovak Telekom, a.s., IČO: 35763469 a povinného B. P. , nar. XX.X.XXXX, pričom išlo o trovy konania exekútora, čím spôsobil exekútorovi JUDr. Ľubomír Pekár škodu vo výške 93,41 Eur, - dňa 13.03.2012 zadal na prevod a dňa 14.03.2012 bola pripísaná na účet č. XXXXXXXXX/XXXX suma vo výške 114,55 Eur v exekučnom konaní pod číslom 6281/09 vo veci oprávneného Slovak Telekom, a.s., IČO: 35763469 a povinného W. O., nar. XX.X.XXXX, pričom išlo o preplatok povinného v exekučnom konaní, čím spôsobil exekútorovi JUDr. Ľubomír Pekár škodu vo výške 114,55 Eur, - dňa 13.03.2012 zadal na prevod a dňa 14.03.2012 bola pripísaná na účet č. E. suma vo výške 124,00 Eur v exekučnom konaní pod číslom 6435/09 vo veci oprávneného Slovak Telekom, a.s., IČO: 35763469 a povinného W. G., nar. X.X.XXXX, pričom išlo o trovy konania exekútora, čím spôsobil exekútorovi JUDr. Ľubomír Pekár škodu vo výške 124,00 Eur, - dňa 13.03.2012 zadal na prevod a dňa 14.03.2012 bola pripísaná na účet č. XXXXXXXXXX/XXXX suma vo výške 33,14 Eur v exekučnom konaní pod číslom 4478/08 vo veci oprávneného Slovak Telekom, a.s., IČO: 35763469 a povinného J. E., nar. XX.X.XXXX, pričom išlo o preplatok povinného v exekučnom konaní, čím spôsobil exekútorovi JUDr. Ľubomír Pekár škodu vo výške 33,14 Eur, - dňa 19.03.2012 zadal na prevod a dňa 21.03.2012 bola pripísaná na účet č. E. suma vo výške 170,00 Eur v exekučnom konaní pod číslom 3779/06 vo veci oprávneného Slovak Telekom, a.s., IČO: 35763469 a povinného W. E., nar. X.X.XXXX, pričom išlo o preplatok povinného v exekučnom konaní v sume 130,17 Eur a trovy konania exekútora v sume 39,83 Eur, čím spôsobil exekútorovi JUDr. Ľubomír Pekár škodu vo výške 170,00 Eur,</w:t>
      </w:r>
    </w:p>
    <w:p>
      <w:r>
        <w:t>- dňa 19.03.2012 zadal na prevod a dňa 21.03.2012 bola pripísaná na účet č. XXXXXXXXXX/XXXX suma vo výške 129,00 Eur v exekučnom konaní pod číslom 6457/09 vo veci oprávneného Slovak Telekom, a.s., IČO: 35763469 a povinného [. T., nar. XX.X.XXXX, pričom išlo o preplatok povinného v exekučnom konaní, čím spôsobil exekútorovi JUDr. Ľubomír Pekár škodu vo výške 129,00 Eur, - dňa 19.03.2012 zadal na prevod a dňa 21.03.2012 bola pripísaná na účet č. XXXXXXXXXX/XXXX suma vo výške 79,60 Eur v exekučnom konaní pod číslom 723/09 vo veci oprávneného Slovak Telekom, a.s., IČO: 35763469 a povinného D. O., nar. XX.X.XXXX, pričom išlo o preplatok povinného v exekučnom konaní, čím spôsobil exekútorovi JUDr. Ľubomír Pekár škodu vo výške 79,60 Eur, - dňa 26.03.2012 zadal na prevod a dňa 27.03.2012 bola pripísaná na účet č. SK10750000004011163460 suma vo výške 66,39 Eur v exekučnom konaní pod číslom 4289/06 vo veci oprávneného Slovak Telekom, a.s., IČO: 35763469 a povinného J. T., nar. XX.X.XXXX, pričom išlo o preplatok povinného v exekučnom konaní, čím spôsobil exekútorovi JUDr. Ľubomír Pekár škodu vo výške 66,39 Eur, - dňa 04.04.2012 zadal na prevod a dňa 05.04.2012 bola pripísaná na účet č. XXXXXXXXXX/XXXX suma vo výške 51,55 Eur v exekučnom konaní pod číslom 4991/08 vo veci oprávneného Slovak Telekom, a.s., IČO: 35763469 a povinného I. O., nar. XX.XX.XXXX, pričom išlo o preplatok povinného v exekučnom konaní, čím spôsobil exekútorovi JUDr. Ľubomír Pekár škodu vo výške 51,55 Eur, - dňa 05.04.2012 zadal na prevod a dňa 10.04.2012 bola pripísaná na účet č. E. suma vo výške 88,10 Eur v exekučnom konaní pod číslom 3299/06 vo veci oprávneného Slovak Telekom, a.s., IČO: 35763469 a povinného M. K., nar. XX.X.XXXX, pričom išlo o odmenu exekútora za záložné právo, čím spôsobil exekútorovi JUDr. Ľubomír Pekár škodu vo výške 88,10 Eur, - dňa 05.04.2012 zadal na prevod a dňa 10.04.2012 bola pripísaná na účet č. XXXXXXXXXX/XXXX suma vo výške 53,77 Eur v exekučnom konaní pod číslom 4578/09 vo veci oprávneného Slovak Telekom, a.s., IČO: 35763469 a povinného X. T., nar. XX.X.XXXX, pričom išlo o preplatok povinného v exekučnom konaní, čím spôsobil exekútorovi A. N. K. škodu vo výške 53,77 Eur, - dňa 06.04.2012 zadal na prevod a dňa 10.04.2012 bola pripísaná na účet č. E. suma vo výške 67,70 Eur v exekučnom konaní pod číslom 4003/06 vo veci oprávneného Slovak Telekom, a.s., IČO: 35763469 a povinného A. E., nar. XX.X.XXXX, pričom išlo o odmenu exekútora za záložné právo, čím spôsobil exekútorovi JUDr. Ľubomír Pekár škodu vo výške 67,70 Eur, - dňa 11.04.2012 zadal na prevod a dňa 12.04.2012 bola pripísaná na účet č. XXXXXXXXXX/XXXX suma vo výške 35,90 Eur v exekučnom konaní pod číslom 4478/08 vo veci oprávneného Slovak Telekom, a.s., IČO: 35763469 a povinného J. E., nar. XX.X.XXXX, pričom išlo o preplatok povinného v exekučnom konaní, čím spôsobil exekútorovi JUDr. Ľubomír Pekár škodu vo výške 35,90 Eur, - dňa 12.04.2012 zadal na prevod a dňa 13.04.2012 bola pripísaná na účet č. XXXXXXXXXX/XXXX suma vo výške 124,00 Eur v exekučnom konaní pod číslom 1076/08 vo veci oprávneného Slovak Telekom, a.s., IČO: 35763469 a povinného M. I., nar. XX.X.XXXX, pričom išlo o preplatok povinného v exekučnom konaní, čím spôsobil exekútorovi JUDr. Ľubomír Pekár škodu vo výške 124,00 Eur, - dňa 12.04.2012 zadal na prevod a dňa 13.04.2012 bola pripísaná na účet č. XXXXXXXXX/XXXX suma vo výške 100,79 Eur v exekučnom konaní pod číslom 2901/08 vo veci oprávneného Slovak Telekom, a.s., IČO: 35763469 a povinného B. K., nar. XX.X.XXXX, pričom išlo o preplatok povinného v exekučnom konaní, čím spôsobil exekútorovi JUDr. Ľubomír Pekár škodu vo výške 100,79 Eur, - dňa 12.04.2012 zadal na prevod a dňa 13.04.2012 bola pripísaná na účet č. E. suma vo výške 106,00 Eur v exekučnom konaní pod číslom 1044/11 vo veci oprávneného E. A. a povinného A. B., nar. X.X.XXXX, pričom išlo o trovy konania exekútora, čím spôsobil exekútorovi JUDr. Ľubomír Pekár škodu vo výške 106,00 Eur, - dňa 18.04.2012 zadal na prevod a dňa 19.04.2012 bola pripísaná na účet č. E. suma vo výške 66,39 Eur v exekučnom konaní pod číslom 4289/06 vo veci oprávneného Slovak Telekom, a.s., IČO: 35763469 a povinného J. T., nar. XX.X.XXXX, pričom išlo o preplatok povinného v exekučnom konaní, čím spôsobil exekútorovi JUDr. Ľubomír Pekár škodu vo výške 66,39 Eur, - dňa 17.04.2012 zadal na prevod a dňa 19.04.2012 bola pripísaná na účet č. XXXXXXXXXX/XXXX suma vo výške 36,00 Eur v exekučnom konaní pod číslom 385/09 vo veci oprávneného Slovak Telekom, a.s., IČO: 35763469 a povinného A. T., nar. XX.X.XXXX, pričom išlo o preplatok povinného v exekučnom konaní, čím spôsobil exekútorovi JUDr. Ľubomír Pekár škodu vo výške 36,00 Eur, - dňa 23.04.2012 zadal na prevod a dňa 24.04.2012 bola pripísaná na účet č. XXXXXXXXXX/XXXX suma vo výške 88,00 Eur v exekučnom konaní pod číslom 723/09 vo veci oprávneného Slovak Telekom, a.s., IČO: 35763469 a povinného D. O., nar. XX.X.XXXX, pričom išlo o preplatok povinného v exekučnom konaní v sume 36,43 Eur a trovy exekútora v sume 51,57 Eur, čím spôsobil exekútorovi JUDr. Ľubomír Pekár škodu vo výške 88,00 Eur,</w:t>
      </w:r>
    </w:p>
    <w:p>
      <w:r>
        <w:t>- dňa 25.04.2012 zadal na prevod a dňa 27.04.2012 bola pripísaná na účet č. E. suma vo výške 124,00 Eur v exekučnom konaní pod číslom 4334/06 vo veci oprávneného Slovak Telekom, a.s., IČO: 35763469 a povinného E. E., nar. X.X.XXXX, pričom išlo o preplatok povinného v exekučnom konaní, čím spôsobil exekútorovi JUDr. Ľubomír Pekár škodu vo výške 124,00 Eur, - dňa 03.05.2012 zadal na prevod a dňa 07.05.2012 bola pripísaná na účet č. SK10750000004011163460 suma vo výške 88,10 Eur v exekučnom konaní pod číslom 3299/06 vo veci oprávneného Slovak Telekom, a.s., IČO: 35763469 a povinného M. K., nar. XX.X.XXXX, pričom išlo o odmenu exekútora za záložné právo, čím spôsobil exekútorovi JUDr. Ľubomír Pekár škodu vo výške 88,10 Eur, - dňa 03.05.2012 zadal na prevod a dňa 07.05.2012 bola pripísaná na účet č. E. suma vo výške 72,44 Eur v exekučnom konaní pod číslom 4003/06 vo veci oprávneného Slovak Telekom, a.s., IČO: 35763469 a povinného A. E., štátny občan SR, nar. XX.X.XXXX, pričom išlo o odmenu exekútora za záložné právo, čím spôsobil exekútorovi JUDr. Ľubomír Pekár škodu vo výške 72,44 Eur, - dňa 03.05.2012 zadal na prevod a dňa 07.05.2012 bola pripísaná na účet č. XXXXXXXXXX/XXXX suma vo výške 130,00 Eur v exekučnom konaní pod číslom 3101/06 vo veci oprávneného Slovak Telekom, a.s., IČO: 35763469 a povinného B. G., nar. XX.X.XXXX, pričom išlo o preplatok povinného v exekučnom konaní v sume 104,84 Eur a trovy konania exekútora v sume 25,16 Eur, čím spôsobil exekútorovi JUDr. Ľubomír Pekár škodu vo výške 130,00 Eur, - dňa 04.05.2012 zadal na prevod a dňa 09.05.2012 bola pripísaná na účet č. XXXXXXXXXX/XXXX suma vo výške 24,46 Eur v exekučnom konaní pod číslom 4991/08 vo veci oprávneného Slovak Telekom, a.s., IČO: 35763469 a povinného I. O., nar. XX.XX.XXXX, pričom išlo o preplatok povinného v exekučnom konaní, čím spôsobil exekútorovi JUDr. Ľubomír Pekár škodu vo výške 24,46 Eur, - dňa 04.05.2012 zadal na prevod a dňa 09.05.2012 bola pripísaná na účet č. XXXXXXXXXX/XXXX suma vo výške 53,77 Eur v exekučnom konaní pod číslom 4578/09 vo veci oprávneného Slovak Telekom, a.s., IČO: 35763469 a povinného X. T., nar. XX.X.XXXX, pričom išlo o preplatok povinného v exekučnom konaní, čím spôsobil exekútorovi JUDr. Ľubomír Pekár škodu vo výške 53,77 Eur, - dňa 09.05.2012 zadal na prevod a dňa 11.05.2012 bola pripísaná na účet č. E. suma vo výške 133,42 Eur v exekučnom konaní pod číslom 5118/06 vo veci oprávneného Slovak Telekom, a.s., IČO: 35763469 a povinného B. Y., nar. XX.X.XXXX, pričom išlo o preplatok povinného v exekučnom konaní, čím spôsobil exekútorovi JUDr. Ľubomír Pekár škodu vo výške 133,42 Eur, - dňa 09.05.2012 zadal na prevod a dňa 11.05.2012 bola pripísaná na účet č. XXXXXXXXX/XXXX suma vo výške 151,86 Eur v exekučnom konaní pod číslom 3307/05 vo veci oprávneného Slovak Telekom, a.s., IČO: 35763469 a povinného F. U., nar. X.X.XXXX, pričom išlo o vymoženú čiastku oprávneného v exekučnom konaní v sume 122,47 Eur a trovy konania exekútora v sume 29,39 Eur, čím spôsobil exekútorovi JUDr. Ľubomír Pekár škodu vo výške 151,86 Eur, - dňa 11.05.2012 zadal na prevod a dňa 14.05.2012 bola pripísaná na účet č. XXXXXXXXX/XXXX suma vo výške 30,00 Eur v exekučnom konaní pod číslom 2901/08 vo veci oprávneného Slovak Telekom, a.s., IČO: 35763469 a povinného B. K., nar. XX.X.XXXX, pričom išlo o preplatok povinného v exekučnom konaní, čím spôsobil exekútorovi JUDr. Ľubomír Pekár škodu vo výške 30,00 Eur, - dňa 15.05.2012 zadal na prevod a dňa 16.05.2012 bola pripísaná na účet č. E. suma vo výške 60,44 Eur v exekučnom konaní pod číslom 375/09 vo veci oprávneného Slovak Telekom, a.s., IČO: 35763469 a povinného A. M., nar. XX.XX.XXXX, pričom išlo o preplatok povinného v exekučnom konaní, čím spôsobil exekútorovi JUDr. Ľubomír Pekár škodu vo výške 60,44 Eur, - dňa 15.05.2012 zadal na prevod a dňa 16.05.2012 bola pripísaná na účet č. XXXXXXXXXX/XXXX suma vo výške 66,24 Eur v exekučnom konaní pod číslom 3926/06 vo veci oprávneného Slovak Telekom, a.s., IČO: 35763469 a povinného B. [., nar. X.XX.XXXX, pričom išlo o preplatok povinného v exekučnom konaní, čím spôsobil exekútorovi JUDr. Ľubomír Pekár škodu vo výške 66,24 Eur, - dňa 15.05.2012 zadal na prevod a dňa 16.05.2012 bola pripísaná na účet č. E. suma vo výške 150,68 Eur v exekučnom konaní pod číslom 7989/07 vo veci oprávneného Slovak Telekom, a.s., IČO: 35763469 a povinného A. E., nar. XX.X.XXXX, pričom išlo o preplatok povinného v exekučnom konaní v sume 18,89 Eur a odmenu exekútora za záložné právo v sume 131,79 Eur, čím spôsobil exekútorovi JUDr. Ľubomír Pekár škodu vo výške 150,68 Eur, - dňa 15.05.2012 zadal na prevod a dňa 16.05.2012 bola pripísaná na účet č. XXXXXXXXXX/XXXX suma vo výške 36,00 Eur v exekučnom konaní pod číslom 385/09 vo veci oprávneného Slovak Telekom, a.s., IČO: 35763469 a povinného A. T., nar. XX.X.XXXX, pričom išlo o preplatok povinného v exekučnom konaní, čím spôsobil exekútorovi JUDr. Ľubomír Pekár škodu vo výške 36,00 Eur, - dňa 22.05.2012 zadal na prevod a dňa 23.05.2012 bola pripísaná na účet č. SK10750000004011163460 suma vo výške 110,00 Eur v exekučnom konaní pod číslom 2699/06 vo</w:t>
      </w:r>
    </w:p>
    <w:p>
      <w:r>
        <w:t>veci oprávneného Slovak Telekom, a.s., IČO: 35763469 a povinného B. E., nar. XX.X.XXXX, pričom išlo o preplatok povinného v exekučnom konaní, čím spôsobil exekútorovi JUDr. Ľubomír Pekár škodu vo výške 110,00 Eur, - dňa 23.05.2012 zadal na prevod a dňa 24.05.2012 bola pripísaná na účet č. XXXXXXXXXX/XXXX suma vo výške 368,14 Eur v exekučnom konaní pod číslom 2278/09 vo veci oprávneného Slovak Telekom, a.s., IČO: 35763469 a povinného A. O., nar. X.X.XXXX, pričom išlo o trovy konania exekútora, čím spôsobil exekútorovi JUDr. Ľubomír Pekár škodu vo výške 368,14 Eur, - dňa 24.05.2012 zadal na prevod a dňa 28.05.2012 bola pripísaná na účet č. E. suma vo výške 136,57 Eur v exekučnom konaní pod číslom 3916/06 vo veci oprávneného Slovak Telekom, a.s., IČO: 35763469 a povinného A. R., nar. XX.XX.XXXX, pričom išlo o preplatok povinného v exekučnom konaní, čím spôsobil exekútorovi JUDr. Ľubomír Pekár škodu vo výške 136,57 Eur, - dňa 24.05.2012 zadal na prevod a dňa 28.05.2012 bola pripísaná na účet č. XXXXXXXXXX/XXXX suma vo výške 99,07 Eur v exekučnom konaní pod číslom 371/09 vo veci oprávneného Slovak Telekom, a.s., IČO: 35763469 a povinného A. J., nar. X.XX.XXXX, pričom išlo o preplatok povinného v exekučnom konaní, čím spôsobil exekútorovi JUDr. Ľubomír Pekár škodu vo výške 99,07 Eur, - dňa 01.06.2012 zadal na prevod a dňa 04.06.2012 bola pripísaná na účet č. E. suma vo výške 254,09 Eur v exekučnom konaní pod číslom 4079/08 vo veci oprávneného Slovak Telekom, a.s., IČO: 35763469 a povinného O. H., nar. 24.11.1958, pričom išlo o trovy konania exekútora, čím spôsobil exekútorovi JUDr. Ľubomír Pekár škodu vo výške 254,09 Eur, - dňa 04.06.2012 zadal na prevod a dňa 05.06.2012 bola pripísaná na účet č. SK10750000004011163460 suma vo výške 60,25 Eur v exekučnom konaní pod číslom 3299/06 vo veci oprávneného Slovak Telekom, a.s., IČO: 35763469 a povinného M. K., nar. XX.X.XXXX, pričom išlo o odmenu exekútora za záložné právo, čím spôsobil exekútorovi JUDr. Ľubomír Pekár škodu vo výške 60,25 Eur, - dňa 05.06.2012 zadal na prevod a dňa 06.06.2012 bola pripísaná na účet č. E. suma vo výške 67,00 Eur v exekučnom konaní pod číslom XXXX/XX vo veci oprávneného Slovak Telekom, a.s., IČO: 35763469 a povinného A. E., štátny občan SR, nar. XX.X.XXXX, pričom išlo o odmenu exekútora za záložné právo, čím spôsobil exekútorovi JUDr. Ľubomír Pekár škodu vo výške 67,00 Eur, - dňa 06.06.2012 zadal na prevod a dňa 07.06.2012 bola pripísaná na účet č. XXXXXXXXX/XXXX suma vo výške 399,00 Eur v exekučnom konaní pod číslom 8634/07 vo veci oprávneného Slovak Telekom, a.s., IČO: 35763469 a povinného F. B., nar. XX.XX.XXXX, pričom išlo o preplatok povinného v exekučnom konaní v sume 279,51 Eur a odmenu exekútora za záložné právo v sume 119,49 Eur, čím spôsobil exekútorovi A. N. K. škodu vo výške 399,00 Eur, - dňa 06.06.2012 zadal na prevod a dňa 07.06.2012 bola pripísaná na účet č. XXXXXXXXX/XXXX suma vo výške 36,00 Eur v exekučnom konaní pod číslom XXXX/XX vo veci oprávneného Slovak Telekom, a.s., IČO: 35763469 a povinného M. V., nar. XX.XX.XXXX, pričom išlo o trovy konania exekútora, čím spôsobil exekútorovi JUDr. Ľubomír Pekár škodu vo výške 36,00 Eur, - dňa 06.06.2012 zadal na prevod a dňa 07.06.2012 bola pripísaná na účet č. XXXXXXXXXX/XXXX suma vo výške 53,00 Eur v exekučnom konaní pod číslom 4578/09 vo veci oprávneného Slovak Telekom, a.s., IČO: 35763469 a povinného X. T., nar. XX.X.XXXX, pričom išlo o trovy konania exekútora, čím spôsobil exekútorovi JUDr. Ľubomír Pekár škodu vo výške 53,00 Eur, - dňa 06.06.2012 zadal na prevod a dňa 07.06.2012 bola pripísaná na účet č. XXXXXXXXXX/XXXX suma vo výške 53,00 Eur v exekučnom konaní pod číslom 4578/09 vo veci oprávneného Slovak Telekom, a.s., IČO: 35763469 a povinného X. T., nar. XX.X.XXXX, pričom išlo o trovy konania exekútora, čím spôsobil exekútorovi JUDr. Ľubomír Pekár škodu vo výške 53,00 Eur, - dňa 06.06.2012 zadal na prevod a dňa 07.06.2012 bola pripísaná na účet č. XXXXXXXXXX/XXXX suma vo výške 53,00 Eur v exekučnom konaní pod číslom 4578/09 vo veci oprávneného Slovak Telekom, a.s., IČO: 35763469 a povinného X. T., nar. XX.X.XXXX, pričom išlo o trovy konania exekútora, čím spôsobil exekútorovi JUDr. Ľubomír Pekár škodu vo výške 53,00 Eur, - dňa 07.06.2012 zadal na prevod a dňa 08.06.2012 bola pripísaná na účet č. E. suma vo výške 260,21 Eur v exekučnom konaní pod číslom 3843/06 vo veci oprávneného Slovak Telekom, a.s., IČO: 35763469 a povinného K. J., nar. XX.X.XXXX, pričom išlo o trovy konania exekútora, čím spôsobil exekútorovi JUDr. Ľubomír Pekár škodu vo výške 260,21 Eur, - dňa 07.06.2012 zadal na prevod a dňa 08.06.2012 bola pripísaná na účet č. XXXXXXXXXX/XXXX suma vo výške 20,73 Eur v exekučnom konaní pod číslom 5171/08 vo veci oprávneného Slovak Telekom, a.s., IČO: 35763469 a povinného A. X., nar. XX.X.XXXX, pričom išlo o preplatok povinného v exekučnom konaní, čím spôsobil exekútorovi JUDr. Ľubomír Pekár škodu vo výške 20,73 Eur,</w:t>
      </w:r>
    </w:p>
    <w:p>
      <w:r>
        <w:t>- dňa 12.06.2012 zadal na prevod a dňa 14.06.2012 bola pripísaná na účet č. E. suma vo výške 96,02 Eur v exekučnom konaní pod číslom XXX/XX vo veci oprávneného Slovak Telekom, a.s., IČO: 35763469 a povinného B. E., nar. X.X.XXXX, IČO: 11845589, pričom išlo o preplatok povinného v exekučnom konaní v sume 36,28 Eur a trovy konania exekútora v sume 59,74 Eur, čím spôsobil exekútorovi JUDr. Ľubomír Pekár škodu vo výške 96,02 Eur, - dňa 14.06.2012 zadal na prevod a dňa 15.06.2012 bola pripísaná na účet č. XXXXXXXXXX/XXXX suma vo výške 83,00 Eur v exekučnom konaní pod číslom 1682/09 vo veci oprávneného Slovak Telekom, a.s., IČO: 35763469 a povinného A. F., nar. XX.X.XXXX, pričom išlo o preplatok povinného v exekučnom konaní, čím spôsobil exekútorovi JUDr. Ľubomír Pekár škodu vo výške 83,00 Eur, - dňa 14.06.2012 zadal na prevod a dňa 15.06.2012 bola pripísaná na účet č. E. suma vo výške 45,54 Eur v exekučnom konaní pod číslom 2232/08 vo veci oprávneného Slovak Telekom, a.s., IČO: 35763469 a povinného E. B., nar. X.X.XXXX, pričom išlo o preplatok povinného v exekučnom konaní, čím spôsobil exekútorovi JUDr. Ľubomír Pekár škodu vo výške 45,54 Eur, - dňa 14.06.2012 zadal na prevod a dňa 15.06.2012 bola pripísaná na účet č. E. suma vo výške 78,89 Eur v exekučnom konaní pod číslom 2232/08 vo veci oprávneného Slovak Telekom, a.s., IČO: 35763469 a povinného E. B., nar. X.X.XXXX, pričom išlo o preplatok povinného v exekučnom konaní v sume 39,06 Eur a odmenu exekútora za záložné právo v sume 39,83 Eur, čím spôsobil exekútorovi JUDr. Ľubomír Pekár škodu vo výške 78,89 Eur, - dňa 14.06.2012 zadal na prevod a dňa 15.06.2012 bola pripísaná na účet č. XXXXXXXXXX/XXXX suma vo výške 113,31 Eur v exekučnom konaní pod číslom 6422/09 vo veci oprávneného Slovak Telekom, a.s., IČO: 35763469 a povinného W. E., nar. XX.XX.XXXX, pričom išlo o preplatok povinného v exekučnom konaní v sume 73,81 Eur a odmenu exekútora za záložné právo v sume 39,50 Eur, čím spôsobil exekútorovi JUDr. Ľubomír Pekár škodu vo výške 131,31 Eur, - dňa 20.06.2012 zadal na prevod a dňa 21.06.2012 bola pripísaná na účet č. E. suma vo výške 23,00 Eur v exekučnom konaní pod číslom 2699/06 vo veci oprávneného Slovak Telekom, a.s., IČO: 35763469 a povinného B. E., nar. XX.X.XXXX, pričom išlo o preplatok povinného v exekučnom konaní, čím spôsobil exekútorovi JUDr. Ľubomír Pekár škodu vo výške 23,00 Eur, - dňa 20.06.2012 zadal na prevod a dňa 21.06.2012 bola pripísaná na účet č. SK10750000004011163460 suma vo výške 124,00 Eur v exekučnom konaní pod číslom 748/09 vo veci oprávneného Slovak Telekom, a.s., IČO: 35763469 a povinného J. V., nar. X.X.XXXX, pričom išlo o preplatok povinného v exekučnom konaní, čím spôsobil exekútorovi JUDr. Ľubomír Pekár škodu vo výške 124,00 Eur, - dňa 20.06.2012 zadal na prevod a dňa 21.06.2012 bola pripísaná na účet č. XXXXXXXXXX/XXXX suma vo výške 360,00 Eur v exekučnom konaní pod číslom 2812/08 vo veci oprávneného Slovak Telekom, a.s., IČO: 35763469 a povinného A. U., nar. XX.XX.XXXX, pričom išlo o preplatok povinného v exekučnom konaní, čím spôsobil exekútorovi JUDr. Ľubomír Pekár škodu vo výške 360,00 Eur, - dňa 02.07.2012 zadal na prevod a dňa 03.07.2012 bola pripísaná na účet č. XXXXXXXXX/XXXX suma vo výške 207,44 Eur v exekučnom konaní pod číslom 2010/05 vo veci oprávneného Slovak Telekom, a.s., IČO: 35763469 a povinného B. T., nar. X.X.XXXX, pričom išlo o preplatok povinného v exekučnom konaní, čím spôsobil exekútorovi JUDr. Ľubomír Pekár škodu vo výške 207,44 Eur, - dňa 02.07.2012 zadal na prevod a dňa 03.07.2012 bola pripísaná na účet č. XXXXXXXXXX/XXXX suma vo výške 71,67 Eur v exekučnom konaní pod číslom 391/08 vo veci oprávneného Slovak Telekom, a.s., IČO: 35763469 a povinného D. G., nar. XX.XX.XXXX, pričom išlo o preplatok povinného v exekučnom konaní, čím spôsobil exekútorovi JUDr. Ľubomír Pekár škodu vo výške 71,67 Eur, - dňa 03.07.2012 zadal na prevod a dňa 04.07.2012 bola pripísaná na účet č. E. suma vo výške 245,10 Eur v exekučnom konaní pod číslom XXX/XX vo veci oprávneného Slovak Telekom, a.s., IČO: 35763469 a povinného K. H., nar. XX.XX.XXXX, pričom išlo o preplatok povinného v exekučnom konaní v sume 162,93 Eur a trovy exekútora v sume 82,17 Eur, čím spôsobil exekútorovi JUDr. Ľubomír Pekár škodu vo výške 245,10 Eur, - dňa 03.07.2012 zadal na prevod a dňa 04.07.2012 bola pripísaná na účet č. XXXXXXXXXX/XXXX suma vo výške 80,55 Eur v exekučnom konaní pod číslom XXXX/XX vo veci oprávneného Slovak Telekom, a.s., IČO: 35763469 a povinného K. S., nar. XX.X.XXXX, pričom išlo o vymoženú čiastku oprávneného v exekučnom konaní, čím spôsobil exekútorovi JUDr. Ľubomír Pekár škodu vo výške 80,55 Eur, - dňa 03.07.2012 zadal na prevod a dňa 04.07.2012 bola pripísaná na účet č. E. suma vo výške 75,00 Eur v exekučnom konaní pod číslom 4003/06 vo veci oprávneného Slovak Telekom, a.s., IČO: 35763469 a povinného A. E., štátny občan SR, nar. XX.X.XXXX, pričom išlo o odmenu exekútora za záložné právo, čím spôsobil exekútorovi JUDr. Ľubomír Pekár škodu vo výške 75,00 Eur,</w:t>
      </w:r>
    </w:p>
    <w:p>
      <w:r>
        <w:t>- dňa 04.07.2012 zadal na prevod a dňa 06.07.2012 bola pripísaná na účet č. XXXXXXXXXX/XXXX suma vo výške 58,37 Eur v exekučnom konaní pod číslom 2239/09 vo veci oprávneného Slovak Telekom, a.s., IČO: 35763469 a povinného B. G., nar. XX.XX.XXXX, pričom išlo o preplatok povinného v exekučnom konaní, čím spôsobil exekútorovi JUDr. Ľubomír Pekár škodu vo výške 58,37 Eur, - dňa 04.07.2012 zadal na prevod a dňa 06.07.2012 bola pripísaná na účet č. E. suma vo výške 36,83 Eur v exekučnom konaní pod číslom 1674/09 vo veci oprávneného Slovak Telekom, a.s., IČO: 35763469 a povinného M. V., nar. XX.XX.XXXX, pričom išlo o preplatok povinného v exekučnom konaní, čím s spôsobil exekútorovi A. N. K. škodu vo výške 36,83 Eur, - dňa 04.07.2012 zadal na prevod a dňa 06.07.2012 bola pripísaná na účet č. XXXXXXXXXX/XXXX suma vo výške 53,77 Eur v exekučnom konaní pod číslom 4578/09 vo veci oprávneného Slovak Telekom, a.s., IČO: 35763469 a povinného X. T., nar. XX.X.XXXX, pričom išlo o preplatok povinného v exekučnom konaní, čím spôsobil exekútorovi JUDr. Ľubomír Pekár škodu vo výške 53,77 Eur, - dňa 09.07.2012 zadal na prevod a dňa 11.07.2012 bola pripísaná na účet č. XXXXXXXXXX/XXXX suma vo výške 55,60 Eur v exekučnom konaní pod číslom 5171/08 vo veci oprávneného Slovak Telekom, a.s., IČO: 35763469 a povinného A. X., nar. XX.X.XXXX, pričom išlo o odmenu exekútora za záložné právo, čím spôsobil exekútorovi JUDr. Ľubomír Pekár škodu vo výške 55,60 Eur, - dňa 23.07.2012 zadal na prevod a dňa 24.07.2012 bola pripísaná na účet č. XXXXXXXXXX/XXXX suma vo výške 51,90 Eur v exekučnom konaní pod číslom XXXX/XX vo veci oprávneného Slovak Telekom, a.s., IČO: 35763469 a povinného A. R., nar. X.X.XXXX, pričom išlo o preplatok povinného v exekučnom konaní, čím spôsobil exekútorovi JUDr. Ľubomír Pekár škodu vo výške 51,90 Eur, - dňa 02.08.2012 zadal na prevod a dňa 07.08.2012 bola pripísaná na účet č. E. suma vo výške 123,20 Eur v exekučnom konaní pod číslom 189/05 vo veci oprávneného Slovak Telekom, a.s., IČO: 35763469 a povinného P. M., nar. X.XX.XXXX, pričom išlo o preplatok povinného v exekučnom konaní, čím spôsobil exekútorovi JUDr. Ľubomír Pekár škodu vo výške 123,20 Eur, - dňa 02.08.2012 zadal na prevod a dňa 07.08.2012 bola pripísaná na účet č. XXXXXXXXXX/XXXX suma vo výške 29,48 Eur v exekučnom konaní pod číslom 2239/09 vo veci oprávneného Slovak Telekom, a.s., IČO: 35763469 a povinného B. G., nar. X.XX.XXXX, pričom išlo o preplatok povinného v exekučnom konaní, čím spôsobil exekútorovi JUDr. Ľubomír Pekár škodu vo výške 29,48 Eur, - dňa 02.08.2012 zadal na prevod a dňa 07.08.2012 bola pripísaná na účet č. XXXXXXXXXX/XXXX suma vo výške 25,52 Eur v exekučnom konaní pod číslom 2126/05 vo veci oprávneného Slovak Telekom, a.s., IČO: 35763469 a povinného K. S., nar. XX.X.XXXX, pričom išlo o vymoženú čiastku oprávneného v exekučnom konaní, čím spôsobil exekútorovi JUDr. Ľubomír Pekár škodu vo výške 25,52 Eur, - dňa 06.08.2012 zadal na prevod a dňa 07.08.2012 bola pripísaná na účet č. XXXXXXXXXX/XXXX suma vo výške 47,67 Eur v exekučnom konaní pod číslom 5171/08 vo veci oprávneného Slovak Telekom, a.s., IČO: 35763469 a povinného A. X., nar. XX.X.XXXX, pričom išlo o preplatok povinného v exekučnom konaní v sume 2,88 Eur a odmenu exekútora za záložné právo v sume 44,79 Eur, čím spôsobil exekútorovi JUDr. Ľubomír Pekár škodu vo výške 47,67 Eur, - dňa 02.08.2012 zadal na prevod a dňa 07.08.2012 bola pripísaná na účet č. E. suma vo výške 35,88 Eur v exekučnom konaní pod číslom 1674/09 vo veci oprávneného Slovak Telekom, a.s., IČO: 35763469 a povinného M. V., nar. XX.XX.XXXX, pričom išlo o preplatok povinného v exekučnom konaní, čím spôsobil exekútorovi JUDr. Ľubomír Pekár škodu vo výške 35,88 Eur, - dňa 02.08.2012 zadal na prevod a dňa 07.08.2012 bola pripísaná na účet č. XXXXXXXXXX/XXXX suma vo výške 22,22 Eur v exekučnom konaní pod číslom 4578/09 vo veci oprávneného Slovak Telekom, a.s., IČO: 35763469 a povinného X. T., nar. XX.X.XXXX, pričom išlo o preplatok povinného v exekučnom konaní, čím spôsobil exekútorovi JUDr. Ľubomír Pekár škodu vo výške 22,22 Eur, - dňa 06.08.2012 zadal na prevod a dňa 07.08.2012 bola pripísaná na účet č. XXXXXXXXXX/XXXX suma vo výške 54,00 Eur v exekučnom konaní pod číslom 4069/08 vo veci oprávneného Slovak Telekom, a.s., IČO: 35763469 a povinného B. E., nar. XX.X.XXXX, pričom išlo o preplatok povinného v exekučnom konaní, čím spôsobil exekútorovi JUDr. Ľubomír Pekár škodu vo výške 54,00 Eur, - dňa 13.08.2012 zadal na prevod a dňa 14.08.2012 bola pripísaná na účet č. E. suma vo výške 90,00 Eur v exekučnom konaní pod číslom 610/05 vo veci oprávneného Slovak Telekom, a.s., IČO: 35763469 a povinného B. E., nar. X.X.XXXX, IČO: 11845589, pričom išlo o preplatok povinného v exekučnom konaní, čím spôsobil exekútorovi JUDr. Ľubomír Pekár škodu vo výške 90,00 Eur, - dňa 13.08.2012 zadal na prevod a dňa 14.08.2012 bola pripísaná na účet č. E. suma vo výške 106,77 Eur v exekučnom konaní pod číslom 2561/05 vo veci oprávneného Slovak Telekom, a.s., IČO: 35763469 a povinného J. K., nar. XX.X.XXXX, pričom išlo o preplatok povinného v exekučnom konaní, čím spôsobil exekútorovi JUDr. Ľubomír Pekár škodu vo výške 106,77 Eur,</w:t>
      </w:r>
    </w:p>
    <w:p>
      <w:r>
        <w:t>- dňa 14.08.2012 zadal na prevod a dňa 15.08.2012 bola pripísaná na účet č. XXXXXXXXXX/XXXX suma vo výške 74,00 Eur v exekučnom konaní pod číslom XXXX/XX vo veci oprávneného Slovak Telekom, a.s., IČO: 35763469 a povinného B. I., nar. XX.X.XXXX, pričom išlo o preplatok povinného v exekučnom konaní, čím spôsobil exekútorovi JUDr. Ľubomír Pekár škodu vo výške 74,00 Eur, - dňa 14.08.2012 zadal na prevod a dňa 15.08.2012 bola pripísaná na účet č. XXXXXXXXX/XXXX suma vo výške 52,60 Eur v exekučnom konaní pod číslom 178/07 vo veci oprávneného Slovak Telekom, a.s., IČO: 35763469 a povinného [. V., nar. XX.XX.XXXX, pričom išlo o preplatok povinného v exekučnom konaní, čím spôsobil exekútorovi JUDr. Ľubomír Pekár škodu vo výške 52,60 Eur, - dňa 14.08.2012 zadal na prevod a dňa 15.08.2012 bola pripísaná na účet č. XXXXXXXXXX/XXXX suma vo výške 39,15 Eur v exekučnom konaní pod číslom 1698/09 vo veci oprávneného Slovak Telekom, a.s., IČO: 35763469 a povinného I. R., nar. XX.XX.XXXX, pričom išlo o preplatok povinného v exekučnom konaní, čím spôsobil exekútorovi JUDr. Ľubomír Pekár škodu vo výške 39,15 Eur, - dňa 20.08.2012 zadal na prevod a dňa 21.08.2012 bola pripísaná na účet č. SK10750000004011163460 suma vo výške 239,30 Eur v exekučnom konaní pod číslom 748/09 vo veci oprávneného Slovak Telekom, a.s., IČO: 35763469 a povinného J. V., nar. X.X.XXXX, pričom išlo o preplatok povinného v exekučnom konaní v sume 2,30 Eur a odmenu exekútora za záložné právo v sume 237,- Eur, čím spôsobil exekútorovi JUDr. Ľubomír Pekár škodu vo výške 239,30 Eur, - dňa 20.08.2012 zadal na prevod a dňa 21.08.2012 bola pripísaná na účet č. E. suma vo výške 119,24 Eur v exekučnom konaní pod číslom 3763/06 vo veci oprávneného Slovak Telekom, a.s., IČO: 35763469 a povinného D. K., nar. X.X.XXXX, pričom išlo o preplatok povinného v exekučnom konaní, čím spôsobil exekútorovi JUDr. Ľubomír Pekár škodu vo výške 119,24 Eur, - dňa 20.08.2012 zadal na prevod a dňa 21.08.2012 bola pripísaná na účet č. E. suma vo výške 132,35 Eur v exekučnom konaní pod číslom XXX/XX vo veci oprávneného Slovak Telekom, a.s., IČO: 35763469 a povinného B. E., nar. X.X.XXXX, pričom išlo o preplatok povinného v exekučnom konaní, čím spôsobil exekútorovi JUDr. Ľubomír Pekár škodu vo výške 132,35 Eur, - dňa 21.08.2012 zadal na prevod a dňa 22.08.2012 bola pripísaná na účet č. E. suma vo výške 100,02 Eur v exekučnom konaní pod číslom 2561/05 vo veci oprávneného Slovak Telekom, a.s., IČO: 35763469 a povinného J. K., nar. XX.X.XXXX, pričom išlo o preplatok povinného v exekučnom konaní, čím spôsobil exekútorovi JUDr. Ľubomír Pekár škodu vo výške 100,02 Eur, - dňa 23.08.2012 zadal na prevod a dňa 27.08.2012 bola pripísaná na účet č. XXXXXXXXXX/XXXX suma vo výške 44,85 Eur v exekučnom konaní pod číslom 3164/06 vo veci oprávneného Slovak Telekom, a.s., IČO: 35763469 a povinného A. K., nar. XX.X.XXXX, pričom išlo o preplatok povinného v exekučnom konaní, čím spôsobil exekútorovi JUDr. Ľubomír Pekár škodu vo výške 44,85 Eur, - dňa 27.08.2012 zadal na prevod a dňa 28.08.2012 bola pripísaná na účet č. E. suma vo výške 314,19 Eur v exekučnom konaní pod číslom 5525/07 vo veci oprávneného Slovak Telekom, a.s., IČO: 35763469 a povinného I. D., nar. XX.X.XXXX, pričom išlo o preplatok povinného v exekučnom konaní v sume 234,53 Eur a odmenu exekútora za záložné právo v sume 79,66 Eur, čím spôsobil exekútorovi JUDr. Ľubomír Pekár škodu vo výške 314,19 Eur, - dňa 04.09.2012 zadal na prevod a dňa 05.09.2012 bola pripísaná na účet č. XXXXXXXXXX/XXXX suma vo výške 17,38 Eur v exekučnom konaní pod číslom 3145/06 vo veci oprávneného Slovak Telekom, a.s., IČO: 35763469 a povinného K. I., nar. XX.X.XXXX, pričom išlo o preplatok povinného v exekučnom konaní, čím spôsobil exekútorovi JUDr. Ľubomír Pekár škodu vo výške 17,38 Eur, - dňa 06.09.2012 zadal na prevod a dňa 07.09.2012 bola pripísaná na účet č. E. suma vo výške 62,75 Eur v exekučnom konaní pod číslom 282/09 vo veci oprávneného Slovak Telekom, a.s., IČO: 35763469 a povinného B. I., nar. XX.X.XXXX, pričom išlo o preplatok povinného v exekučnom konaní, čím spôsobil exekútorovi JUDr. Ľubomír Pekár škodu vo výške 62,75 Eur, - dňa 05.09.2012 zadal na prevod a dňa 07.09.2012 bola pripísaná na účet č. XXXXXXXXXX/XXXX suma vo výške 37,84 Eur v exekučnom konaní pod číslom 4069/08 vo veci oprávneného Slovak Telekom, a.s., IČO: 35763469 a povinného B. E., nar. XX.X.XXXX, pričom išlo o preplatok povinného v exekučnom konaní, čím spôsobil exekútorovi JUDr. Ľubomír Pekár škodu vo výške 37,84 Eur, - dňa 10.09.2012 zadal na prevod a dňa 11.09.2012 bola pripísaná na účet č. XXXXXXXXXX/XXXX suma vo výške 73,24 Eur v exekučnom konaní pod číslom 4436/08 vo veci oprávneného Slovak Telekom, a.s., IČO: 35763469 a povinného B. O., nar. XX.XX.XXXX, pričom išlo o preplatok povinného v exekučnom konaní, čím spôsobil exekútorovi JUDr. Ľubomír Pekár škodu vo výške 73,24 Eur, - dňa 14.09.2012 zadal na prevod a dňa 17.09.2012 bola pripísaná na účet č. E. suma vo výške 23,96 Eur v exekučnom konaní pod číslom 383/08 vo veci oprávneného Slovak Telekom, a.s., IČO: 35763469 a povinného A. G., nar. XX.X.XXXX, pričom išlo o trovy konania exekútora, čím spôsobil exekútorovi JUDr. Ľubomír Pekár škodu vo výške 23,96 Eur,</w:t>
      </w:r>
    </w:p>
    <w:p>
      <w:r>
        <w:t>- dňa 14.09.2012 zadal na prevod a dňa 17.09.2012 bola pripísaná na účet č. XXXXXXXXXX/XXXX suma vo výške 53,22 Eur v exekučnom konaní pod číslom 6285/09 vo veci oprávneného Slovak Telekom, a.s., IČO: 35763469 a povinného B. I., nar. XX.X.XXXX, pričom išlo o preplatok povinného v exekučnom konaní, čím spôsobil exekútorovi JUDr. Ľubomír Pekár škodu vo výške 53,22 Eur, - dňa 17.09.2012 zadal na prevod a dňa 18.09.2012 bola pripísaná na účet č. XXXXXXXXX/XXXX suma vo výške 31,98 Eur v exekučnom konaní pod číslom 2218/08 vo veci oprávneného Slovak Telekom, a.s., IČO: 35763469 a povinného N. I., nar. X.XX.XXXX, pričom išlo o preplatok povinného v exekučnom konaní, čím spôsobil exekútorovi JUDr. Ľubomír Pekár škodu vo výške 31,98 Eur, - dňa 17.09.2012 zadal na prevod a dňa 18.09.2012 bola pripísaná na účet č. XXXXXXXXX/XXXX suma vo výške 71,40 Eur v exekučnom konaní pod číslom 178/07 vo veci oprávneného Slovak Telekom, a.s., IČO: 35763469 a povinného [. V., nar. XX.XX.XXXX, pričom išlo o preplatok povinného v exekučnom konaní, čím spôsobil exekútorovi JUDr. Ľubomír Pekár škodu vo výške 71,40 Eur, - dňa 17.09.2012 zadal na prevod a dňa 18.09.2012 bola pripísaná na účet č. E. suma vo výške 52,46 Eur v exekučnom konaní pod číslom 363/09 vo veci oprávneného Slovak Telekom, a.s., IČO: 35763469 a povinného M. G., nar. XX.XX.XXXX, pričom išlo o preplatok povinného v exekučnom konaní, čím spôsobil exekútorovi JUDr. Ľubomír Pekár škodu vo výške 52,46 Eur, - dňa 24.09.2012 zadal na prevod a dňa 25.09.2012 bola pripísaná na účet č. XXXXXXXXXX/XXXX suma vo výške 86,59 Eur v exekučnom konaní pod číslom 3164/06 vo veci oprávneného Slovak Telekom, a.s., IČO: 35763469 a povinného A. K., nar. XX.X.XXXX, pričom išlo o preplatok povinného v exekučnom konaní, čím spôsobil exekútorovi JUDr. Ľubomír Pekár škodu vo výške 86,59 Eur, - dňa 01.10.2012 zadal na prevod a dňa 02.10.2012 bola pripísaná na účet č. E. suma vo výške 100,00 Eur v exekučnom konaní pod číslom 2768/08 vo veci oprávneného Slovak Telekom, a.s., IČO: 35763469 a povinného Q. G. , nar. X.X.XXXX, pričom išlo o preplatok povinného v exekučnom konaní v sume 32,73 Eur a trovy konania exekútora v sume 67,27 Eur, čím spôsobil exekútorovi JUDr. Ľubomír Pekár škodu vo výške 100,00 Eur, - dňa 02.10.2012 zadal na prevod a dňa 04.10.2012 bola pripísaná na účet č. E. suma vo výške 50,00 Eur v exekučnom konaní pod číslom 6974/07 vo veci oprávneného Slovak Telekom, a.s., IČO: 35763469 a povinného Q. G., nar. XX.X.XXXX, pričom išlo o preplatok povinného v exekučnom konaní, čím spôsobil exekútorovi JUDr. Ľubomír Pekár škodu vo výške 50,00 Eur, - dňa 02.10.2012 zadal na prevod a dňa 04.10.2012 bola pripísaná na účet č. E. suma vo výške 100,00 Eur v exekučnom konaní pod číslom 1502/07 vo veci oprávneného Slovak Telekom, a.s., IČO: 35763469 a povinného N. E., nar. 23.1.1979, pričom išlo o preplatok povinného v exekučnom konaní, čím spôsobil exekútorovi JUDr. Ľubomír Pekár škodu vo výške 100,00 Eur, - dňa 03.10.2012 zadal na prevod a dňa 04.10.2012 bola pripísaná na účet č. XXXXXXXXXX/XXXX suma vo výške 23,99 Eur v exekučnom konaní pod číslom 2297/09 vo veci oprávneného Slovak Telekom, a.s., IČO: 35763469 a povinného S. F., nar. XX.X.XXXX, pričom išlo o preplatok povinného v exekučnom konaní, čím spôsobil exekútorovi JUDr. Ľubomír Pekár škodu vo výške 23,99 Eur, - dňa 03.10.2012 zadal na prevod a dňa 05.10.2012 bola pripísaná na účet č. XXXXXXXXXX/XXXX suma vo výške 54,29 Eur v exekučnom konaní pod číslom 3145/06 vo veci oprávneného Slovak Telekom, a.s., IČO: 35763469 a povinného K. I., nar. XX.X.XXXX, pričom išlo o preplatok povinného v exekučnom konaní, čím spôsobil exekútorovi A. N. K. škodu vo výške 54,29 Eur, - dňa 08.10.2012 zadal na prevod a dňa 10.10.2012 bola pripísaná na účet č. E. suma vo výške 70,50 Eur v exekučnom konaní pod číslom 282/09 vo veci oprávneného Slovak Telekom, a.s., IČO: 35763469 a povinného B. I., nar. XX.X.XXXX, pričom išlo o preplatok povinného v exekučnom konaní, čím spôsobil exekútorovi JUDr. Ľubomír Pekár škodu vo výške 70,50 Eur, - dňa 11.10.2012 zadal na prevod a dňa 12.10.2012 bola pripísaná na účet č. E. suma vo výške 415,96 Eur v exekučnom konaní pod číslom 4884/06 vo veci oprávneného Slovak Telekom, a.s., IČO: 35763469 a povinného Q. D., nar. XX.X.XXXX, pričom išlo o preplatok povinného v exekučnom konaní, čím spôsobil exekútorovi JUDr. Ľubomír Pekár škodu vo výške 415,96 Eur, - dňa 12.10.2012 zadal na prevod a dňa 15.10.2012 bola pripísaná na účet č. XXXXXXXXXX/XXXX suma vo výške 33,00 Eur v exekučnom konaní pod číslom 4948/08 vo veci oprávneného Slovak Telekom, a.s., IČO: 35763469 a povinného K. Z., nar. X.X.XXXX, pričom išlo o preplatok povinného v exekučnom konaní, čím spôsobil exekútorovi JUDr. Ľubomír Pekár škodu vo výške 33,00 Eur, - dňa 15.10.2012 zadal na prevod a dňa 16.10.2012 bola pripísaná na účet č. XXXXXXXXXX/XXXX suma vo výške 110,20 Eur v exekučnom konaní pod číslom 2864/08 vo veci oprávneného Slovak Telekom, a.s., IČO: 35763469 a povinného B. I., nar. XX.X.XXXX, pričom išlo o odmenu exekútora za záložné právo, čím spôsobil exekútorovi JUDr. Ľubomír Pekár škodu vo výške 110,20 Eur,</w:t>
      </w:r>
    </w:p>
    <w:p>
      <w:r>
        <w:t>- dňa 16.10.2012 zadal na prevod a dňa 17.10.2012 bola pripísaná na účet č. E. suma vo výške 124,15 Eur v exekučnom konaní pod číslom 1143/08 vo veci oprávneného Slovak Telekom, a.s., IČO: 35763469 a povinného A. H., nar. XX.X.XXXX, pričom išlo o preplatok povinného v exekučnom konaní, čím spôsobil exekútorovi JUDr. Ľubomír Pekár škodu vo výške 124,15 Eur, - dňa 29.10.2012 zadal na prevod a dňa 30.10.2012 bola pripísaná na účet č. XXXXXXXXXX/XXXX suma vo výške 112,00 Eur v exekučnom konaní pod číslom 5514/07 vo veci oprávneného Slovak Telekom, a.s., IČO: 35763469 a povinného F. E., nar. XX.XX.XXXX, pričom išlo o trovy konania exekútora, čím spôsobil exekútorovi JUDr. Ľubomír Pekár škodu vo výške 112,00 Eur, - dňa 06.11.2012 zadal na prevod a dňa 07.11.2012 bola pripísaná na účet č. XXXXXXXXXX/XXXX suma vo výške 48,74 Eur v exekučnom konaní pod číslom 3145/06 vo veci oprávneného Slovak Telekom, a.s., IČO: 35763469 a povinného K. I., nar. XX.X.XXXX, pričom išlo o preplatok povinného v exekučnom konaní, čím spôsobil exekútorovi A. N. K. škodu vo výške 48,74 Eur, - dňa 07.11.2012 zadal na prevod a dňa 09.11.2012 bola pripísaná na účet č. XXXXXXXXXX/XXXX suma vo výške 58,62 Eur v exekučnom konaní pod číslom 2297/09 vo veci oprávneného Slovak Telekom, a.s., IČO: 35763469 a povinného S. F., nar. XX.X.XXXX, pričom išlo o preplatok povinného v exekučnom konaní, čím spôsobil exekútorovi JUDr. Ľubomír Pekár škodu vo výške 58,62 Eur, - dňa 12.11.2012 zadal na prevod a dňa 14.11.2012 bola pripísaná na účet č. E. suma vo výške 112,20 Eur v exekučnom konaní pod číslom 5034/09 vo veci oprávneného Slovak Telekom, a.s., IČO: 35763469 a povinného K. F., nar. XX.XX.XXXX, pričom išlo o preplatok povinného v exekučnom konaní, čím spôsobil exekútorovi JUDr. Ľubomír Pekár škodu vo výške 112,20 Eur, - dňa 12.11.2012 zadal na prevod a dňa 14.11.2012 bola pripísaná na účet č. XXXXXXXXXX/XXXX suma vo výške 703,34 Eur v exekučnom konaní pod číslom 4466/08 vo veci oprávneného Slovak Telekom, a.s., IČO: 35763469 a povinného V. K., nar. X.X.XXXX, pričom išlo o preplatok povinného v exekučnom konaní, čím spôsobil exekútorovi JUDr. Ľubomír Pekár škodu vo výške 703,34 Eur, - dňa 13.11.2012 zadal na prevod a dňa 14.11.2012 bola pripísaná na účet č. XXXXXXXXXX/XXXX suma vo výške 130,00 Eur v exekučnom konaní pod číslom 4948/08 vo veci oprávneného Slovak Telekom, a.s., IČO: 35763469 a povinného K. Z., nar. X.X.XXXX, pričom išlo o preplatok povinného v exekučnom konaní v sume 10,51 Eur a odmenu exekútora za záložné právo v sume 119,49 Eur, čím spôsobil exekútorovi JUDr. Ľubomír Pekár škodu vo výške 119,49 Eur, - dňa 21.11.2012 zadal na prevod a dňa 22.11.2012 bola pripísaná na účet č. E. suma vo výške 2.000,00 Eur v exekučnom konaní pod číslom 3103/06 vo veci oprávneného Slovak Telekom, a.s., IČO: 35763469 a povinného K. G., nar. XX.XX.XXXX, pričom išlo o vymoženú čiastku oprávneného v exekučnom konaní, čím spôsobil exekútorovi JUDr. Ľubomír Pekár škodu vo výške 2.000,00 Eur, - dňa 22.11.2012 zadal na prevod a dňa 23.11.2012 bola pripísaná na účet č. XXXXXXXXXX/XXXX suma vo výške 12,05 Eur v exekučnom konaní pod číslom XXXX/XX vo veci oprávneného Slovak Telekom, a.s., IČO: 35763469 a povinného B. E., nar. XX.XX.XXXX, pričom išlo o trovy exekútora, čím spôsobil exekútorovi A. N. K. škodu vo výške 12,05 Eur, - dňa 23.11.2012 zadal na prevod a dňa 26.11.2012 bola pripísaná na účet č. E. suma vo výške 142,83 Eur v exekučnom konaní pod číslom 599/05 vo veci oprávneného Slovak Telekom, a.s., IČO: 35763469 a povinného W. B., nar. X.XX.XXXX, pričom išlo o preplatok povinného v exekučnom konaní, čím spôsobil exekútorovi JUDr. Ľubomír Pekár škodu vo výške 142,83 Eur, - dňa 23.11.2012 zadal na prevod a dňa 26.11.2012 bola pripísaná na účet č. XXXXXXXXXX/XXXX suma vo výške 13,42 Eur v exekučnom konaní pod číslom 3276/07 vo veci oprávneného Slovak Telekom, a.s., IČO: 35763469 a povinného B. A., nar. XX.X.XXXX, pričom išlo o preplatok povinného v exekučnom konaní, čím spôsobil exekútorovi JUDr. Ľubomír Pekár škodu vo výške 13,42 Eur, - dňa 05.12.2012 zadal na prevod a dňa 06.12.2012 bola pripísaná na účet č. XXXXXXXXXX/XXXX suma vo výške 59,49 Eur v exekučnom konaní pod číslom XXXX/XX vo veci oprávneného Slovak Telekom, a.s., IČO: 35763469 a povinného K. B., nar. XX.X.XXXX, pričom išlo o preplatok povinného v exekučnom konaní, čím spôsobil exekútorovi JUDr. Ľubomír Pekár škodu vo výške 59,49 Eur, - dňa 05.12.2012 zadal na prevod a dňa 06.12.2012 bola pripísaná na účet č. XXXXXXXXXX/XXXX suma vo výške 10,92 Eur v exekučnom konaní pod číslom 2867/07 vo veci oprávneného Slovenská konsolidačná, a.s., IČO: 35776005 a povinného IGOR JUHÁS nar. XX.X.XXXX, pričom išlo o trovy konania exekútora, čím spôsobil exekútorovi JUDr. Ľubomír Pekár škodu vo výške 10,92 Eur, - dňa 05.12.2012 zadal na prevod a dňa 06.12.2012 bola pripísaná na účet č. E. suma vo výške 42,81 Eur v exekučnom konaní pod číslom 1693/09 vo veci oprávneného Slovak Telekom, a.s., IČO: 35763469 a povinného [. E., nar. X.X.XXXX, pričom išlo o odmenu exekútora za záložné právo, čím spôsobil exekútorovi JUDr. Ľubomír Pekár škodu vo výške 42,81 Eur,</w:t>
      </w:r>
    </w:p>
    <w:p>
      <w:r>
        <w:t>- dňa 05.12.2012 zadal na prevod a dňa 06.12.2012 bola pripísaná na účet č. XXXXXXXXXX/XXXX suma vo výške 97,95 Eur v exekučnom konaní pod číslom 4948/08 vo veci oprávneného Slovak Telekom, a.s., IČO: 35763469 a povinného K. Z., nar. X.X.XXXX, pričom išlo o preplatok povinného v exekučnom konaní, čím spôsobil exekútorovi JUDr. Ľubomír Pekár škodu vo výške 97,95 Eur, - dňa 05.12.2012 zadal na prevod a dňa 06.12.2012 bola pripísaná na účet č. XXXXXXXXXX/XXXX suma vo výške 6,76 Eur v exekučnom konaní pod číslom 2297/09 vo veci oprávneného Slovak Telekom, a.s., IČO: 35763469 a povinného S. F., nar. XX.X.XXXX, pričom išlo o preplatok povinného v exekučnom konaní, čím spôsobil exekútorovi JUDr. Ľubomír Pekár škodu vo výške 6,76 Eur, - dňa 05.12.2012 zadal na prevod a dňa 07.12.2012 bola pripísaná na účet č. E. suma vo výške 195,18 Eur v exekučnom konaní pod číslom 3149/06 vo veci oprávneného Slovak Telekom, a.s., IČO: 35763469 a povinného K. B., nar. XX.X.XXXX, pričom išlo o preplatok povinného v exekučnom konaní, čím spôsobil exekútorovi JUDr. Ľubomír Pekár škodu vo výške 195,18 Eur, - dňa 06.12.2012 zadal na prevod a dňa 07.12.2012 bola pripísaná na účet č. E. suma vo výške 1.003,05 Eur v exekučnom konaní pod číslom 3268/06 vo veci oprávneného Slovak Telekom, a.s., IČO: 35763469 a povinného A. O., nar. 16.9.1964, pričom išlo o vymoženú čiastku oprávneného v exekučnom konaní v sume 808,91 Eur a trovy konania exekútora v sume 194,14 Eur, čím spôsobil exekútorovi JUDr. Ľubomír Pekár škodu vo výške 1.003,05 Eur, - dňa 10.12.2012 zadal na prevod a dňa 11.12.2012 bola pripísaná na účet č. SK10750000004011163460 suma vo výške 14,52 Eur v exekučnom konaní pod číslom 599/05 vo veci oprávneného Slovak Telekom, a.s., IČO: 35763469 a povinného W. B., nar. X.XX.XXXX, pričom išlo o preplatok povinného v exekučnom konaní, čím spôsobil exekútorovi JUDr. Ľubomír Pekár škodu vo výške 14,52 Eur, - dňa 10.12.2012 zadal na prevod a dňa 11.12.2012 bola pripísaná na účet č. SK10750000004011163460 suma vo výške 120,35 Eur v exekučnom konaní pod číslom 5479/07 vo veci oprávneného Slovak Telekom, a.s., IČO: 35763469 a povinného Q. T., nar. X.XX.XXXX, pričom išlo o preplatok povinného v exekučnom konaní, čím spôsobil exekútorovi JUDr. Ľubomír Pekár škodu vo výške 120,35 Eur, - dňa 10.12.2012 zadal na prevod a dňa 11.12.2012 bola pripísaná na účet č. XXXXXXXXXX/XXXX suma vo výške 174,52 Eur v exekučnom konaní pod číslom 893/07 vo veci oprávneného Slovak Telekom, a.s., IČO: 35763469 a povinného Q. D., nar. X.X.XXXX, pričom išlo o preplatok povinného v exekučnom konaní v sume 102,12 Eur a trovy exekútora v sume 72,40 Eur, čím spôsobil exekútorovi A. N. K. škodu vo výške 174,52 Eur, - dňa 11.12.2012 zadal na prevod a dňa 12.12.2012 bola pripísaná na účet č. E. suma vo výške 31,72 Eur v exekučnom konaní pod číslom 5034/09 vo veci oprávneného Slovak Telekom, a.s., IČO: 35763469 a povinného K. F., nar. XX.XX.XXXX, pričom išlo o preplatok povinného v exekučnom konaní, čím spôsobil exekútorovi JUDr. Ľubomír Pekár škodu vo výške 31,72 Eur, - dňa 11.12.2012 zadal na prevod a dňa 12.12.2012 bola pripísaná na účet č. E. suma vo výške 83,65 Eur v exekučnom konaní pod číslom 7992/07 vo veci oprávneného Slovak Telekom, a.s., IČO: 35763469 a povinného A. R., nar. X.X.XXXX, pričom išlo o preplatok povinného v exekučnom konaní, čím spôsobil exekútorovi JUDr. Ľubomír Pekár škodu vo výške 83,65 Eur, - dňa 12.12.2012 zadal na prevod a dňa 13.12.2012 bola pripísaná na účet č. XXXXXXXXXX/XXXX suma vo výške 140,69 Eur v exekučnom konaní pod číslom 4960/08 vo veci oprávneného Slovak Telekom, a.s., IČO: 35763469 a povinného B. G., nar. XX.X.XXXX, pričom išlo o preplatok povinného v exekučnom konaní, čím spôsobil exekútorovi JUDr. Ľubomír Pekár škodu vo výške 140,69 Eur, - dňa 12.12.2012 zadal na prevod a dňa 14.12.2012 bola pripísaná na účet č. E. suma vo výške 194,27 Eur v exekučnom konaní pod číslom 1917/06 vo veci oprávneného Slovak Telekom, a.s., IČO: 35763469 a povinného B. I., nar. X.X.XXXX, pričom išlo o preplatok povinného v exekučnom konaní v sume 74,78 Eur a odmenu exekútora za záložné právo v sume 119,49 Eur, čím spôsobil exekútorovi JUDr. Ľubomír Pekár škodu vo výške 194,27 Eur, - dňa 14.12.2012 zadal na prevod a dňa 17.12.2012 bola pripísaná na účet č. SK10750000004011163460 suma vo výške 158,47 Eur v exekučnom konaní pod číslom 8718/07 vo veci oprávneného Slovak Telekom, a.s., IČO: 35763469 a povinného V. A., nar. X.X.XXXX, pričom išlo o odmenu exekútora za záložné právo, čím spôsobil exekútorovi JUDr. Ľubomír Pekár škodu vo výške 158,47 Eur, - dňa 17.12.2012 zadal na prevod a dňa 18.12.2012 bola pripísaná na účet č. E. suma vo výške 189,93 Eur v exekučnom konaní pod číslom 3268/07 vo veci oprávneného Slovak Telekom, a.s., IČO: 35763469 a povinného B. T., nar. X.X.XXXX, pričom išlo o preplatok povinného v exekučnom konaní, čím spôsobil exekútorovi JUDr. Ľubomír Pekár škodu vo výške 189,93 Eur,</w:t>
      </w:r>
    </w:p>
    <w:p>
      <w:r>
        <w:t>- dňa 19.12.2012 zadal na prevod a dňa 21.12.2012 bola pripísaná na účet č. XXXXXXXXXX/XXXX suma vo výške 70,00 Eur v exekučnom konaní pod číslom 206/05 vo veci oprávneného Slovak Telekom, a.s., IČO: 35763469 a povinného R. A., nar. XX.X.XXXX, pričom išlo o trovy konania exekútora, čím spôsobil exekútorovi JUDr. Ľubomír Pekár škodu vo výške 70,00 Eur, - dňa 20.12.2012 zadal na prevod a dňa 27.12.2012 bola pripísaná na účet č. XXXXXXXXXX/XXXX suma vo výške 105,29 Eur v exekučnom konaní pod číslom 7955/07 vo veci oprávneného Slovak Telekom, a.s., IČO: 35763469 a povinného F. B., nar. XX.X.XXXX, pričom išlo o preplatok povinného v exekučnom konaní, čím spôsobil exekútorovi JUDr. Ľubomír Pekár škodu vo výške 105,29 Eur, - dňa 22.12.2012 zadal na prevod a dňa 28.12.2012 bola pripísaná na účet č. XXXXXXXXXX/XXXX suma vo výške 321,28 Eur v exekučnom konaní pod číslom 750/09 vo veci oprávneného Slovak Telekom, a.s., IČO: 35763469 a povinného G. K., nar. XX.X.XXXX, pričom išlo o preplatok povinného v exekučnom konaní, čím spôsobil exekútorovi JUDr. Ľubomír Pekár škodu vo výške 321,28 Eur, - dňa 03.01.2013 zadal na prevod a dňa 04.01.2013 bola pripísaná na účet č. XXXXXXXXXX/XXXX suma vo výške 191,61 Eur v exekučnom konaní pod číslom 8726/07 vo veci oprávneného Slovak Telekom, a.s., IČO: 35763469 a povinného B. O., nar. XX.XX.XXXX, pričom išlo o preplatok povinného v exekučnom konaní v sume 90,80 Eur a trovy exekútora v sume 100,81 Eur, čím spôsobil exekútorovi JUDr. Ľubomír Pekár škodu vo výške 191,61 Eur, - dňa 03.01.2013 zadal na prevod a dňa 04.01.2013 bola pripísaná na účet č. XXXXXXXXXX/XXXX suma vo výške 36,07 Eur v exekučnom konaní pod číslom 3667/05 vo veci oprávneného Slovak Telekom, a.s., IČO: 35763469 a povinného S. M., nar. XX.XX.XXXX, pričom išlo o preplatok povinného v exekučnom konaní, čím spôsobil exekútorovi JUDr. Ľubomír Pekár škodu vo výške 36,07 Eur, - dňa 04.01.2013 zadal na prevod a dňa 07.01.2013 bola pripísaná na účet č. XXXXXXXXXX/XXXX suma vo výške 75,85 Eur v exekučnom konaní pod číslom 2867/07 vo veci oprávneného Slovenská konsolidačná, a.s., IČO: 35776005 a povinného IGOR JUHÁS nar. XX.X.XXXX, pričom išlo o trovy konania exekútora, čím spôsobil exekútorovi JUDr. Ľubomír Pekár škodu vo výške 75,85 Eur, - dňa 04.01.2013 zadal na prevod a dňa 07.01.2013 bola pripísaná na účet č. E. suma vo výške 66,62 Eur v exekučnom konaní pod číslom 1693/09 vo veci oprávneného Slovak Telekom, a.s., IČO: 35763469 a povinného [. E., nar. X.X.XXXX, pričom išlo o preplatok povinného v exekučnom konaní v sume 30,43 Eur a odmenu exekútora za záložné právo v sume 36,19 Eur, čím spôsobil exekútorovi JUDr. Ľubomír Pekár škodu vo výške 66,62 Eur, - dňa 07.01.2013 zadal na prevod a dňa 08.01.2013 bola pripísaná na účet č. SK10750000004011163460 suma vo výške 37,07 Eur v exekučnom konaní pod číslom 5118/06 vo veci oprávneného Slovak Telekom, a.s., IČO: 35763469 a povinného B. Y., nar. XX.X.XXXX, pričom išlo o preplatok povinného v exekučnom konaní, čím spôsobil exekútorovi JUDr. Ľubomír Pekár škodu vo výške 37,07 Eur, - dňa 08.01.2013 zadal na prevod a dňa 09.01.2013 bola pripísaná na účet č. SK10750000004011163460 suma vo výške 450,05 Eur v exekučnom konaní pod číslom 8714/07 vo veci oprávneného Slovak Telekom, a.s., IČO: 35763469 a povinného I. T., nar. XX.XX.XXXX, pričom išlo o preplatok povinného v exekučnom konaní v sume 330,56 Eur a odmenu exekútora za záložné právo v sume 119,49 Eur, čím spôsobil exekútorovi JUDr. Ľubomír Pekár škodu vo výške 450,05 Eur, - dňa 09.01.2013 zadal na prevod a dňa 10.01.2013 bola pripísaná na účet č. E. suma vo výške 102,75 Eur v exekučnom konaní pod číslom 1134/08 vo veci oprávneného Slovak Telekom, a.s., IČO: 35763469 a povinného B. R., nar. XX.X.XXXX, pričom išlo o preplatok povinného v exekučnom konaní, čím spôsobil exekútorovi JUDr. Ľubomír Pekár škodu vo výške 102,75 Eur, - dňa 09.01.2013 zadal na prevod a dňa 10.01.2013 bola pripísaná na účet č. XXXXXXXXXX/XXXX suma vo výške 89,34 Eur v exekučnom konaní pod číslom 7009/07 vo veci oprávneného Slovak Telekom, a.s., IČO: 35763469 a povinného A. I., nar. XX.X.XXXX, pričom išlo o preplatok povinného v exekučnom konaní, čím spôsobil exekútorovi JUDr. Ľubomír Pekár škodu vo výške 89,34 Eur, - dňa 10.01.2013 zadal na prevod a dňa 11.01.2013 bola pripísaná na účet č. XXXXXXXXXX/XXXX suma vo výške 91,71 Eur v exekučnom konaní pod číslom 4948/08 vo veci oprávneného Slovak Telekom, a.s., IČO: 35763469 a povinného K. Z., nar. X.X.XXXX, pričom išlo o preplatok povinného v exekučnom konaní, čím spôsobil exekútorovi JUDr. Ľubomír Pekár škodu vo výške 91,71 Eur, - dňa 11.01.2013 zadal na prevod a dňa 14.01.2013 bola pripísaná na účet č. XXXXXXXXXX/XXXX suma vo výške 111,94 Eur v exekučnom konaní pod číslom 4960/08 vo veci oprávneného Slovak Telekom, a.s., IČO: 35763469 a povinného B. G., nar. XX.X.XXXX, pričom išlo o preplatok povinného v exekučnom konaní, čím spôsobil exekútorovi JUDr. Ľubomír Pekár škodu vo výške 111,94 Eur, - dňa 18.01.2013 zadal na prevod a dňa 21.01.2013 bola pripísaná na účet č. XXXXXXXXXX/XXXX suma vo výške 444,27 Eur v exekučnom konaní pod číslom 1112/08 vo veci oprávneného Slovak</w:t>
      </w:r>
    </w:p>
    <w:p>
      <w:r>
        <w:t>Telekom, a.s., IČO: 35763469 a povinného B. K., nar. XX.X.XXXX, pričom išlo o preplatok povinného v exekučnom konaní, čím spôsobil exekútorovi JUDr. Ľubomír Pekár škodu vo výške 444,27 Eur, - dňa 18.01.2013 zadal na prevod a dňa 21.01.2013 bola pripísaná na účet č. XXXXXXXXXX/XXXX suma vo výške 22,17 Eur v exekučnom konaní pod číslom 7009/07 vo veci oprávneného Slovak Telekom, a.s., IČO: 35763469 a povinného A. I., nar. XX.X.XXXX, pričom išlo o preplatok povinného v exekučnom konaní, čím spôsobil exekútorovi JUDr. Ľubomír Pekár škodu vo výške 22,17 Eur, - dňa 18.01.2013 zadal na prevod a dňa 21.01.2013 bola pripísaná na účet č. XXXXXXXXXX/XXXX suma vo výške 20,97 Eur v exekučnom konaní pod číslom 2916/09 vo veci oprávneného Slovak Telekom, a.s., IČO: 35763469 a povinného R. G., nar. XX.X.XXXX, pričom išlo o preplatok povinného v exekučnom konaní, čím spôsobil exekútorovi JUDr. Ľubomír Pekár škodu vo výške 20,97 Eur, - dňa 23.01.2013 zadal na prevod a dňa 24.01.2013 bola pripísaná na účet č. XXXXXXXXXX/XXXX suma vo výške 90,00 Eur v exekučnom konaní pod číslom 6975/07 vo veci oprávneného Slovak Telekom, a.s., IČO: 35763469 a povinného B. X., nar. XX.X.XXXX, pričom išlo o preplatok povinného v exekučnom konaní, čím spôsobil exekútorovi JUDr. Ľubomír Pekár škodu vo výške 90,00 Eur, - dňa 23.01.2013 zadal na prevod a dňa 24.01.2013 bola pripísaná na účet č. XXXXXXXXXX/XXXX suma vo výške 3,55 Eur v exekučnom konaní pod číslom 7955/07 vo veci oprávneného Slovak Telekom, a.s., IČO: 35763469 a povinného F. B., nar. XX.X.XXXX, pričom išlo o preplatok povinného v exekučnom konaní, čím spôsobil exekútorovi JUDr. Ľubomír Pekár škodu vo výške 3,55 Eur, - dňa 23.01.2013 zadal na prevod a dňa 24.01.2013 bola pripísaná na účet č. E. suma vo výške 69,82 Eur v exekučnom konaní pod číslom 238/09 vo veci oprávneného Slovak Telekom, a.s., IČO: 35763469 a povinného F. G., nar. XX.X.XXXX, pričom išlo o preplatok povinného v exekučnom konaní, čím spôsobil exekútorovi JUDr. Ľubomír Pekár škodu vo výške 69,82 Eur, - dňa 04.02.2013 zadal na prevod a dňa 05.02.2013 bola pripísaná na účet č. SK10750000004011163460 suma vo výške 31,29 Eur v exekučnom konaní pod číslom 4641/09 vo veci oprávneného Slovak Telekom, a.s., IČO: 35763469 a povinného J. D., nar. X.X.XXXX, pričom išlo o preplatok povinného v exekučnom konaní, čím spôsobil exekútorovi JUDr. Ľubomír Pekár škodu vo výške 31,29 Eur, - dňa 04.02.2013 zadal na prevod a dňa 05.02.2013 bola pripísaná na účet č. XXXXXXXXXX/XXXX suma vo výške 21,05 Eur v exekučnom konaní pod číslom 5831/09 vo veci oprávneného Slovak Telekom, a.s., IČO: 35763469 a povinného B. O., nar. XX.X.XXXX, pričom išlo o preplatok povinného v exekučnom konaní, čím spôsobil exekútorovi JUDr. Ľubomír Pekár škodu vo výške 21,05 Eur, - dňa 04.02.2013 zadal na prevod a dňa 05.02.2013 bola pripísaná na účet č. E. suma vo výške 70,35 Eur v exekučnom konaní pod číslom 1693/09 vo veci oprávneného Slovak Telekom, a.s., IČO: 35763469 a povinného [. E., nar. 2.9.1950, pričom išlo o preplatok povinného v exekučnom konaní, čím spôsobil exekútorovi JUDr. Ľubomír Pekár škodu vo výške 70,35 Eur, - dňa 04.02.2013 zadal na prevod a dňa 05.02.2013 bola pripísaná na účet č. XXXXXXXXXX/XXXX suma vo výške 73,88 Eur v exekučnom konaní pod číslom 3667/05 vo veci oprávneného Slovak Telekom, a.s., IČO: 35763469 a povinného S. M., nar. XX.XX.XXXX, pričom išlo o preplatok povinného v exekučnom konaní, čím spôsobil exekútorovi JUDr. Ľubomír Pekár škodu vo výške 73,88 Eur, - dňa 06.02.2013 zadal na prevod a dňa 07.02.2013 bola pripísaná na účet č. E. suma vo výške 150,71 Eur v exekučnom konaní pod číslom XXX/XX vo veci oprávneného Slovak Telekom, a.s., IČO: 35763469 a povinného A. A., nar. XX.XX.XXXX, pričom išlo o preplatok povinného v exekučnom konaní v sume 124,55 Eur a odmenu exekútora za záložné právo v sume 26,16 Eur, čím spôsobil exekútorovi A. N. K. škodu vo výške 150,71 Eur, - dňa 06.02.2013 zadal na prevod a dňa 07.02.2013 bola pripísaná na účet č. SK10750000004011163460 suma vo výške 13,07 Eur v exekučnom konaní pod číslom 5852/09 vo veci oprávneného Slovak Telekom, a.s., IČO: 35763469 a povinného W. H., nar. XX.X.XXXX, pričom išlo o preplatok povinného v exekučnom konaní, čím spôsobil exekútorovi JUDr. Ľubomír Pekár škodu vo výške 13,07 Eur, - dňa 06.02.2013 zadal na prevod a dňa 07.02.2013 bola pripísaná na účet č. XXXXXXXXXX/XXXX suma vo výške 25,21 Eur v exekučnom konaní pod číslom 2867/07 vo veci oprávneného Slovenská konsolidačná, a.s., IČO: 35776005 a povinného P. A., nar. XX.X.XXXX, pričom išlo o trovy konania exekútora, čím spôsobil exekútorovi JUDr. Ľubomír Pekár škodu vo výške 25,21 Eur, - dňa 06.02.2013 zadal na prevod a dňa 07.02.2013 bola pripísaná na účet č. E. suma vo výške 53,38 Eur v exekučnom konaní pod číslom 3305/06 vo veci oprávneného Slovak Telekom, a.s., IČO: 35763469 a povinného [. E., nar. XX.X.XXXX, pričom išlo o odmenu exekútora za záložné právo, čím spôsobil exekútorovi JUDr. Ľubomír Pekár škodu vo výške 53,38 Eur,</w:t>
      </w:r>
    </w:p>
    <w:p>
      <w:r>
        <w:t>- dňa 06.02.2013 zadal na prevod a dňa 07.02.2013 bola pripísaná na účet č. E. suma vo výške 23,23 Eur v exekučnom konaní pod číslom 1693/09 vo veci oprávneného Slovak Telekom, a.s., IČO: 35763469 a povinného [. E., nar. X.X.XXXX, pričom išlo o preplatok povinného v exekučnom konaní, čím spôsobil exekútorovi JUDr. Ľubomír Pekár škodu vo výške 23,23 Eur, - dňa 06.02.2013 zadal na prevod a dňa 07.02.2013 bola pripísaná na účet č. XXXXXXXXXX/XXXX suma vo výške 14,09 Eur v exekučnom konaní pod číslom XXXX/XX vo veci oprávneného Slovak Telekom, a.s., IČO: 35763469 a povinného [. J., nar. XX.X.XXXX, pričom išlo o preplatok povinného v exekučnom konaní, čím spôsobil exekútorovi JUDr. Ľubomír Pekár škodu vo výške 14,09 Eur, - dňa 07.02.2013 zadal na prevod a dňa 08.02.2013 bola pripísaná na účet č. E. suma vo výške 141,68 Eur v exekučnom konaní pod číslom 256/09 vo veci oprávneného Slovak Telekom, a.s., IČO: 35763469 a povinného B. T., nar. XX.X.XXXX, pričom išlo o preplatok povinného v exekučnom konaní, čím spôsobil exekútorovi JUDr. Ľubomír Pekár škodu vo výške 141,68 Eur, - dňa 11.02.2013 zadal na prevod a dňa 12.02.2013 bola pripísaná na účet č. E. suma vo výške 223,26 Eur v exekučnom konaní pod číslom 6978/07 vo veci oprávneného Slovak Telekom, a.s., IČO: 35763469 a povinného B. J., nar. XX.X.XXXX, pričom išlo o preplatok povinného v exekučnom konaní, čím spôsobil exekútorovi JUDr. Ľubomír Pekár škodu vo výške 223,26 Eur, - dňa 12.02.2013 zadal na prevod a dňa 13.02.2013 bola pripísaná na účet č. E. suma vo výške 53,50 Eur v exekučnom konaní pod číslom 433/08 vo veci oprávneného Slovak Telekom, a.s., IČO: 35763469 a povinného A. A., nar. XX.XX.XXXX, pričom išlo o odmenu exekútora za záložné právo, čím spôsobil exekútorovi JUDr. Ľubomír Pekár škodu vo výške 53,50 Eur, - dňa 12.02.2013 zadal na prevod a dňa 13.02.2013 bola pripísaná na účet č. XXXXXXXXXX/XXXX suma vo výške 21,02 Eur v exekučnom konaní pod číslom XXXX/XX vo veci oprávneného Slovak Telekom, a.s., IČO: 35763469 a povinného N. H., nar. XX.XX.XXXX, pričom išlo o odmenu exekútora za záložné právo, čím spôsobil exekútorovi JUDr. Ľubomír Pekár škodu vo výške 21,02 Eur, - dňa 13.02.2013 zadal na prevod a dňa 14.02.2013 bola pripísaná na účet č. E. suma vo výške 54,28 Eur v exekučnom konaní pod číslom 4105/09 vo veci oprávneného Slovak Telekom, a.s., IČO: 35763469 a povinného F. O., nar. XX.XX.XXXX, pričom išlo o trovy konania exekútora, čím spôsobil exekútorovi JUDr. Ľubomír Pekár škodu vo výške 54,28 Eur, - dňa 12.02.2013 zadal na prevod a dňa 14.02.2013 bola pripísaná na účet č. XXXXXXXXXX/XXXX suma vo výške 25,70 Eur v exekučnom konaní pod číslom 3291/07 vo veci oprávneného Slovak Telekom, a.s., IČO: 35763469 a povinného O. I., nar. XX.X.XXXX, pričom išlo o preplatok povinného v exekučnom konaní, čím spôsobil exekútorovi A. N. K. škodu vo výške 25,70 Eur, - dňa 14.02.2013 zadal na prevod a dňa 15.02.2013 bola pripísaná na účet č. XXXXXXXXXX/XXXX suma vo výške 30,26 Eur v exekučnom konaní pod číslom 20261/03 vo veci oprávneného Národný úrad práce - Okresný úrad práce Prievidza, IČO: 30794536 a povinného P. O., nar. XX.XX.XXXX, pričom išlo o preplatok povinného v exekučnom konaní, čím spôsobil exekútorovi JUDr. Ľubomír Pekár škodu vo výške 30,26 Eur, - dňa 15.02.2013 zadal na prevod a dňa 18.02.2013 bola pripísaná na účet č. XXXXXXXXXX/XXXX suma vo výške 36,00 Eur v exekučnom konaní pod číslom 385/09 vo veci oprávneného Slovak Telekom, a.s., IČO: 35763469 a povinného A. T., nar. XX.X.XXXX, pričom išlo o preplatok povinného v exekučnom konaní, čím spôsobil exekútorovi JUDr. Ľubomír Pekár škodu vo výške 36,00 Eur, - dňa 20.02.2013 zadal na prevod a dňa 21.02.2013 bola pripísaná na účet č. XXXXXXXXXX/XXXX suma vo výške 50,00 Eur v exekučnom konaní pod číslom 5831/09 vo veci oprávneného Slovak Telekom, a.s., IČO: 35763469 a povinného B. O., nar. XX.X.XXXX, pričom išlo o preplatok povinného v exekučnom konaní, čím spôsobil exekútorovi JUDr. Ľubomír Pekár škodu vo výške 50,00 Eur, - dňa 20.02.2013 zadal na prevod a dňa 21.02.2013 bola pripísaná na účet č. XXXXXXXXXX/XXXX suma vo výške 10,00 Eur v exekučnom konaní pod číslom 6975/07 vo veci oprávneného Slovak Telekom, a.s., IČO: 35763469 a povinného B. X., nar. XX.X.XXXX, pričom išlo o preplatok povinného v exekučnom konaní, čím spôsobil exekútorovi JUDr. Ľubomír Pekár škodu vo výške 10,00 Eur, - dňa 20.02.2013 zadal na prevod a dňa 21.02.2013 bola pripísaná na účet č. XXXXXXXXXX/XXXX suma vo výške 87,00 Eur v exekučnom konaní pod číslom 2916/09 vo veci oprávneného Slovak Telekom, a.s., IČO: 35763469 a povinného R. G., nar. XX.X.XXXX, pričom išlo o preplatok povinného v exekučnom konaní, čím spôsobil exekútorovi JUDr. Ľubomír Pekár škodu vo výške 87,00 Eur, - dňa 21.02.2013 zadal na prevod a dňa 22.02.2013 bola pripísaná na účet č. SK10750000004011163460 suma vo výške 42,38 Eur v exekučnom konaní pod číslom 308/09 vo veci oprávneného Slovak Telekom, a.s., IČO: 35763469 a povinného J. F., nar. X.XX.XXXX, pričom išlo o odmenu exekútora za záložné právo, čím spôsobil exekútorovi JUDr. Ľubomír Pekár škodu vo výške 42,38 Eur,</w:t>
      </w:r>
    </w:p>
    <w:p>
      <w:r>
        <w:t>- dňa 25.02.2013 zadal na prevod a dňa 27.02.2013 bola pripísaná na účet č. E. suma vo výške 80,00 Eur v exekučnom konaní pod číslom 238/09 vo veci oprávneného Slovak Telekom, a.s., IČO: 35763469 a povinného F. G., nar. XX.X.XXXX, pričom išlo o preplatok povinného v exekučnom konaní, čím spôsobil exekútorovi JUDr. Ľubomír Pekár škodu vo výške 80,00 Eur, - dňa 01.03.2013 zadal na prevod a dňa 04.03.2013 bola pripísaná na účet č. E. suma vo výške 25,07 Eur v exekučnom konaní pod číslom 4040/08 vo veci oprávneného Slovak Telekom, a.s., IČO: 35763469 a povinného O. O., nar. XX.XX.XXXX, pričom išlo o preplatok povinného v exekučnom konaní, čím spôsobil exekútorovi JUDr. Ľubomír Pekár škodu vo výške 25,07 Eur, - dňa 01.03.2013 zadal na prevod a dňa 04.03.2013 bola pripísaná na účet č. XXXXXXXXXX/XXXX suma vo výške 31,86 Eur v exekučnom konaní pod číslom 7937/07 vo veci oprávneného Slovak Telekom, a.s., IČO: 35763469 a povinného A. O., nar. X.X.XXXX, pričom išlo o odmenu exekútora za záložné právo, čím spôsobil exekútorovi JUDr. Ľubomír Pekár škodu vo výške 31,86 Eur, - dňa 01.03.2013 zadal na prevod a dňa 04.03.2013 bola pripísaná na účet č. XXXXXXXXXX/XXXX suma vo výške 22,69 Eur v exekučnom konaní pod číslom 3289/06 vo veci oprávneného Slovak Telekom, a.s., IČO: 35763469 a povinného [. S., nar. XX.X.XXXX, pričom išlo o trovy konania exekútora, čím spôsobil exekútorovi JUDr. Ľubomír Pekár škodu vo výške 22,69 Eur, - dňa 01.03.2013 zadal na prevod a dňa 04.03.2013 bola pripísaná na účet č. E. suma vo výške 57,27 Eur v exekučnom konaní pod číslom 1276/08 vo veci oprávneného Slovak Telekom, a.s., IČO: 35763469 a povinného A. F., nar. XX.X.XXXX, pričom išlo o preplatok povinného v exekučnom konaní, čím spôsobil exekútorovi JUDr. Ľubomír Pekár škodu vo výške 57,27 Eur, - dňa 01.03.2013 zadal na prevod a dňa 04.03.2013 bola pripísaná na účet č. XXXXXXXXXX/XXXX suma vo výške 14,65 Eur v exekučnom konaní pod číslom 3667/05 vo veci oprávneného Slovak Telekom, a.s., IČO: 35763469 a povinného S. M., nar. XX.XX.XXXX, pričom išlo o preplatok povinného v exekučnom konaní, spôsobil exekútorovi JUDr. Ľubomír Pekár škodu vo výške 14,65 Eur, - dňa 01.03.2013 zadal na prevod a dňa 04.03.2013 bola pripísaná na účet č. XXXXXXXXXX/XXXX suma vo výške 38,97 Eur v exekučnom konaní pod číslom 2148/08 vo veci oprávneného Slovak Telekom, a.s., IČO: 35763469 a povinného [. J., nar. XX.X.XXXX, pričom išlo o preplatok povinného v exekučnom konaní v sume 35,53 Eur a odmenu exekútora za záložné právo v sume 3,44 Eur, čím spôsobil exekútorovi JUDr. Ľubomír Pekár škodu vo výške 38,97 Eur, - dňa 04.03.2013 zadal na prevod a dňa 06.03.2013 bola pripísaná na účet č. SK10750000004011163460 suma vo výške 10,98 Eur v exekučnom konaní pod číslom 4105/09 vo veci oprávneného Slovak Telekom, a.s., IČO: 35763469 a povinného F. O. , nar. XX.XX.XXXX, pričom išlo o preplatok povinného v exekučnom konaní, čím spôsobil exekútorovi JUDr. Ľubomír Pekár škodu vo výške 10,98 Eur, - dňa 04.03.2013 zadal na prevod a dňa 06.03.2013 bola pripísaná na účet č. SK10750000004011163460 suma vo výške 44,50 Eur v exekučnom konaní pod číslom 5852/09 vo veci oprávneného Slovak Telekom, a.s., IČO: 35763469 a povinného W. H., nar. XX.X.XXXX, pričom išlo o preplatok povinného v exekučnom konaní, čím spôsobil exekútorovi JUDr. Ľubomír Pekár škodu vo výške 44,50 Eur, - dňa 04.03.2013 zadal na prevod a dňa 06.03.2013 bola pripísaná na účet č. E. suma vo výške 3,84 Eur v exekučnom konaní pod číslom 4641/09 vo veci oprávneného Slovak Telekom, a.s., IČO: 35763469 a povinného J. D., nar. X.X.XXXX, pričom išlo o preplatok povinného v exekučnom konaní, čím spôsobil exekútorovi JUDr. Ľubomír Pekár škodu vo výške 3,84 Eur, - dňa 13.03.2013 zadal na prevod a dňa 14.03.2013 bola pripísaná na účet č. SK10750000004011163460 suma vo výške 185,51 Eur v exekučnom konaní pod číslom 308/09 vo veci oprávneného Slovak Telekom, a.s., IČO: 35763469 a povinného J. F., nar. X.XX.XXXX, pričom išlo o preplatok povinného v exekučnom konaní v sume 68,57 Eur a odmenu exekútora za záložné právo v sume 116,94 Eur, čím spôsobil exekútorovi JUDr. Ľubomír Pekár škodu vo výške 185,51 Eur, - dňa 13.03.2013 zadal na prevod a dňa 14.03.2013 bola pripísaná na účet č. E. suma vo výške 64,28 Eur v exekučnom konaní pod číslom 4105/09 vo veci oprávneného Slovak Telekom, a.s., IČO: 35763469 a povinného F. O., nar. XX.XX.XXXX, pričom išlo o preplatok povinného v exekučnom konaní, čím spôsobil exekútorovi JUDr. Ľubomír Pekár škodu vo výške 64,28 Eur, - dňa 13.03.2013 zadal na prevod a dňa 14.03.2013 bola pripísaná na účet č. SK10750000004011163460 suma vo výške 132,00 Eur v exekučnom konaní pod číslom 1472/07 vo veci oprávneného Slovak Telekom, a.s., IČO: 35763469 a povinného G. O., nar. X.X.XXXX, pričom išlo o preplatok povinného v exekučnom konaní, čím spôsobil exekútorovi JUDr. Ľubomír Pekár škodu vo výške 132,00 Eur,</w:t>
      </w:r>
    </w:p>
    <w:p>
      <w:r>
        <w:t>- dňa 13.03.2013 zadal na prevod a dňa 14.03.2013 bola pripísaná na účet č. XXXXXXXXXX/XXXX suma vo výške 7,48 Eur v exekučnom konaní pod číslom 4645/09 vo veci oprávneného Slovak Telekom, a.s., IČO: 35763469 a povinného F. D., nar. XX.X.XXXX, pričom išlo o preplatok povinného v exekučnom konaní, čím spôsobil exekútorovi JUDr. Ľubomír Pekár škodu vo výške 7,48 Eur, - dňa 15.03.2013 zadal na prevod a dňa 18.03.2013 bola pripísaná na účet č. E. suma vo výške 100,00 Eur v exekučnom konaní pod číslom 1387/04 vo veci oprávneného Slovak Telekom, a.s., IČO: 35763469 a povinného Q. U., nar. XX.X.XXXX, pričom išlo o vymoženú čiastku oprávneného v exekučnom konaní v sume 80,65 Eur a trovy konania exekútora v sume 19,35 Eur, čím spôsobil exekútorovi JUDr. Ľubomír Pekár škodu vo výške 100,00 Eur, - dňa 15.03.2013 zadal na prevod a dňa 18.03.2013 bola pripísaná na účet č. XXXXXXXXXX/XXXX suma vo výške 36,00 Eur v exekučnom konaní pod číslom 385/09 vo veci oprávneného Slovak Telekom, a.s., IČO: 35763469 a povinného A. T., nar. XX.X.XXXX, pričom išlo o preplatok povinného v exekučnom konaní, čím spôsobil exekútorovi JUDr. Ľubomír Pekár škodu vo výške 36,00 Eur, - dňa 20.03.2013 zadal na prevod a dňa 21.03.2013 bola pripísaná na účet č. E. suma vo výške 114,02 Eur v exekučnom konaní pod číslom 5843/09 vo veci oprávneného Slovak Telekom, a.s., IČO: 35763469 a povinného P. F., nar. X.X.XXXX, pričom išlo o odmenu exekútora za záložné právo, čím spôsobil exekútorovi JUDr. Ľubomír Pekár škodu vo výške 114,02 Eur, - dňa 20.03.2013 zadal na prevod a dňa 21.03.2013 bola pripísaná na účet č. XXXXXXXXXX/XXXX suma vo výške 32,64 Eur v exekučnom konaní pod číslom 5044/09 vo veci oprávneného Slovak Telekom, a.s., IČO: 35763469 a povinného F. R., nar. XX.X.XXXX, pričom išlo o preplatok povinného v exekučnom konaní, čím spôsobil exekútorovi A. N. K. škodu vo výške 32,64 Eur, - dňa 19.03.2013 zadal na prevod a dňa 21.03.2013 bola pripísaná na účet č. XXXXXXXXXX/XXXX suma vo výške 19,00 Eur v exekučnom konaní pod číslom XXXX/XX vo veci oprávneného Slovak Telekom, a.s., IČO: 35763469 a povinného R. G., nar. XX.X.XXXX, pričom išlo o preplatok povinného v exekučnom konaní, čím spôsobil exekútorovi JUDr. Ľubomír Pekár škodu vo výške 19,00 Eur, - dňa 20.03.2013 zadal na prevod a dňa 21.03.2013 bola pripísaná na účet č. XXXXXXXXXX/XXXX suma vo výške 35,77 Eur v exekučnom konaní pod číslom 4093/09 vo veci oprávneného Slovak Telekom, a.s., IČO: 35763469 a povinného J. T., nar. X.XX.XXXX, pričom išlo o preplatok povinného v exekučnom konaní, čím spôsobil exekútorovi JUDr. Ľubomír Pekár škodu vo výške 35,77 Eur, - dňa 21.03.2013 zadal na prevod a dňa 25.03.2013 bola pripísaná na účet č. E. suma vo výške 123,16 Eur v exekučnom konaní pod číslom 441/09 vo veci oprávneného Slovak Telekom, a.s., IČO: 35763469 a povinného J. H., nar. 24.5.1963, pričom išlo o odmenu exekútora za záložné právo, čím spôsobil exekútorovi JUDr. Ľubomír Pekár škodu vo výške 123,16 Eur, - dňa 22.03.2013 zadal na prevod a dňa 25.03.2013 bola pripísaná na účet č. XXXXXXXXXX/XXXX suma vo výške 155,60 Eur v exekučnom konaní pod číslom 1362/06 vo veci oprávneného Slovak Telekom, a.s., IČO: 35763469 a povinného B. U., nar. X.X.XXXX, pričom išlo o preplatok povinného v exekučnom konaní, čím spôsobil exekútorovi JUDr. Ľubomír Pekár škodu vo výške 155,60 Eur, - dňa 22.03.2013 zadal na prevod a dňa 25.03.2013 bola pripísaná na účet č. E. suma vo výške 130,00 Eur v exekučnom konaní pod číslom 4696/08 vo veci oprávneného Slovak Telekom, a.s., IČO: 35763469 a povinného O. S., nar. XX.X.XXXX, pričom išlo o preplatok povinného v exekučnom konaní v sume 30,- Eur a trovy konania exekútora v sume 100,- Eur, čím spôsobil exekútorovi JUDr. Ľubomír Pekár škodu vo výške 130,- Eur, - dňa 31.03.2013 zadal na prevod a dňa 01.04.2013 bola pripísaná na účet č. XXXXXXXXXX/XXXX suma vo výške 4,02 Eur v exekučnom konaní pod číslom 134/11 vo veci oprávneného Slovak Telekom, a.s., IČO: 35763469 a povinného D. W., nar. XX.X.XXXX, pričom išlo o preplatok povinného v exekučnom konaní, čím spôsobil exekútorovi JUDr. Ľubomír Pekár škodu vo výške 4,02 Eur, - dňa 28.03.2013 zadal na prevod a dňa 02.04.2013 bola pripísaná na účet č. E. suma vo výške 776,71 Eur v exekučnom konaní pod číslom 4595/09 vo veci oprávneného Slovak Telekom, a.s., IČO: 35763469 a povinného W. O., nar. X.XX.XXXX, pričom išlo o preplatok povinného v exekučnom konaní, čím spôsobil exekútorovi JUDr. Ľubomír Pekár škodu vo výške 776,71 Eur, - dňa 28.03.2013 zadal na prevod a dňa 02.04.2013 bola pripísaná na účet č. E. suma vo výške 80,00 Eur v exekučnom konaní pod číslom 238/09 vo veci oprávneného Slovak Telekom, a.s., IČO: 35763469 a povinného F. G., nar. XX.X.XXXX, pričom išlo o preplatok povinného v exekučnom konaní, čím spôsobil exekútorovi JUDr. Ľubomír Pekár škodu vo výške 80,00 Eur, - dňa 28.03.2013 zadal na prevod a dňa 02.04.2013 bola pripísaná na účet č. XXXXXXXXXX/XXXX suma vo výške 44,59 Eur v exekučnom konaní pod číslom 4568/09 vo veci oprávneného Slovak Telekom, a.s., IČO: 35763469 a povinného Q. J., nar. XX.X.XXXX, pričom išlo o preplatok povinného v exekučnom konaní, čím spôsobil exekútorovi JUDr. Ľubomír Pekár škodu vo výške 44,59 Eur,</w:t>
      </w:r>
    </w:p>
    <w:p>
      <w:r>
        <w:t>- dňa 01.04.2013 zadal na prevod a dňa 02.04.2013 bola pripísaná na účet č. XXXXXXXXXX/XXXX suma vo výške 34,98 Eur v exekučnom konaní pod číslom 8749/07 vo veci oprávneného Slovak Telekom, a.s., IČO: 35763469 a povinného J. F., nar. X.X.XXXX, pričom išlo o preplatok povinného v exekučnom konaní, čím spôsobil exekútorovi JUDr. Ľubomír Pekár škodu vo výške 34,98 Eur, - dňa 01.04.2013 zadal na prevod a dňa 02.04.2013 bola pripísaná na účet č. XXXXXXXXXX/ XXXX suma vo výške 32,46 Eur v exekučnom konaní pod číslom 20370/96 vo veci oprávneného Stredoslovenská vodárenská spoločnosť, a.s., IČO: 36056006 a povinného A. H., nar. X.XX.XXXX, IČO: 32942893, pričom išlo o odmenu exekútora za záložné právo, čím spôsobil exekútorovi JUDr. Ľubomír Pekár škodu vo výške 32,46 Eur, - dňa 03.04.2013 zadal na prevod a dňa 04.04.2013 bola pripísaná na účet č. SK10750000004011163460 suma vo výške 11,82 Eur v exekučnom konaní pod číslom 4105/09 vo veci oprávneného Slovak Telekom, a.s., IČO: 35763469 a povinného F. O., nar. XX.XX.XXXX, pričom išlo o preplatok povinného v exekučnom konaní, čím spôsobil exekútorovi JUDr. Ľubomír Pekár škodu vo výške 11,82 Eur, - dňa 03.04.2013 zadal na prevod a dňa 04.04.2013 bola pripísaná na účet č. SK10750000004011163460 suma vo výške 57,55 Eur v exekučnom konaní pod číslom 4635/09 vo veci oprávneného Slovak Telekom, a.s., IČO: 35763469 a povinného Q. H., nar. XX.X.XXXX, pričom išlo o preplatok povinného v exekučnom konaní, čím spôsobil exekútorovi JUDr. Ľubomír Pekár škodu vo výške 57,55 Eur, - dňa 03.04.2013 zadal na prevod a dňa 04.04.2013 bola pripísaná na účet č. E. suma vo výške 45,34 Eur v exekučnom konaní pod číslom 5852/09 vo veci oprávneného Slovak Telekom, a.s., IČO: 35763469 a povinného W. H., nar. 20.6.1961, pričom išlo o preplatok povinného v exekučnom konaní, čím spôsobil exekútorovi JUDr. Ľubomír Pekár škodu vo výške 45,34 Eur, - dňa 03.04.2013 zadal na prevod a dňa 04.04.2013 bola pripísaná na účet č. XXXXXXXXXX/XXXX suma vo výške 29,30 Eur v exekučnom konaní pod číslom 7937/07 vo veci oprávneného Slovak Telekom, a.s., IČO: 35763469 a povinného A. O., nar. X.X.XXXX, pričom išlo o odmenu exekútora za záložné právo, čím spôsobil exekútorovi JUDr. Ľubomír Pekár škodu vo výške 29,30 Eur, - dňa 03.04.2013 zadal na prevod a dňa 04.04.2013 bola pripísaná na účet č. XXXXXXXXXX/XXXX suma vo výške 43,84 Eur v exekučnom konaní pod číslom 3289/06 vo veci oprávneného Slovak Telekom, a.s., IČO: 35763469 a povinného [. S., nar. XX.X.XXXX, pričom išlo o trovy konania exekútora, čím spôsobil exekútorovi JUDr. Ľubomír Pekár škodu vo výške 43,84 Eur, - dňa 03.04.2013 zadal na prevod a dňa 04.04.2013 bola pripísaná na účet č. E. suma vo výške 278,78 Eur v exekučnom konaní pod číslom 5190/08 vo veci oprávneného Slovak Telekom, a.s., IČO: 35763469 a povinného O. O., nar. XX.X.XXXX, pričom išlo o preplatok povinného v exekučnom konaní v sume 39,80 Eur a odmenu exekútora za záložné právo v sume 238,98 Eur, čím spôsobil exekútorovi A. N. K. škodu vo výške 278,78 Eur, - dňa 03.04.2013 zadal na prevod a dňa 04.04.2013 bola pripísaná na účet č. XXXXXXXXXX/XXXX suma vo výške 14,95 Eur v exekučnom konaní pod číslom 4996/09 vo veci oprávneného Slovak Telekom, a.s., IČO: 35763469 a povinného I. P., nar. XX.X.XXXX, pričom išlo o preplatok povinného v exekučnom konaní, čím spôsobil exekútorovi JUDr. Ľubomír Pekár škodu vo výške 14,95 Eur, - dňa 04.04.2013 zadal na prevod a dňa 08.04.2013 bola pripísaná na účet č. SK10750000004011163460 suma vo výške 63,28 Eur v exekučnom konaní pod číslom 4040/08 vo veci oprávneného Slovak Telekom, a.s., IČO: 35763469 a povinného O. O., nar. XX.XX.XXXX, pričom išlo o preplatok povinného v exekučnom konaní, čím spôsobil exekútorovi JUDr. Ľubomír Pekár škodu vo výške 63,28 Eur, - dňa 04.04.2013 zadal na prevod a dňa 08.04.2013 bola pripísaná na účet č. XXXXXXXXXX/XXXX suma vo výške 321,86 Eur v exekučnom konaní pod číslom 4038/08 vo veci oprávneného Slovak Telekom, a.s., IČO: 35763469 a povinného B. O., nar. X.X.XXXX, pričom išlo o preplatok povinného v exekučnom konaní v sume 231,40 Eur a a odmenu exekútora za záložné právo v sume 90,46 Eur, čím spôsobil exekútorovi JUDr. Ľubomír Pekár škodu vo výške 321,86 Eur, - dňa 04.04.2013 zadal na prevod a dňa 08.04.2013 bola pripísaná na účet č. E. suma vo výške 56,16 Eur v exekučnom konaní pod číslom 1276/08 vo veci oprávneného Slovak Telekom, a.s., IČO: 35763469 a povinného A. F., nar. XX.X.XXXX, pričom išlo o preplatok povinného v exekučnom konaní, čím spôsobil exekútorovi JUDr. Ľubomír Pekár škodu vo výške 56,16 Eur, - dňa 04.04.2013 zadal na prevod a dňa 08.04.2013 bola pripísaná na účet č. XXXXXXXXXX/XXXX suma vo výške 38,97 Eur v exekučnom konaní pod číslom 2148/08 vo veci oprávneného Slovak Telekom, a.s., IČO: 35763469 a povinného [. J., nar. XX.X.XXXX, pričom išlo o odmenu exekútora za záložné právo, čím spôsobil exekútorovi A. N. K. škodu vo výške 38,97 Eur,</w:t>
      </w:r>
    </w:p>
    <w:p>
      <w:r>
        <w:t>- dňa 05.04.2013 zadal na prevod a dňa 08.04.2013 bola pripísaná na účet č. XXXXXXXXXX/XXXX suma vo výške 43,38 Eur v exekučnom konaní pod číslom 2968/09 vo veci oprávneného Slovak Telekom, a.s., IČO: 35763469 a povinného G. O., nar. XX.XX.XXXX, pričom išlo o preplatok povinného v exekučnom konaní v sume 23,38 Eur a trovy exekútora v sume 20,- Eur, čím spôsobil exekútorovi JUDr. Ľubomír Pekár škodu vo výške 43,38 Eur, - dňa 11.04.2013 zadal na prevod a dňa 14.04.2013 bola pripísaná na účet č. XXXXXXXXXX/XXXX suma vo výške 34,49 Eur v exekučnom konaní pod číslom 1615/09 vo veci oprávneného Slovak Telekom, a.s., IČO: 35763469 a povinného P. Q., nar. X.X.XXXX, pričom išlo o preplatok povinného v exekučnom konaní, čím spôsobil exekútorovi JUDr. Ľubomír Pekár škodu vo výške 34,49 Eur, - dňa 12.04.2013 zadal na prevod a dňa 15.04.2013 bola pripísaná na účet č. XXXXXXXXXX/XXXX suma vo výške 43,22 Eur v exekučnom konaní pod číslom 3851/05 vo veci oprávneného Slovak Telekom, a.s., IČO: 35763469 a povinného B. U., nar. XX.X.XXXX, pričom išlo o preplatok povinného v exekučnom konaní, čím spôsobil exekútorovi JUDr. Ľubomír Pekár škodu vo výške 43,22 Eur, - dňa 11.04.2013 zadal na prevod a dňa 15.04.2013 bola pripísaná na účet č. XXXXXXXXXX/XXXX suma vo výške 8,54 Eur v exekučnom konaní pod číslom 4645/09 vo veci oprávneného Slovak Telekom, a.s., IČO: 35763469 a povinného F. D., nar. XX.X.XXXX, pričom išlo o preplatok povinného v exekučnom konaní, čím spôsobil exekútorovi JUDr. Ľubomír Pekár škodu vo výške 8,54 Eur, - dňa 15.04.2013 zadal na prevod a dňa 17.04.2013 bola pripísaná na účet č. E. suma vo výške 211,85 Eur v exekučnom konaní pod číslom 1990/10 vo veci oprávneného Slovak Telekom, a.s., IČO: 35763469 a povinného H. H., nar. XX.X.XXXX, pričom išlo o preplatok povinného v exekučnom konaní, čím spôsobil exekútorovi JUDr. Ľubomír Pekár škodu vo výške 211,85 Eur, - dňa 16.04.2013 zadal na prevod a dňa 17.04.2013 bola pripísaná na účet č. XXXXXXXXXX/XXXX suma vo výške 36,00 Eur v exekučnom konaní pod číslom 385/09 vo veci oprávneného Slovak Telekom, a.s., IČO: 35763469 a povinného A. T., nar. XX.X.XXXX, pričom išlo o preplatok povinného v exekučnom konaní, čím spôsobil exekútorovi JUDr. Ľubomír Pekár škodu vo výške 36,00 Eur, - dňa 17.04.2013 zadal na prevod a dňa 18.04.2013 bola pripísaná na účet č. E. suma vo výške 145,39 Eur v exekučnom konaní pod číslom 5843/09 vo veci oprávneného Slovak Telekom, a.s., IČO: 35763469 a povinného P. F., nar. 2.9.1976, pričom išlo o preplatok povinného v exekučnom konaní v sume 118,14 Eur, odmenu exekútora za záložné právo v sume 4,48 Eur a trovy exekútora v sume 22,77 Eur, čím spôsobil exekútorovi JUDr. Ľubomír Pekár škodu vo výške 145,39 Eur, - dňa 17.04.2013 zadal na prevod a dňa 18.04.2013 bola pripísaná na účet č. XXXXXXXXXX/XXXX suma vo výške 98,52 Eur v exekučnom konaní pod číslom 5044/09 vo veci oprávneného Slovak Telekom, a.s., IČO: 35763469 a povinného F. R., nar. XX.X.XXXX, pričom išlo o preplatok povinného v exekučnom konaní, čím spôsobil exekútorovi JUDr. Ľubomír Pekár škodu vo výške 98,52 Eur, - dňa 17.04.2013 zadal na prevod a dňa 18.04.2013 bola pripísaná na účet č. XXXXXXXXXX/XXXX suma vo výške 50,00 Eur v exekučnom konaní pod číslom 4568/09 vo veci oprávneného Slovak Telekom, a.s., IČO: 35763469 a povinného Q. J., nar. XX.X.XXXX, pričom išlo o preplatok povinného v exekučnom konaní, čím spôsobil exekútorovi JUDr. Ľubomír Pekár škodu vo výške 50,00 Eur, - dňa 17.04.2013 zadal na prevod a dňa 18.04.2013 bola pripísaná na účet č. XXXXXXXXXX/XXXX suma vo výške 63,00 Eur v exekučnom konaní pod číslom 4093/09 vo veci oprávneného Slovak Telekom, a.s., IČO: 35763469 a povinného J. T., nar. X.XX.XXXX, pričom išlo o preplatok povinného v exekučnom konaní v sume 23,50 Eur a odmenu exekútora za záložné právo v sume 39,50 Eur, čím spôsobil exekútorovi JUDr. Ľubomír Pekár škodu vo výške 63,00 Eur, - dňa 22.04.2013 zadal na prevod a dňa 23.04.2013 bola pripísaná na účet č. E. suma vo výške 58,00 Eur v exekučnom konaní pod číslom 1990/10 vo veci oprávneného Slovak Telekom, a.s.,2359/ IČO: 35763469 a povinného H. H., nar. XX.X.XXXX, pričom išlo o trovy konania exekútora, čím spôsobil exekútorovi JUDr. Ľubomír Pekár škodu vo výške 58,00 Eur, - dňa 22.04.2013 zadal na prevod a dňa 24.04.2013 bola pripísaná na účet č. XXXXXXXXXX/XXXX suma vo výške 131,24 Eur v exekučnom konaní pod číslom 6394/13 vo veci oprávneného Slovenská konsolidačná, a.s., IČO: 35776005 a povinného J. E., nar. XX.X.XXXX, IČO: 44304013, pričom išlo o preplatok povinného v exekučnom konaní, čím spôsobil exekútorovi JUDr. Ľubomír Pekár škodu vo výške 131,24 Eur, - dňa 22.04.2013 zadal na prevod a dňa 25.04.2013 bola pripísaná na účet č. E. suma vo výške 58,00 Eur v exekučnom konaní pod číslom 1990/10 vo veci oprávneného Slovak Telekom, a.s., IČO: 35763469 a povinného H. H., nar. XX.X.XXXX, pričom išlo o preplatok povinného v exekučnom konaní, čím spôsobil exekútorovi JUDr. Ľubomír Pekár škodu vo výške 58,00 Eur, - dňa 24.04.2013 zadal na prevod a dňa 25.04.2013 bola pripísaná na účet č. E. suma vo výške 352,62 Eur v exekučnom konaní pod číslom 6463/09 vo veci oprávneného Slovak Telekom, a.s., IČO: 35763469</w:t>
      </w:r>
    </w:p>
    <w:p>
      <w:r>
        <w:t>a povinného F. O., nar. XX.X.XXXX, pričom išlo o preplatok povinného v exekučnom konaní v sume 76,11 Eur a odmenu exekútora za záložné právo v sume 276,51 Eur, čím spôsobil exekútorovi JUDr. Ľubomír Pekár škodu vo výške 352,62 Eur, - dňa 25.04.2013 zadal na prevod a dňa 26.04.2013 bola pripísaná na účet č. E. suma vo výške 442,93 Eur v exekučnom konaní pod číslom 7924/07 vo veci oprávneného Slovak Telekom, a.s., IČO: 35763469 a povinného K. X., nar. XX.X.XXXX, pričom išlo o preplatok povinného v exekučnom konaní v sume 203,95 Eur a odmenu exekútora za záložné právo v sume 238,98 Eur, čím spôsobil exekútorovi JUDr. Ľubomír Pekár škodu vo výške 442,93 Eur, - dňa 25.04.2013 zadal na prevod a dňa 26.04.2013 bola pripísaná na účet č. E. suma vo výške 80,00 Eur v exekučnom konaní pod číslom 238/09 vo veci oprávneného Slovak Telekom, a.s., IČO: 35763469 a povinného F. G., nar. XX.X.XXXX, pričom išlo o preplatok povinného v exekučnom konaní, čím spôsobil exekútorovi JUDr. Ľubomír Pekár škodu vo výške 80,00 Eur, - dňa 30.04.2013 zadal na prevod a dňa 02.05.2013 bola pripísaná na účet č. SK10750000004011163460 suma vo výške 211,23 Eur v exekučnom konaní pod číslom 2225/08 vo veci oprávneného Slovak Telekom, a.s., IČO: 35763469 a povinného F. B. B., nar. X.X.XXXX, IČO: 35129158, pričom išlo o preplatok povinného v exekučnom konaní v sume 131,57 Eur a odmenu exekútora za záložné právo v sume 79,66 Eur, čím spôsobil exekútorovi JUDr. Ľubomír Pekár škodu vo výške 211,23 Eur, - dňa 03.05.2013 zadal na prevod a dňa 07.05.2013 bola pripísaná na účet č. E. suma vo výške 18,93 Eur v exekučnom konaní pod číslom 5852/09 vo veci oprávneného Slovak Telekom, a.s., IČO: 35763469 a povinného W. H., nar. 20.6.1961, pričom išlo o preplatok povinného v exekučnom konaní, čím spôsobil exekútorovi JUDr. Ľubomír Pekár škodu vo výške 18,93 Eur, - dňa 03.05.2013 zadal na prevod a dňa 07.05.2013 bola pripísaná na účet č. E. suma vo výške 63,28 Eur v exekučnom konaní pod číslom 4040/08 vo veci oprávneného Slovak Telekom, a.s., IČO: 35763469 a povinného O. O., nar. XX.XX.XXXX, pričom išlo o preplatok povinného v exekučnom konaní, čím spôsobil exekútorovi JUDr. Ľubomír Pekár škodu vo výške 63,28 Eur, - dňa 03.05.2013 zadal na prevod a dňa 07.05.2013 bola pripísaná na účet č. E. suma vo výške 84,31 Eur v exekučnom konaní pod číslom 5190/08 vo veci oprávneného Slovak Telekom, a.s., IČO: 35763469 a povinného O. O., nar. XX.X.XXXX, IČO: 37608266, pričom išlo o preplatok povinného v exekučnom konaní, čím spôsobil exekútorovi JUDr. Ľubomír Pekár škodu vo výške 84,31 Eur, - dňa 03.05.2013 zadal na prevod a dňa 07.05.2013 bola pripísaná na účet č. XXXXXXXXXX/XXXX suma vo výške 56,88 Eur v exekučnom konaní pod číslom 4996/09 vo veci oprávneného Slovak Telekom, a.s., IČO: 35763469 a povinného I. P., nar. XX.X.XXXX, pričom išlo o odmenu exekútora za záložné právo, čím spôsobil exekútorovi JUDr. Ľubomír Pekár škodu vo výške 56,88 Eur, - dňa 03.05.2013 zadal na prevod a dňa 07.05.2013 bola pripísaná na účet č. XXXXXXXXXX/XXXX suma vo výške 38,97 Eur v exekučnom konaní pod číslom XXXX/XX vo veci oprávneného Slovak Telekom, a.s., IČO: 35763469 a povinného [. J., nar. XX.X.XXXX, pričom išlo o odmenu exekútora za záložné právo, čím spôsobil exekútorovi JUDr. Ľubomír Pekár škodu vo výške 38,97 Eur, - dňa 03.05.2013 zadal na prevod a dňa 07.05.2013 bola pripísaná na účet č. XXXXXXXXXX/XXXX suma vo výške 39,00 Eur v exekučnom konaní pod číslom 4047/08 vo veci oprávneného Slovak Telekom, a.s., IČO: 35763469 a povinného [. I., nar. X.X.XXXX, pričom išlo o preplatok povinného v exekučnom konaní, čím spôsobil exekútorovi JUDr. Ľubomír Pekár škodu vo výške 39,00 Eur, - dňa 14.05.2013 zadal na prevod a dňa 16.05.2013 bola pripísaná na účet č. E. suma vo výške 278,80 Eur v exekučnom konaní pod číslom 2314/09 vo veci oprávneného Slovak Telekom, a.s., IČO: 35763469 a povinného N. D., nar. XX.X.XXXX, pričom išlo o preplatok povinného v exekučnom konaní v sume 2,29 Eur a odmenu exekútora za záložné právo v sume 276,51 Eur, čím spôsobil exekútorovi JUDr. Ľubomír Pekár škodu vo výške 278,80 Eur, - dňa 14.05.2013 zadal na prevod a dňa 16.05.2013 bola pripísaná na účet č. E. suma vo výške 42,76 Eur v exekučnom konaní pod číslom 1376/06 vo veci oprávneného Slovak Telekom, a.s., IČO: 35763469 a povinného G. B., nar. X.X.XXXX, pričom išlo o preplatok povinného v exekučnom konaní, čím spôsobil exekútorovi JUDr. Ľubomír Pekár škodu vo výške 42,76 Eur, - dňa 15.05.2013 zadal na prevod a dňa 16.05.2013 bola pripísaná na účet č. XXXXXXXXXX/XXXX suma vo výške 36,00 Eur v exekučnom konaní pod číslom 385/09 vo veci oprávneného Slovak Telekom, a.s., IČO: 35763469 a povinného A. T., nar. XX.X.XXXX, pričom išlo o preplatok povinného v exekučnom konaní, čím spôsobil exekútorovi A. N. K. škodu vo výške 36,00 Eur, - dňa 17.05.2013 zadal na prevod a dňa 21.05.2013 bola pripísaná na účet č. XXXXXXXXXX/XXXX suma vo výške 45,15 Eur v exekučnom konaní pod číslom 4093/09 vo veci oprávneného Slovak Telekom,</w:t>
      </w:r>
    </w:p>
    <w:p>
      <w:r>
        <w:t>a.s., IČO: 35763469 a povinného J. T., nar. X.XX.XXXX, pričom išlo o preplatok povinného v exekučnom konaní, čím spôsobil exekútorovi JUDr. Ľubomír Pekár škodu vo výške 45,15 Eur, - dňa 21.05.2013 zadal na prevod a dňa 22.05.2013 bola pripísaná na účet č. E. suma vo výške 218,99 Eur v exekučnom konaní pod číslom 7929/07 vo veci oprávneného Slovak Telekom, a.s., IČO: 35763469 a povinného S. A., nar. XX.XX.XXXX, pričom išlo o trovy konania exekútora, čím spôsobil exekútorovi JUDr. Ľubomír Pekár škodu vo výške 218,99 Eur, - dňa 27.05.2013 zadal na prevod a dňa 28.05.2013 bola pripísaná na účet č. E. suma vo výške 80,00 Eur v exekučnom konaní pod číslom XXX/XX vo veci oprávneného Slovak Telekom, a.s., IČO: 35763469 a povinného F. G., nar. XX.X.XXXX, pričom išlo o preplatok povinného v exekučnom konaní, čím spôsobil exekútorovi JUDr. Ľubomír Pekár škodu vo výške 80,00 Eur, - dňa 30.05.2013 zadal na prevod a dňa 31.05.2013 bola pripísaná na účet č. SK10750000004011163460 suma vo výške 29,10 Eur v exekučnom konaní pod číslom 5010/09 vo veci oprávneného Slovak Telekom, a.s., IČO: 35763469 a povinného T. I., nar. XX.X.XXXX, pričom išlo o preplatok povinného v exekučnom konaní, čím spôsobil exekútorovi JUDr. Ľubomír Pekár škodu vo výške 29,10 Eur, - dňa 30.05.2013 zadal na prevod a dňa 31.05.2013 bola pripísaná na účet č. E. suma vo výške 23,48 Eur v exekučnom konaní pod číslom 1502/07 vo veci oprávneného Slovak Telekom, a.s., IČO: 35763469 a povinného N. E., nar. XX.X.XXXX, pričom išlo o preplatok povinného v exekučnom konaní, čím spôsobil exekútorovi JUDr. Ľubomír Pekár škodu vo výške 23,48 Eur, - dňa 03.06.2013 zadal na prevod a dňa 04.06.2013 bola pripísaná na účet č. XXXXXXXXXX/XXXX suma vo výške 67,74 Eur v exekučnom konaní pod číslom 1480/07 vo veci oprávneného Slovak Telekom, a.s., IČO: 35763469 a povinného T. B., nar. XX.X.XXXX, pričom išlo o odmenu exekútora za záložné právo, čím spôsobil exekútorovi JUDr. Ľubomír Pekár škodu vo výške 67,74 Eur, - dňa 04.06.2013 zadal na prevod a dňa 05.06.2013 bola pripísaná na účet č. E. suma vo výške 63,28 Eur v exekučnom konaní pod číslom 4040/08 vo veci oprávneného Slovak Telekom, a.s., IČO: 35763469 a povinného O. O., nar. XX.XX.XXXX, pričom išlo o preplatok povinného v exekučnom konaní, čím spôsobil exekútorovi JUDr. Ľubomír Pekár škodu vo výške 63,28 Eur, - dňa 04.06.2013 zadal na prevod a dňa 05.06.2013 bola pripísaná na účet č. E. suma vo výške 32,77 Eur v exekučnom konaní pod číslom 2988/06 vo veci oprávneného Slovak Telekom, a.s., IČO: 35763469 a povinného B. G., nar. XX.X.XXXX, pričom išlo o preplatok povinného v exekučnom konaní, čím spôsobil exekútorovi JUDr. Ľubomír Pekár škodu vo výške 32,77 Eur, - dňa 04.06.2013 zadal na prevod a dňa 05.06.2013 bola pripísaná na účet č. XXXXXXXXXX/XXXX suma vo výške 38,97 Eur v exekučnom konaní pod číslom 2148/08 vo veci oprávneného Slovak Telekom, a.s., IČO: 35763469 a povinného [. J., nar. XX.X.XXXX, pričom išlo o odmenu exekútora za záložné právo, čím spôsobil exekútorovi JUDr. Ľubomír Pekár škodu vo výške 38,97 Eur, - dňa 04.06.2013 zadal na prevod a dňa 05.06.2013 bola pripísaná na účet č. XXXXXXXXXX/XXXX suma vo výške 45,70 Eur v exekučnom konaní pod číslom 4047/08 vo veci oprávneného Slovak Telekom, a.s., IČO: 35763469 a povinného [. I., nar. X.X.XXXX, pričom išlo o preplatok povinného v exekučnom konaní, čím spôsobil exekútorovi JUDr. Ľubomír Pekár škodu vo výške 45,70 Eur, - dňa 04.06.2013 zadal na prevod a dňa 05.06.2013 bola pripísaná na účet č. XXXXXXXXXX/XXXX suma vo výške 56,88 Eur v exekučnom konaní pod číslom 4996/09 vo veci oprávneného Slovak Telekom, a.s., IČO: 35763469 a povinného I. P., nar. XX.X.XXXX, pričom išlo o preplatok povinného v exekučnom konaní v sume 34,76 Eur a odmenu exekútora za záložné právo v sume 22,12 Eur, čím spôsobil exekútorovi JUDr. Ľubomír Pekár škodu vo výške 56,88 Eur, - dňa 06.06.2013 zadal na prevod a dňa 10.06.2013 bola pripísaná na účet č. E. suma vo výške 263,14 Eur v exekučnom konaní pod číslom 3432/06 vo veci oprávneného Slovak Telekom, a.s., IČO: 35763469 a povinného W. T., nar. XX.XX.XXXX, pričom išlo o preplatok povinného v exekučnom konaní v sume 183,48 Eur a odmenu exekútora za záložné právo v sume 79,66 Eur, spôsobil exekútorovi JUDr. Ľubomír Pekár škodu vo výške 263,14 Eur, - dňa 10.06.2013 zadal na prevod a dňa 11.06.2013 bola pripísaná na účet č. SK10750000004011163460 suma vo výške 193,31 Eur v exekučnom konaní pod číslom 5010/09 vo veci oprávneného Slovak Telekom, a.s., IČO: 35763469 a povinného T. I., nar. XX.X.XXXX, pričom išlo o preplatok povinného v exekučnom konaní v sume 114,31 Eur a odmenu exekútora za záložné právo v sume 79,- Eur, čím spôsobil exekútorovi A. N. K. škodu vo výške 193,31 Eur, - dňa 10.06.2013 zadal na prevod a dňa 11.06.2013 bola pripísaná na účet č. E. suma vo výške 320,83 Eur v exekučnom konaní pod číslom 2121/05 vo veci oprávneného Slovak Telekom, a.s., IČO: 35763469 a povinného Q. B. , nar. XX.XX.XXXX, pričom išlo o vymoženú čiastku oprávneného v exekučnom konaní, čím spôsobil exekútorovi JUDr. Ľubomír Pekár škodu vo výške 320,83 Eur,</w:t>
      </w:r>
    </w:p>
    <w:p>
      <w:r>
        <w:t>- dňa 12.06.2013 zadal na prevod a dňa 13.06.2013 bola pripísaná na účet č. E. suma vo výške 19,23 Eur v exekučnom konaní pod číslom 2314/09 vo veci oprávneného Slovak Telekom, a.s., IČO: 35763469 a povinného N. D., nar. XX.X.XXXX, pričom išlo o preplatok povinného v exekučnom konaní, čím spôsobil exekútorovi JUDr. Ľubomír Pekár škodu vo výške 19,23 Eur, - dňa 12.06.2013 zadal na prevod a dňa 13.06.2013 bola pripísaná na účet č. E. suma vo výške 114,81 Eur v exekučnom konaní pod číslom 1376/06 vo veci oprávneného Slovak Telekom, a.s., IČO: 35763469 a povinného G. B., nar. X.X.XXXX, pričom išlo o preplatok povinného v exekučnom konaní v sume 109,46 Eur a trovy konania exekútora v sume 5,35 Eur, čím spôsobil exekútorovi JUDr. Ľubomír Pekár škodu vo výške 114,81 Eur, - dňa 19.06.2013 zadal na prevod a dňa 20.06.2013 bola pripísaná na účet č. E. suma vo výške 211,58 Eur v exekučnom konaní pod číslom 368/09 vo veci oprávneného Slovak Telekom, a.s., IČO: 35763469 a povinného P. G., nar. X.X.XXXX, pričom išlo o preplatok povinného v exekučnom konaní, čím spôsobil exekútorovi JUDr. Ľubomír Pekár škodu vo výške 211,58 Eur, - dňa 25.06.2013 zadal na prevod a dňa 27.06.2013 bola pripísaná na účet č. E. suma vo výške 80,00 Eur v exekučnom konaní pod číslom 238/09 vo veci oprávneného Slovak Telekom, a.s., IČO: 35763469 a povinného F. G., nar. XX.X.XXXX, pričom išlo o preplatok povinného v exekučnom konaní, čím spôsobil exekútorovi JUDr. Ľubomír Pekár škodu vo výške 80,00 Eur, - dňa 28.06.2013 zadal na prevod a dňa 01.07.2013 bola pripísaná na účet č. SK10750000004011163460 suma vo výške 204,63 Eur v exekučnom konaní pod číslom 4788/07 vo veci oprávneného Slovak Telekom, a.s., IČO: 35763469 a povinného F. X., nar. X.X.XXXX, pričom išlo o preplatok povinného v exekučnom konaní, čím spôsobil exekútorovi JUDr. Ľubomír Pekár škodu vo výške 204,63 Eur, - dňa 28.06.2013 zadal na prevod a dňa 01.07.2013 bola pripísaná na účet č. SK10750000004011163460 suma vo výške 366,00 Eur v exekučnom konaní pod číslom 2522/05 vo veci oprávneného Slovak Telekom, a.s., IČO: 35763469 a povinného D. J., nar. XX.X.XXXX, pričom išlo o preplatok povinného v exekučnom konaní, čím spôsobil exekútorovi JUDr. Ľubomír Pekár škodu vo výške 366,00 Eur, - dňa 02.07.2013 zadal na prevod a dňa 03.07.2013 bola pripísaná na účet č. SK10750000004011163460 suma vo výške 23,23 Eur v exekučnom konaní pod číslom 4040/08 vo veci oprávneného Slovak Telekom, a.s., IČO: 35763469 a povinného O. O., nar. XX.XX.XXXX, pričom išlo o preplatok povinného v exekučnom konaní, čím spôsobil exekútorovi JUDr. Ľubomír Pekár škodu vo výške 23,23 Eur, - dňa 02.07.2013 zadal na prevod a dňa 03.07.2013 bola pripísaná na účet č. SK10750000004011163460 suma vo výške 34,48 Eur v exekučnom konaní pod číslom 2988/06 vo veci oprávneného Slovak Telekom, a.s., IČO: 35763469 a povinného B. G., nar. XX.X.XXXX, pričom išlo o preplatok povinného v exekučnom konaní, čím spôsobil exekútorovi JUDr. Ľubomír Pekár škodu vo výške 34,48 Eur, - dňa 01.07.2013 zadal na prevod a dňa 03.07.2013 bola pripísaná na účet č. E. suma vo výške 60,78 Eur v exekučnom konaní pod číslom 4788/07 vo veci oprávneného Slovak Telekom, a.s., IČO: 35763469 a povinného F. X., nar. X.X.XXXX, pričom išlo o preplatok povinného v exekučnom konaní, čím spôsobil exekútorovi JUDr. Ľubomír Pekár škodu vo výške 60,78 Eur, - dňa 01.07.2013 zadal na prevod a dňa 03.07.2013 bola pripísaná na účet č. XXXXXXXXXX/XXXX suma vo výške 87,52 Eur v exekučnom konaní pod číslom 1480/07 vo veci oprávneného Slovak Telekom, a.s., IČO: 35763469 a povinného T. B., nar. XX.X.XXXX, pričom išlo o preplatok povinného v exekučnom konaní v sume 87,18 Eur a odmenu exekútora za záložné právo v sume 0,34 Eur, čím spôsobil exekútorovi JUDr. Ľubomír Pekár škodu vo výške 87,52 Eur, - dňa 02.07.2013 zadal na prevod a dňa 03.07.2013 bola pripísaná na účet č. XXXXXXXXXX/XXXX suma vo výške 39,64 Eur v exekučnom konaní pod číslom 4047/08 vo veci oprávneného Slovak Telekom, a.s., IČO: 35763469 a povinného [. I., nar. X.X.XXXX, pričom išlo o preplatok povinného v exekučnom konaní, čím spôsobil exekútorovi JUDr. Ľubomír Pekár škodu vo výške 39,64 Eur, - dňa 02.07.2013 zadal na prevod a dňa 03.07.2013 bola pripísaná na účet č. XXXXXXXXXX/XXXX suma vo výške 38,97 Eur v exekučnom konaní pod číslom 2148/08 vo veci oprávneného Slovak Telekom, a.s., IČO: 35763469 a povinného [. J., nar. XX.X.XXXX, pričom išlo o odmenu exekútora za záložné právo, čím spôsobil exekútorovi JUDr. Ľubomír Pekár škodu vo výške 38,97 Eur, - dňa 02.07.2013 zadal na prevod a dňa 03.07.2013 bola pripísaná na účet č. XXXXXXXXXX/XXXX suma vo výške 56,88 Eur v exekučnom konaní pod číslom 4996/09 vo veci oprávneného Slovak Telekom, a.s., IČO: 35763469 a povinného I. P., nar. XX.X.XXXX, pričom išlo o preplatok povinného v exekučnom konaní, čím spôsobil exekútorovi JUDr. Ľubomír Pekár škodu vo výške 56,88 Eur,</w:t>
      </w:r>
    </w:p>
    <w:p>
      <w:r>
        <w:t>- dňa 09.07.2013 zadal na prevod a dňa 11.07.2013 bola pripísaná na účet č. E. suma vo výške 36,65 Eur v exekučnom konaní pod číslom 1504/13 vo veci oprávneného Slovak Telekom, a.s., IČO: 35763469 a povinného A. E., nar. XX.X.XXXX, pričom išlo o preplatok povinného v exekučnom konaní, čím spôsobil exekútorovi JUDr. Ľubomír Pekár škodu vo výške 36,65 Eur, - dňa 11.07.2013 zadal na prevod a dňa 12.07.2013 bola pripísaná na účet č. E. suma vo výške 342,62 Eur v exekučnom konaní pod číslom 1208/10 vo veci oprávneného Slovak Telekom, a.s., IČO: 35763469 a povinného R. F., nar. XX.X.XXXX, pričom išlo o vymoženú čiastku oprávneného v exekučnom konaní v sume 276,31 Eur a trovy konania exekútora v sume 66,31 Eur, čím spôsobil exekútorovi JUDr. Ľubomír Pekár škodu vo výške 342,62 Eur, - dňa 12.07.2013 zadal na prevod a dňa 15.07.2013 bola pripísaná na účet č. E. suma vo výške 8,55 Eur v exekučnom konaní pod číslom 1472/07 vo veci oprávneného Slovak Telekom, a.s., IČO: 35763469 a povinného G. O., nar. X.X.XXXX, pričom išlo o preplatok povinného v exekučnom konaní, čím spôsobil exekútorovi JUDr. Ľubomír Pekár škodu vo výške 8,55 Eur, - dňa 15.07.2013 zadal na prevod a dňa 16.07.2013 bola pripísaná na účet č. E. suma vo výške 129,77 Eur v exekučnom konaní pod číslom 1504/13 vo veci oprávneného Slovak Telekom, a.s., IČO: 35763469 a povinného A. E., nar. XX.X.XXXX, pričom išlo o preplatok povinného v exekučnom konaní, čím spôsobil exekútorovi JUDr. Ľubomír Pekár škodu vo výške 129,77 Eur, - dňa 16.07.2013 zadal na prevod a dňa 17.07.2013 bola pripísaná na účet č. E. suma vo výške 52,64 Eur v exekučnom konaní pod číslom 4457/08 vo veci oprávneného Slovak Telekom, a.s., IČO: 35763469 a povinného Q. V., nar. X.X.XXXX, pričom išlo o preplatok povinného v exekučnom konaní, čím spôsobil exekútorovi JUDr. Ľubomír Pekár škodu vo výške 52,64 Eur, - dňa 17.07.2013 zadal na prevod a dňa 18.07.2013 bola pripísaná na účet č. E. suma vo výške 75,00 Eur v exekučnom konaní pod číslom 7929/07 vo veci oprávneného Slovak Telekom, a.s., IČO: 35763469 a povinného S. A., nar. XX.XX.XXXX, pričom išlo o preplatok povinného v exekučnom konaní, čím spôsobil exekútorovi JUDr. Ľubomír Pekár škodu vo výške 75,00 Eur, - dňa 17.07.2013 zadal na prevod a dňa 18.07.2013 bola pripísaná na účet č. E. suma vo výške 124,18 Eur v exekučnom konaní pod číslom 746/09 vo veci oprávneného Slovak Telekom, a.s., IČO: 35763469 a povinného Q. V., nar. XX.XX.XXXX, pričom išlo o preplatok povinného v exekučnom konaní, čím spôsobil exekútorovi JUDr. Ľubomír Pekár škodu vo výške 124,18 Eur, - dňa 31.07.2013 zadal na prevod a dňa 02.08.2013 bola pripísaná na účet č. E. suma vo výške 7,81 Eur v exekučnom konaní pod číslom 4457/08 vo veci oprávneného Slovak Telekom, a.s., IČO: 35763469 a povinného Q. V., nar. X.X.XXXX, pričom išlo o preplatok povinného v exekučnom konaní, čím spôsobil exekútorovi JUDr. Ľubomír Pekár škodu vo výške 7,81 Eur, - dňa 31.07.2013 zadal na prevod a dňa 02.08.2013 bola pripísaná na účet č. E. suma vo výške 53,00 Eur v exekučnom konaní pod číslom 238/09 vo veci oprávneného Slovak Telekom, a.s., IČO: 35763469 a povinného F. G., nar. XX.X.XXXX, pričom išlo o preplatok povinného v exekučnom konaní, čím spôsobil exekútorovi JUDr. Ľubomír Pekár škodu vo výške 53,00 Eur, - dňa 02.08.2013 zadal na prevod a dňa 06.08.2013 bola pripísaná na účet č. XXXXXXXXXX/XXXX suma vo výške 37,97 Eur v exekučnom konaní pod číslom 2148/08 vo veci oprávneného Slovak Telekom, a.s., IČO: 35763469 a povinného [. J., nar. XX.X.XXXX, pričom išlo o odmenu exekútora za záložné právo, čím spôsobil exekútorovi JUDr. Ľubomír Pekár škodu vo výške 37,97 Eur, - dňa 02.08.2013 zadal na prevod a dňa 06.08.2013 bola pripísaná na účet č. XXXXXXXXXX/XXXX suma vo výške 51,41 Eur v exekučnom konaní pod číslom 1480/07 vo veci oprávneného Slovak Telekom, a.s., IČO: 35763469 a povinného T. B., nar. XX.X.XXXX, pričom išlo o odmenu exekútora za záložné právo, čím spôsobil exekútorovi JUDr. Ľubomír Pekár škodu vo výške 51,41 Eur, - dňa 05.08.2013 zadal na prevod a dňa 07.08.2013 bola pripísaná na účet č. E. suma vo výške 33,78 Eur v exekučnom konaní pod číslom 2988/06 vo veci oprávneného Slovak Telekom, a.s., IČO: 35763469 a povinného B. G., nar. XX.X.XXXX, pričom išlo o preplatok povinného v exekučnom konaní, čím spôsobil exekútorovi JUDr. Ľubomír Pekár škodu vo výške 33,78 Eur, - dňa 05.08.2013 zadal na prevod a dňa 07.08.2013 bola pripísaná na účet č. XXXXXXXXXX/XXXX suma vo výške 56,18 Eur v exekučnom konaní pod číslom 4996/09 vo veci oprávneného Slovak Telekom, a.s., IČO: 35763469 a povinného I. P., nar. XX.X.XXXX, pričom išlo o preplatok povinného v exekučnom konaní, čím spôsobil exekútorovi JUDr. Ľubomír Pekár škodu vo výške 56,18 Eur, - dňa 13.08.2013 zadal na prevod a dňa 14.08.2013 bola pripísaná na účet č. E. suma vo výške 156,56 Eur v exekučnom konaní pod číslom XXXX/XX vo veci oprávneného Slovak Telekom, a.s., IČO: 35763469 a povinného D. R., nar. X.X.XXXX, pričom išlo o preplatok povinného v exekučnom konaní v sume 38,06 Eur a odmenu exekútora za záložné právo v sume 118,50 Eur, čím spôsobil exekútorovi JUDr. Ľubomír Pekár škodu vo výške 156,56 Eur,</w:t>
      </w:r>
    </w:p>
    <w:p>
      <w:r>
        <w:t>- dňa 13.08.2013 zadal na prevod a dňa 14.08.2013 bola pripísaná na účet č. E. suma vo výške 82,61 Eur v exekučnom konaní pod číslom 5569/08 vo veci oprávneného Slovak Telekom, a.s., IČO: 35763469 a povinného A. Y., nar. XX.XX.XXXX, pričom išlo o preplatok povinného v exekučnom konaní, čím spôsobil exekútorovi JUDr. Ľubomír Pekár škodu vo výške 82,61 Eur, - dňa 15.08.2013 zadal na prevod a dňa 16.08.2013 bola pripísaná na účet č. E. suma vo výške 124,95 Eur v exekučnom konaní pod číslom 3334/10 vo veci oprávneného Slovak Telekom, a.s., IČO: 35763469 a povinného W. X., nar. XX.XX.XXXX, pričom išlo o preplatok povinného v exekučnom konaní, čím spôsobil exekútorovi JUDr. Ľubomír Pekár škodu vo výške 124,95 Eur, - dňa 15.08.2013 zadal na prevod a dňa 16.08.2013 bola pripísaná na účet č. E. suma vo výške 3,61 Eur v exekučnom konaní pod číslom 4457/08 vo veci oprávneného Slovak Telekom, a.s., IČO: 35763469 a povinného Q. V., nar. X.X.XXXX, pričom išlo o preplatok povinného v exekučnom konaní, čím spôsobil exekútorovi JUDr. Ľubomír Pekár škodu vo výške 3,61 Eur, - dňa 16.08.2013 zadal na prevod a dňa 19.08.2013 bola pripísaná na účet č. E. suma vo výške 174,65 Eur v exekučnom konaní pod číslom 5542/08 vo veci oprávneného Slovak Telekom, a.s., IČO: 35763469 a povinného Q. A., nar. XX.X.XXXX, pričom išlo o trovy konania exekútora, čím spôsobil exekútorovi JUDr. Ľubomír Pekár škodu vo výške 174,65 Eur, - dňa 20.08.2013 zadal na prevod a dňa 22.08.2013 bola pripísaná na účet č. E. suma vo výške 100,00 Eur v exekučnom konaní pod číslom 3796/06 vo veci oprávneného Slovak Telekom, a.s., IČO: 35763469 a povinného B. [., nar. X.X.XXXX, pričom išlo o trovy konania exekútora, čím spôsobil exekútorovi JUDr. Ľubomír Pekár škodu vo výške 100,00 Eur, - dňa 22.08.2013 zadal na prevod a dňa 23.08.2013 bola pripísaná na účet č. XXXXXXXXXX/XXXX suma vo výške 39,40 Eur v exekučnom konaní pod číslom 4568/09 vo veci oprávneného Slovak Telekom, a.s., IČO: 35763469 a povinného Q. J., nar. XX.X.XXXX, pričom išlo o preplatok povinného v exekučnom konaní, čím spôsobil exekútorovi JUDr. Ľubomír Pekár škodu vo výške 39,40 Eur, - dňa 23.08.2013 zadal na prevod a dňa 26.08.2013 bola pripísaná na účet č. E. suma vo výške 23,34 Eur v exekučnom konaní pod číslom 3572/06 vo veci oprávneného Slovak Telekom, a.s., IČO: 35763469 a povinného A. K., nar. X.X.XXXX, pričom išlo o preplatok povinného v exekučnom konaní, čím spôsobil exekútorovi JUDr. Ľubomír Pekár škodu vo výške 23,34 Eur, - dňa 03.09.2013 zadal na prevod a dňa 05.09.2013 bola pripísaná na účet č. E. suma vo výške 1,85 Eur v exekučnom konaní pod číslom 2988/06 vo veci oprávneného Slovak Telekom, a.s., IČO: 35763469 a povinného B. G., nar. 31.7.1935, pričom išlo o preplatok povinného v exekučnom konaní, čím spôsobil exekútorovi JUDr. Ľubomír Pekár škodu vo výške 1,85 Eur, - dňa 03.09.2013 zadal na prevod a dňa 05.09.2013 bola pripísaná na účet č. E. suma vo výške 6,38 Eur v exekučnom konaní pod číslom 2287/09 vo veci oprávneného Slovak Telekom, a.s., IČO: 35763469 a povinného V. B. , nar. XX.X.XXXX, pričom išlo o preplatok povinného v exekučnom konaní, čím spôsobil exekútorovi JUDr. Ľubomír Pekár škodu vo výške 6,38 Eur, - dňa 03.09.2013 zadal na prevod a dňa 05.09.2013 bola pripísaná na účet č. E. suma vo výške 54,98 Eur v exekučnom konaní pod číslom XXXX/XX vo veci oprávneného Slovak Telekom, a.s., IČO: 35763469 a povinného Q. K., nar. X.X.XXXX, pričom išlo o preplatok povinného v exekučnom konaní v sume 40,40 Eur a odmenu exekútora za záložné právo v sume 14,58 Eur, čím spôsobil exekútorovi A. N. K. škodu vo výške 54,98 Eur, - dňa 03.09.2013 zadal na prevod a dňa 05.09.2013 bola pripísaná na účet č. E. suma vo výške 210,27 Eur v exekučnom konaní pod číslom 2134/08 vo veci oprávneného Slovak Telekom, a.s., IČO: 35763469 a povinného P. W. G., nar. XX.XX.XXXX, pričom išlo o preplatok povinného v exekučnom konaní v sume 158,66 Eur, vymoženú čiastku oprávneného v exekučnom konaní v sume 37,64 Eur a trovy konania exekútora v sume 13,97 Eur, čím spôsobil exekútorovi JUDr. Ľubomír Pekár škodu vo výške 210,27 Eur, - dňa 03.09.2013 zadal na prevod a dňa 05.09.2013 bola pripísaná na účet č. XXXXXXXXXX/XXXX suma vo výške 56,18 Eur v exekučnom konaní pod číslom 4996/09 vo veci oprávneného Slovak Telekom, a.s., IČO: 35763469 a povinného I. P., nar. XX.X.XXXX, pričom išlo o preplatok povinného v exekučnom konaní, čím spôsobil exekútorovi JUDr. Ľubomír Pekár škodu vo výške 56,18 Eur, - dňa 03.09.2013 zadal na prevod a dňa 05.09.2013 bola pripísaná na účet č. XXXXXXXXXX/XXXX suma vo výške 37,97 Eur v exekučnom konaní pod číslom XXXX/XX vo veci oprávneného Slovak Telekom, a.s., IČO: 35763469 a povinného [. J., nar. XX.X.XXXX, pričom išlo o odmenu exekútora za záložné právo, čím spôsobil exekútorovi JUDr. Ľubomír Pekár škodu vo výške 37,97 Eur, - dňa 06.09.2013 zadal na prevod a dňa 10.09.2013 bola pripísaná na účet č. E. suma vo výške 138,00 Eur v exekučnom konaní pod číslom 4476/08 vo veci oprávneného Slovak Telekom, a.s., IČO: 35763469 a povinného B. E., nar. XX.X.XXXX, pričom išlo o preplatok povinného v exekučnom konaní v sume</w:t>
      </w:r>
    </w:p>
    <w:p>
      <w:r>
        <w:t>93,01 Eur a trovy konania exekútora v sume 44,99 Eur, čím spôsobil exekútorovi JUDr. Ľubomír Pekár škodu vo výške 138,00 Eur, - dňa 06.09.2013 zadal na prevod a dňa 10.09.2013 bola pripísaná na účet č. E. suma vo výške 98,30 Eur v exekučnom konaní pod číslom 4457/08 vo veci oprávneného Slovak Telekom, a.s., IČO: 35763469 a povinného Q. V., nar. X.X.XXXX, pričom išlo o preplatok povinného v exekučnom konaní, čím spôsobil exekútorovi A. N. K. škodu vo výške 98,30 Eur, - dňa 10.09.2013 zadal na prevod a dňa 12.09.2013 bola pripísaná na účet č. E. suma vo výške 119,92 Eur v exekučnom konaní pod číslom XXXX/XX vo veci oprávneného Slovak Telekom, a.s., IČO: 35763469 a povinného J. R., nar. XX.XX.XXXX, pričom išlo o preplatok povinného v exekučnom konaní, čím spôsobil exekútorovi JUDr. Ľubomír Pekár škodu vo výške 119,92 Eur, - dňa 12.09.2013 zadal na prevod a dňa 16.09.2013 bola pripísaná na účet č. E. suma vo výške 24,75 Eur v exekučnom konaní pod číslom 5824/09 vo veci oprávneného Slovak Telekom, a.s., IČO: 35763469 a povinného P. O., nar. XX.X.XXXX, pričom išlo o preplatok povinného v exekučnom konaní, čím spôsobil exekútorovi JUDr. Ľubomír Pekár škodu vo výške 24,75 Eur, - dňa 16.09.2013 zadal na prevod a dňa 17.09.2013 bola pripísaná na účet č. E. suma vo výške 45,09 Eur v exekučnom konaní pod číslom 5857/09 vo veci oprávneného Slovak Telekom, a.s., IČO: 35763469 a povinného A. D., nar. XX.XX.XXXX, pričom išlo o preplatok povinného v exekučnom konaní, čím spôsobil exekútorovi JUDr. Ľubomír Pekár škodu vo výške 45,09 Eur, - dňa 16.09.2013 zadal na prevod a dňa 17.09.2013 bola pripísaná na účet č. E. suma vo výške 23,82 Eur v exekučnom konaní pod číslom 8611/07 vo veci oprávneného Slovak Telekom, a.s., IČO: 35763469 a povinného G. M., nar. XX.X.XXXX, pričom išlo o preplatok povinného v exekučnom konaní, čím spôsobil exekútorovi JUDr. Ľubomír Pekár škodu vo výške 23,82 Eur, - dňa 16.09.2013 zadal na prevod a dňa 17.09.2013 bola pripísaná na účet č. E. suma vo výške 24,35 Eur v exekučnom konaní pod číslom 5016/08 vo veci oprávneného Slovak Telekom, a.s., IČO: 35763469 a povinného A. K., nar. XX.X.XXXX, pričom išlo o preplatok povinného v exekučnom konaní, čím spôsobil exekútorovi JUDr. Ľubomír Pekár škodu vo výške 24,35 Eur, - dňa 16.09.2013 zadal na prevod a dňa 17.09.2013 bola pripísaná na účet č. E. suma vo výške 41,98 Eur v exekučnom konaní pod číslom 5569/08 vo veci oprávneného Slovak Telekom, a.s., IČO: 35763469 a povinného A. Y., nar. XX.XX.XXXX, pričom išlo o preplatok povinného v exekučnom konaní, čím spôsobil exekútorovi JUDr. Ľubomír Pekár škodu vo výške 41,98 Eur, - dňa 16.09.2013 zadal na prevod a dňa 17.09.2013 bola pripísaná na účet č. E. suma vo výške 86,93 Eur v exekučnom konaní pod číslom XXXX/XX vo veci oprávneného Slovak Telekom, a.s., IČO: 35763469 a povinného D. R., nar. X.X.XXXX, pričom išlo o preplatok povinného v exekučnom konaní, čím spôsobil exekútorovi JUDr. Ľubomír Pekár škodu vo výške 86,93 Eur, - dňa 16.09.2013 zadal na prevod a dňa 18.09.2013 bola pripísaná na účet č. E. suma vo výške 175,59 Eur v exekučnom konaní pod číslom 3334/10 vo veci oprávneného Slovak Telekom, a.s., IČO: 35763469 a povinného W. X., nar. XX.XX.XXXX, pričom išlo o preplatok povinného v exekučnom konaní, čím spôsobil exekútorovi JUDr. Ľubomír Pekár škodu vo výške 175,59 Eur, - dňa 17.09.2013 zadal na prevod a dňa 19.09.2013 bola pripísaná na účet č. E. suma vo výške 100,00 Eur v exekučnom konaní pod číslom 2271/09 vo veci oprávneného Slovak Telekom, a.s., IČO: 35763469 a povinného A. O., nar. X.X.XXXX, pričom išlo o preplatok povinného v exekučnom konaní, čím spôsobil exekútorovi JUDr. Ľubomír Pekár škodu vo výške 100,00 Eur, - dňa 19.09.2013 zadal na prevod a dňa 23.09.2013 bola pripísaná na účet č. E. suma vo výške 32,57 Eur v exekučnom konaní pod číslom 3287/06 vo veci oprávneného Slovak Telekom, a.s., IČO: 35763469 a povinného F. V., nar. XX.X.XXXX, pričom išlo o preplatok povinného v exekučnom konaní, čím spôsobil exekútorovi JUDr. Ľubomír Pekár škodu vo výške 32,57 Eur, - dňa 23.09.2013 zadal na prevod a dňa 25.09.2013 bola pripísaná na účet č. E. suma vo výške 113,96 Eur v exekučnom konaní pod číslom 3726/06 vo veci oprávneného Slovak Telekom, a.s., IČO: 35763469 a povinného S. T., nar. XX.XX.XXXX, pričom išlo o preplatok povinného v exekučnom konaní, čím spôsobil exekútorovi JUDr. Ľubomír Pekár škodu vo výške 113,96 Eur, - dňa 24.09.2013 zadal na prevod a dňa 26.09.2013 bola pripísaná na účet č. E. suma vo výške 306,59 Eur v exekučnom konaní pod číslom 20065/00 vo veci oprávneného I. R., nar. 12.10.1943 a povinného D. O., nar. X.XX.XXXX, pričom išlo o preplatok povinného v exekučnom konaní v sume 247,25 Eur a trovy konania exekútora v sume 59,34 Eur, čím spôsobil exekútorovi JUDr. Ľubomír Pekár škodu vo výške 306,59 Eur, - dňa 24.09.2013 zadal na prevod a dňa 26.09.2013 bola pripísaná na účet č. E. suma vo výške 130,87 Eur v exekučnom konaní pod číslom 3892/06 vo veci oprávneného Slovak Telekom, a.s., IČO: 35763469</w:t>
      </w:r>
    </w:p>
    <w:p>
      <w:r>
        <w:t>a povinného K. S., nar. XX.X.XXXX, pričom išlo o preplatok povinného v exekučnom konaní, čím spôsobil exekútorovi JUDr. Ľubomír Pekár škodu vo výške 130,87 Eur, - dňa 01.10.2013 zadal na prevod a dňa 03.10.2013 bola pripísaná na účet č. E. suma vo výške 65,08 Eur v exekučnom konaní pod číslom 8643/07 vo veci oprávneného Slovak Telekom, a.s., IČO: 35763469 a povinného Q. K., nar. X.X.XXXX, pričom išlo o odmenu exekútora za záložné právo, čím spôsobil exekútorovi JUDr. Ľubomír Pekár škodu vo výške 65,08 Eur, - dňa 01.10.2013 zadal na prevod a dňa 03.10.2013 bola pripísaná na účet č. XXXXXXXXXX/XXXX suma vo výške 37,97 Eur v exekučnom konaní pod číslom XXXX/XX vo veci oprávneného Slovak Telekom, a.s., IČO: 35763469 a povinného [. J., nar. XX.X.XXXX, pričom išlo o odmenu exekútora za záložné právo, čím spôsobil exekútorovi JUDr. Ľubomír Pekár škodu vo výške 37,97 Eur, - dňa 02.10.2013 zadal na prevod a dňa 04.10.2013 bola pripísaná na účet č. E. suma vo výške 14,99 Eur v exekučnom konaní pod číslom 499/08 vo veci oprávneného Slovak Telekom, a.s., IČO: 35763469 a povinného B. K., nar. XX.X.XXXX, pričom išlo o preplatok povinného v exekučnom konaní, čím spôsobil exekútorovi JUDr. Ľubomír Pekár škodu vo výške 14,99 Eur, - dňa 02.10.2013 zadal na prevod a dňa 04.10.2013 bola pripísaná na účet č. E. suma vo výške 35,00 Eur v exekučnom konaní pod číslom 3572/06 vo veci oprávneného Slovak Telekom, a.s., IČO: 35763469 a povinného A. K., nar. X.X.XXXX, pričom išlo o preplatok povinného v exekučnom konaní, čím spôsobil exekútorovi JUDr. Ľubomír Pekár škodu vo výške 35,00 Eur, - dňa 02.10.2013 zadal na prevod a dňa 04.10.2013 bola pripísaná na účet č. XXXXXXXXXX/XXXX suma vo výške 56,18 Eur v exekučnom konaní pod číslom 4996/09 vo veci oprávneného Slovak Telekom, a.s., IČO: 35763469 a povinného I. P., nar. XX.X.XXXX, pričom išlo o preplatok povinného v exekučnom konaní, čím spôsobil exekútorovi JUDr. Ľubomír Pekár škodu vo výške 56,18 Eur, - dňa 04.10.2013 zadal na prevod a dňa 08.10.2013 bola pripísaná na účet č. E. suma vo výške 143,32 Eur v exekučnom konaní pod číslom 3185/06 vo veci oprávneného Slovak Telekom, a.s., IČO: 35763469 a povinného N. R., nar. XX.X.XXXX, IČO: 37324624, pričom išlo o preplatok povinného v exekučnom konaní, čím spôsobil exekútorovi JUDr. Ľubomír Pekár škodu vo výške 143,32 Eur, - dňa 09.10.2013 zadal na prevod a dňa 14.10.2013 bola pripísaná na účet č. E. suma vo výške 43,40 Eur v exekučnom konaní pod číslom 3279/06 vo veci oprávneného Slovak Telekom, a.s., IČO: 35763469 a povinného P. I., nar. XX.X.XXXX, pričom išlo o preplatok povinného v exekučnom konaní, čím spôsobil exekútorovi JUDr. Ľubomír Pekár škodu vo výške 43,40 Eur, - dňa 10.10.2013 zadal na prevod a dňa 14.10.2013 bola pripísaná na účet č. E. suma vo výške 110,17 Eur v exekučnom konaní pod číslom 783/09 vo veci oprávneného Slovak Telekom, a.s., IČO: 35763469 a povinného B. [., nar. 24.7.1957, pričom išlo o preplatok povinného v exekučnom konaní, čím spôsobil exekútorovi JUDr. Ľubomír Pekár škodu vo výške 110,17 Eur, - dňa 14.10.2013 zadal na prevod a dňa 16.10.2013 bola pripísaná na účet č. E. suma vo výške 85,10 Eur v exekučnom konaní pod číslom 5857/09 vo veci oprávneného Slovak Telekom, a.s., IČO: 35763469 a povinného A. D., nar. XX.XX.XXXX, pričom išlo o preplatok povinného v exekučnom konaní, čím spôsobil exekútorovi JUDr. Ľubomír Pekár škodu vo výške 85,10 Eur, - dňa 14.10.2013 zadal na prevod a dňa 16.10.2013 bola pripísaná na účet č. E. suma vo výške 147,87 Eur v exekučnom konaní pod číslom 2686/13 vo veci oprávneného Slovak Telekom, a.s., IČO: 35763469 a povinného E. E., nar. XX.X.XXXX, pričom išlo o preplatok povinného v exekučnom konaní, čím spôsobil exekútorovi A. N. K. škodu vo výške 147,87 Eur, - dňa 15.10.2013 zadal na prevod a dňa 17.10.2013 bola pripísaná na účet č. E. suma vo výške 100,18 Eur v exekučnom konaní pod číslom XXXX/XX vo veci oprávneného Slovak Telekom, a.s., IČO: 35763469 a povinného G. M., nar. XX.X.XXXX, pričom išlo o preplatok povinného v exekučnom konaní, čím spôsobil exekútorovi JUDr. Ľubomír Pekár škodu vo výške 100,18 Eur, - dňa 15.10.2013 zadal na prevod a dňa 17.10.2013 bola pripísaná na účet č. E. suma vo výške 25,37 Eur v exekučnom konaní pod číslom 5824/09 vo veci oprávneného Slovak Telekom, a.s., IČO: 35763469 a povinného P. O., nar. XX.X.XXXX, pričom išlo o preplatok povinného v exekučnom konaní, čím spôsobil exekútorovi JUDr. Ľubomír Pekár škodu vo výške 25,37 Eur, - dňa 15.10.2013 zadal na prevod a dňa 17.10.2013 bola pripísaná na účet č. XXXXXXXXXX/XXXX suma vo výške 55,00 Eur v exekučnom konaní pod číslom 6476/11 vo veci oprávneného Slovak Telekom, a.s., IČO: 35763469 a povinného H. D., nar. XX.X.XXXX, pričom išlo o preplatok povinného v exekučnom konaní, čím spôsobil exekútorovi JUDr. Ľubomír Pekár škodu vo výške 55,00 Eur, - dňa 16.10.2013 zadal na prevod a dňa 18.10.2013 bola pripísaná na účet č. E. suma vo výške 107,69 Eur v exekučnom konaní pod číslom 3287/06 vo veci oprávneného Slovak Telekom, a.s., IČO: 35763469 a povinného F. V., nar. XX.X.XXXX, pričom išlo o preplatok povinného v exekučnom konaní, čím spôsobil exekútorovi JUDr. Ľubomír Pekár škodu vo výške 107,69 Eur,</w:t>
      </w:r>
    </w:p>
    <w:p>
      <w:r>
        <w:t>- dňa 17.10.2013 zadal na prevod a dňa 21.10.2013 bola pripísaná na účet č. XXXXXXXXXX/XXXX suma vo výške 174,92 Eur v exekučnom konaní pod číslom 4133/06 vo veci oprávneného Slovak Telekom, a.s., IČO: 35763469 a povinného N. X., štátny občan SR, nar. 6.2.1968, pričom išlo o vymoženú čiastku oprávneného v exekučnom konaní, čím spôsobil exekútorovi JUDr. Ľubomír Pekár škodu vo výške 174,92 Eur, - dňa 25.10.2013 zadal na prevod a dňa 28.10.2013 bola pripísaná na účet č. E. suma vo výške 75,00 Eur v exekučnom konaní pod číslom 20013/08 vo veci oprávneného Slovenský plynárenský priemysel, a.s., IČO: 35815256 a povinného A. O., nar. X.X.XXXX, pričom išlo o odmenu exekútora za záložné právo, čím spôsobil exekútorovi JUDr. Ľubomír Pekár škodu vo výške 75,00 Eur, - dňa 25.10.2013 zadal na prevod a dňa 28.10.2013 bola pripísaná na účet č. E. suma vo výške 54,23 Eur v exekučnom konaní pod číslom 1398/13 vo veci oprávneného Slovak Telekom, a.s., IČO: 35763469 a povinného K. C., nar. X.X.XXXX, pričom išlo o preplatok povinného v exekučnom konaní, čím spôsobil exekútorovi JUDr. Ľubomír Pekár škodu vo výške 54,23 Eur, - dňa 28.10.2013 zadal na prevod a dňa 30.10.2013 bola pripísaná na účet č. E. suma vo výške 302,59 Eur v exekučnom konaní pod číslom 3269/11 vo veci oprávneného P. H. M., nar. XX.X.XXXX a povinného P. D. H., nar. XX.X.XXXX, pričom išlo o preplatok povinného v exekučnom konaní, čím spôsobil exekútorovi JUDr. Ľubomír Pekár škodu vo výške 302,59 Eur, - dňa 28.10.2013 zadal na prevod a dňa 30.10.2013 bola pripísaná na účet č. E. suma vo výške 126,08 Eur v exekučnom konaní pod číslom 3269/11 vo veci oprávneného P. H. M., nar. XX.X.XXXX a povinného P. D. H., nar. XX.X.XXXX, pričom išlo o preplatok povinného v exekučnom konaní, čím spôsobil exekútorovi JUDr. Ľubomír Pekár škodu vo výške 126,08 Eur, - dňa 28.10.2013 zadal na prevod a dňa 30.10.2013 bola pripísaná na účet č. E. suma vo výške 40,11 Eur v exekučnom konaní pod číslom 184/05 vo veci oprávneného Slovak Telekom, a.s., IČO: 35763469 a povinného X. X., nar. X.X.XXXX, pričom išlo o preplatok povinného v exekučnom konaní, čím spôsobil exekútorovi JUDr. Ľubomír Pekár škodu vo výške 40,11 Eur, - dňa 29.10.2013 zadal na prevod a dňa 31.10.2013 bola pripísaná na účet č. E. suma vo výške 100,00 Eur v exekučnom konaní pod číslom 20150/03 vo veci oprávneného NÚP-OÚP Prievidza, IČO: 30794536 a povinného A. K., nar. XX.X.XXXX, IČO: 34340041, pričom išlo o vymoženú čiastku oprávneného v exekučnom konaní v sume 37,11 Eur a trovy konania exekútora v sume 62,89 Eur, čím spôsobil exekútorovi JUDr. Ľubomír Pekár škodu vo výške 100,00 Eur, - dňa 30.10.2013 zadal na prevod a dňa 04.11.2013 bola pripísaná na účet č. E. suma vo výške 35,00 Eur v exekučnom konaní pod číslom 3572/06 vo veci oprávneného Slovak Telekom, a.s., IČO: 35763469 a povinného A. K., nar. X.X.XXXX, pričom išlo o preplatok povinného v exekučnom konaní, čím spôsobil exekútorovi JUDr. Ľubomír Pekár škodu vo výške 35,00 Eur, - dňa 04.11.2013 zadal na prevod a dňa 06.11.2013 bola pripísaná na účet č. E. suma vo výške 200,00 Eur v exekučnom konaní pod číslom 20150/03 vo veci oprávneného NÚP-OÚP Prievidza, IČO: 30794536 a povinného A. K., nar. XX.X.XXXX, IČO: 34340041, pričom išlo o vymoženú čiastku oprávneného v exekučnom konaní, čím spôsobil exekútorovi A. N. K. škodu vo výške 200,00 Eur, - dňa 04.11.2013 zadal na prevod a dňa 06.11.2013 bola pripísaná na účet č. E. suma vo výške 152,68 Eur v exekučnom konaní pod číslom 1508/13 vo veci oprávneného Slovak Telekom, a.s., IČO: 35763469 a povinného B. R., nar. XX.X.XXXX, pričom išlo o preplatok povinného v exekučnom konaní, čím spôsobil exekútorovi JUDr. Ľubomír Pekár škodu vo výške 152,68 Eur, - dňa 04.11.2013 zadal na prevod a dňa 06.11.2013 bola pripísaná na účet č. E. suma vo výške 51,52 Eur v exekučnom konaní pod číslom 20139/98 vo veci oprávneného NÚP-OÚP Prievidza, IČO: 30794536 a povinného Q. S., nar. XX.X.XXXX, pričom išlo o preplatok povinného v exekučnom konaní, čím spôsobil exekútorovi JUDr. Ľubomír Pekár škodu vo výške 51,52 Eur, - dňa 04.11.2013 zadal na prevod a dňa 06.11.2013 bola pripísaná na účet č. XXXXXXXXXX/XXXX suma vo výške 18,16 Eur v exekučnom konaní pod číslom XXXXX/XX vo veci oprávneného Technoconsulting - Texicom, s.r.o. a povinného G., W. G., pričom išlo o preplatok povinného v exekučnom konaní, čím spôsobil exekútorovi JUDr. Ľubomír Pekár škodu vo výške 18,16 Eur, - dňa 05.11.2013 zadal na prevod a dňa 07.11.2013 bola pripísaná na účet č. E. suma vo výške 39,43 Eur v exekučnom konaní pod číslom 8643/07 vo veci oprávneného Slovak Telekom, a.s., IČO: 35763469 a povinného Q. K., nar. X.X.XXXX, pričom išlo o preplatok povinného v exekučnom konaní, čím spôsobil exekútorovi JUDr. Ľubomír Pekár škodu vo výške 39,43 Eur, - dňa 05.11.2013 zadal na prevod a dňa 07.11.2013 bola pripísaná na účet č. XXXXXXXXXX/XXXX suma vo výške 19,75 Eur v exekučnom konaní pod číslom 4784/10 vo veci oprávneného Slovak Telekom, a.s., IČO: 35763469 a povinného W. G., nar. XX.XX.XXXX, pričom išlo o preplatok povinného v exekučnom konaní, čím spôsobil exekútorovi JUDr. Ľubomír Pekár škodu vo výške 19,75 Eur,</w:t>
      </w:r>
    </w:p>
    <w:p>
      <w:r>
        <w:t>- dňa 06.11.2013 zadal na prevod a dňa 11.11.2013 bola pripísaná na účet č. SK10750000004011163460 suma vo výške 144,33 Eur v exekučnom konaní pod číslom 4411/13 vo veci oprávneného Slovak Telekom, a.s., IČO: 35763469 a povinného [. A., nar. XX.X.XXXX, pričom išlo o preplatok povinného v exekučnom konaní, čím spôsobil exekútorovi JUDr. Ľubomír Pekár škodu vo výške 144,33 Eur, - dňa 08.11.2013 zadal na prevod a dňa 11.11.2013 bola pripísaná na účet č. E. suma vo výške 198,08 Eur v exekučnom konaní pod číslom 3726/06 vo veci oprávneného Slovak Telekom, a.s., IČO: 35763469 a povinného S. T., nar. XX.XX.XXXX, pričom išlo o preplatok povinného v exekučnom konaní, čím spôsobil exekútorovi JUDr. Ľubomír Pekár škodu vo výške 198,08 Eur, - dňa 07.11.2013 zadal na prevod a dňa 11.11.2013 bola pripísaná na účet č. E. suma vo výške 38,34 Eur v exekučnom konaní pod číslom 2287/09 vo veci oprávneného Slovak Telekom, a.s., IČO: 35763469 a povinného V. B., nar. XX.X.XXXX, pričom išlo o preplatok povinného v exekučnom konaní, čím spôsobil exekútorovi JUDr. Ľubomír Pekár škodu vo výške 38,34 Eur, - dňa 06.11.2013 zadal na prevod a dňa 11.11.2013 bola pripísaná na účet č. E. suma vo výške 62,21 Eur v exekučnom konaní pod číslom 4005/08 vo veci oprávneného Slovak Telekom, a.s., IČO: 35763469 a povinného Q. G., nar. XX.X.XXXX, pričom išlo o preplatok povinného v exekučnom konaní v sume 22,38 Eur a odmenu exekútora za záložné právo v sume 39,83 Eur, čím spôsobil exekútorovi JUDr. Ľubomír Pekár škodu vo výške 62,21 Eur, - dňa 12.11.2013 zadal na prevod a dňa 13.11.2013 bola pripísaná na účet č. E. suma vo výške 190,77 Eur v exekučnom konaní pod číslom 2696/13 vo veci oprávneného Slovak Telekom, a.s., IČO: 35763469 a povinného B. E., nar. XX.X.XXXX, pričom išlo o preplatok povinného v exekučnom konaní, čím spôsobil exekútorovi JUDr. Ľubomír Pekár škodu vo výške 190,77 Eur, - dňa 13.11.2013 zadal na prevod a dňa 15.11.2013 bola pripísaná na účet č. E. suma vo výške 69,14 Eur v exekučnom konaní pod číslom XXXX/XX vo veci oprávneného Slovak Telekom, a.s., IČO: 35763469 a povinného P. I., nar. XX.X.XXXX, pričom išlo o preplatok povinného v exekučnom konaní, čím spôsobil exekútorovi JUDr. Ľubomír Pekár škodu vo výške 69,14 Eur, - dňa 14.11.2013 zadal na prevod a dňa 15.11.2013 bola pripísaná na účet č. E. suma vo výške 188,99 Eur v exekučnom konaní pod číslom 741/09 vo veci oprávneného Slovak Telekom, a.s., IČO: 35763469 a povinného E. B., nar. XX.X.XXXX, pričom išlo o preplatok povinného v exekučnom konaní, čím spôsobil exekútorovi JUDr. Ľubomír Pekár škodu vo výške 188,99 Eur, - dňa 14.11.2013 zadal na prevod a dňa 15.11.2013 bola pripísaná na účet č. E. suma vo výške 24,95 Eur v exekučnom konaní pod číslom 20150/03 vo veci oprávneného NÚP-OÚP Prievidza, IČO: 30794536 a povinného A. K., nar. XX.X.XXXX, IČO: 34340041, pričom išlo o vymoženú čiastku oprávneného v exekučnom konaní, čím spôsobil exekútorovi A. N. K. škodu vo výške 24,95 Eur, - dňa 13.11.2013 zadal na prevod a dňa 15.11.2013 bola pripísaná na účet č. E. suma vo výške 33,60 Eur v exekučnom konaní pod číslom 5824/09 vo veci oprávneného Slovak Telekom, a.s., IČO: 35763469 a povinného P. O., nar. XX.X.XXXX, pričom išlo o preplatok povinného v exekučnom konaní, čím spôsobil exekútorovi JUDr. Ľubomír Pekár škodu vo výške 33,60 Eur, - dňa 13.11.2013 zadal na prevod a dňa 15.11.2013 bola pripísaná na účet č. E. suma vo výške 13,83 Eur v exekučnom konaní pod číslom 783/09 vo veci oprávneného Slovak Telekom, a.s., IČO: 35763469 a povinného B. [., nar. 24.7.1957, pričom išlo o preplatok povinného v exekučnom konaní, čím spôsobil exekútorovi JUDr. Ľubomír Pekár škodu vo výške 13,83 Eur, - dňa 15.11.2013 zadal na prevod a dňa 18.11.2013 bola pripísaná na účet č. XXXXXXXXXX/XXXX suma vo výške 82,29 Eur v exekučnom konaní pod číslom 467/08 vo veci oprávneného Slovak Telekom, a.s., IČO: 35763469 a povinného Q. I., nar. XX.X.XXXX, pričom išlo o preplatok povinného v exekučnom konaní, čím spôsobil exekútorovi JUDr. Ľubomír Pekár škodu vo výške 82,29 Eur, - dňa 20.11.2013 zadal na prevod a dňa 21.11.2013 bola pripísaná na účet č. E. suma vo výške 119,71 Eur v exekučnom konaní pod číslom 4433/13 vo veci oprávneného Slovak Telekom, a.s., IČO: 35763469 a povinného Michaela Marčeková, nar. XX.XX.XXXX, pričom išlo o preplatok povinného v exekučnom konaní, čím spôsobil exekútorovi A. N. K. škodu vo výške 119,71 Eur, - dňa 20.11.2013 zadal na prevod a dňa 21.11.2013 bola pripísaná na účet č. E. suma vo výške 33,78 Eur v exekučnom konaní pod číslom 4959/08 vo veci oprávneného Slovak Telekom, a.s., IČO: 35763469 a povinného B. G., nar. XX.X.XXXX, pričom išlo o preplatok povinného v exekučnom konaní, čím spôsobil exekútorovi JUDr. Ľubomír Pekár škodu vo výške 33,78 Eur, - dňa 20.11.2013 zadal na prevod a dňa 21.11.2013 bola pripísaná na účet č. E. suma vo výške 112,95 Eur v exekučnom konaní pod číslom 3287/06 vo veci oprávneného Slovak Telekom, a.s., IČO: 35763469 a povinného F. V., nar. XX.X.XXXX, pričom išlo o preplatok povinného v exekučnom konaní, čím spôsobil exekútorovi JUDr. Ľubomír Pekár škodu vo výške 112,95 Eur,</w:t>
      </w:r>
    </w:p>
    <w:p>
      <w:r>
        <w:t>- dňa 26.11.2013 zadal na prevod a dňa 28.11.2013 bola pripísaná na účet č. E. suma vo výške 75,19 Eur v exekučnom konaní pod číslom 20013/08 vo veci oprávneného Slovenský plynárenský priemysel, a.s., IČO: 35815256 a povinného A. O., nar. X.X.XXXX, pričom išlo o odmenu exekútora za záložné právo, čím spôsobil exekútorovi JUDr. Ľubomír Pekár škodu vo výške 75,19 Eur, - dňa 27.11.2013 zadal na prevod a dňa 28.11.2013 bola pripísaná na účet č. E. suma vo výške 152,56 Eur v exekučnom konaní pod číslom 184/05 vo veci oprávneného Slovak Telekom, a.s., IČO: 35763469 a povinného X. X., nar. X.X.XXXX, pričom išlo o preplatok povinného v exekučnom konaní, čím spôsobil exekútorovi JUDr. Ľubomír Pekár škodu vo výške 152,56 Eur, - dňa 28.11.2013 zadal na prevod a dňa 29.11.2013 bola pripísaná na účet č. E. suma vo výške 35,00 Eur v exekučnom konaní pod číslom 3572/06 vo veci oprávneného Slovak Telekom, a.s., IČO: 35763469 a povinného A. K., nar. X.X.XXXX, pričom išlo o preplatok povinného v exekučnom konaní, čím spôsobil exekútorovi JUDr. Ľubomír Pekár škodu vo výške 35,00 Eur, - dňa 04.12.2013 zadal na prevod a dňa 05.12.2013 bola pripísaná na účet č. E. suma vo výške 226,54 Eur v exekučnom konaní pod číslom 3331/06 vo veci oprávneného Slovak Telekom, a.s., IČO: 35763469 a povinného B. F., nar. XX.XX.XXXX, pričom išlo o vymoženú čiastku oprávneného v exekučnom konaní v sume 182,69 Eur a trovy konania exekútora v sume 43,85 Eur, čím spôsobil exekútorovi JUDr. Ľubomír Pekár škodu vo výške 226,54 Eur, - dňa 05.12.2013 zadal na prevod a dňa 06.12.2013 bola pripísaná na účet č. E. suma vo výške 66,23 Eur v exekučnom konaní pod číslom 4434/13 vo veci oprávneného Slovak Telekom, a.s., IČO: 35763469 a povinného B. B., nar. XX.X.XXXX, pričom išlo o preplatok povinného v exekučnom konaní, čím spôsobil exekútorovi JUDr. Ľubomír Pekár škodu vo výške 66,23 Eur, - dňa 05.12.2013 zadal na prevod a dňa 06.12.2013 bola pripísaná na účet č. XXXXXXXXXX/XXXX suma vo výške 22,36 Eur v exekučnom konaní pod číslom 370/96 vo veci oprávneného Stredoslovenská vodárenská spoločnosť, a.s. , IČO: 36056006 a povinného A. H., nar. X.XX.XXXX, IČO: 32942893, pričom išlo o trovy konania exekútora, čím spôsobil exekútorovi JUDr. Ľubomír Pekár škodu vo výške 22,36 Eur, - dňa 06.12.2013 zadal na prevod a dňa 09.12.2013 bola pripísaná na účet č. E. suma vo výške 234,15 Eur v exekučnom konaní pod číslom 2802/11 vo veci oprávneného Slovak Telekom, a.s., IČO: 35763469 a povinného F. H., nar. XX.X.XXXX, pričom išlo o preplatok povinného v exekučnom konaní, čím spôsobil exekútorovi JUDr. Ľubomír Pekár škodu vo výške 234,15 Eur, - dňa 09.12.2013 zadal na prevod a dňa 10.12.2013 bola pripísaná na účet č. E. suma vo výške 124,00 Eur v exekučnom konaní pod číslom 2681/13 vo veci oprávneného Slovak Telekom, a.s., IČO: 35763469 a povinného W. F., nar. X.X.XXXX, pričom išlo o preplatok povinného v exekučnom konaní, čím spôsobil exekútorovi JUDr. Ľubomír Pekár škodu vo výške 124,00 Eur, - dňa 09.12.2013 zadal na prevod a dňa 10.12.2013 bola pripísaná na účet č. E. suma vo výške 103,21 Eur v exekučnom konaní pod číslom 4102/09 vo veci oprávneného Slovak Telekom, a.s., IČO: 35763469 a povinného Q. O., nar. XX.X.XXXX, pričom išlo o preplatok povinného v exekučnom konaní, čím spôsobil exekútorovi JUDr. Ľubomír Pekár škodu vo výške 103,21 Eur, - dňa 10.12.2013 zadal na prevod a dňa 11.12.2013 bola pripísaná na účet č. E. suma vo výške 166,67 Eur v exekučnom konaní pod číslom 3053/09 vo veci oprávneného Slovak Telekom, a.s., IČO: 35763469 a povinného E. ]., nar. XX.X.XXXX, pričom išlo o preplatok povinného v exekučnom konaní v sume 127,17 Eur a odmenu exekútora za záložné právo v sume 39,50 Eur, čím spôsobil exekútorovi A. N. K. škodu vo výške 166,67 Eur, - dňa 10.12.2013 zadal na prevod a dňa 11.12.2013 bola pripísaná na účet č. XXXXXXXXXX/XXXX suma vo výške 41,41 Eur v exekučnom konaní pod číslom 467/08 vo veci oprávneného Slovak Telekom, a.s., IČO: 35763469 a povinného Q. I., nar. XX.X.XXXX, pričom išlo o preplatok povinného v exekučnom konaní, čím spôsobil exekútorovi JUDr. Ľubomír Pekár škodu vo výške 41,41 Eur, - dňa 10.12.2013 zadal na prevod a dňa 11.12.2013 bola pripísaná na účet č. XXXXXXXXXX/XXXX suma vo výške 5,29 Eur v exekučnom konaní pod číslom XXXX/XX vo veci oprávneného Slovak Telekom, a.s., IČO: 35763469 a povinného I. B., nar. X.XX.XXXX, pričom išlo o preplatok povinného v exekučnom konaní, čím spôsobil exekútorovi JUDr. Ľubomír Pekár škodu vo výške 5,29 Eur, - dňa 11.12.2013 zadal na prevod a dňa 12.12.2013 bola pripísaná na účet č. E. suma vo výške 201,51 Eur v exekučnom konaní pod číslom 2621/13 vo veci oprávneného Slovak Telekom, a.s., IČO: 35763469 a povinného G. B. B., nar. XX.X.XXXX, pričom išlo o preplatok povinného v exekučnom konaní, čím spôsobil exekútorovi JUDr. Ľubomír Pekár škodu vo výške 201,51 Eur, - dňa 12.12.2013 zadal na prevod a dňa 13.12.2013 bola pripísaná na účet č. XXXXXXXXXX/XXXX suma vo výške 49,95 Eur v exekučnom konaní pod číslom 3859/05 vo veci oprávneného Slovak Telekom,</w:t>
      </w:r>
    </w:p>
    <w:p>
      <w:r>
        <w:t>a.s., IČO: 35763469 a povinného W. B., nar. XX.X.XXXX, pričom išlo o preplatok povinného v exekučnom konaní, čím spôsobil exekútorovi JUDr. Ľubomír Pekár škodu vo výške 49,95 Eur, - dňa 13.12.2013 zadal na prevod a dňa 16.12.2013 bola pripísaná na účet č. E. suma vo výške 139,26 Eur v exekučnom konaní pod číslom 4959/09 vo veci oprávneného Slovak Telekom, a.s., IČO: 35763469 a povinného P. G., nar. XX.X.XXXX, pričom išlo o preplatok povinného v exekučnom konaní, čím spôsobil exekútorovi JUDr. Ľubomír Pekár škodu vo výške 139,26 Eur, - dňa 17.12.2013 zadal na prevod a dňa 18.12.2013 bola pripísaná na účet č. E. suma vo výške 76,74 Eur v exekučnom konaní pod číslom 4959/08 vo veci oprávneného Slovak Telekom, a.s., IČO: 35763469 a povinného B. G., nar. XX.X.XXXX, pričom išlo o preplatok povinného v exekučnom konaní v sume 36,91 Eur a odmenu exekútora za záložné právo v sume 39,83 Eur, čím spôsobil exekútorovi JUDr. Ľubomír Pekár škodu vo výške 76,74 Eur, - dňa 18.12.2013 zadal na prevod a dňa 19.12.2013 bola pripísaná na účet č. E. suma vo výške 643,18 Eur v exekučnom konaní pod číslom 5312/06 vo veci oprávneného Slovak Telekom, a.s., IČO: 35763469 a povinného B. T., nar. X.X.XXXX, pričom išlo o odmenu exekútora za záložné právo, čím spôsobil exekútorovi A. N. K. škodu vo výške 643,18 Eur, - dňa 18.12.2013 zadal na prevod a dňa 19.12.2013 bola pripísaná na účet č. E. suma vo výške 232,60 Eur v exekučnom konaní pod číslom 3748/06 vo veci oprávneného Slovak Telekom, a.s., IČO: 35763469 a povinného A. O., nar. X.X.XXXX, pričom išlo o odmenu exekútora za záložné právo a trovy konania exekútora, čím spôsobil exekútorovi JUDr. Ľubomír Pekár škodu vo výške 232,60 Eur, - dňa 18.12.2013 zadal na prevod a dňa 19.12.2013 bola pripísaná na účet č. E. suma vo výške 43,00 Eur v exekučnom konaní pod číslom 3572/06 vo veci oprávneného Slovak Telekom, a.s., IČO: 35763469 a povinného A. K., nar. X.X.XXXX, pričom išlo o preplatok povinného v exekučnom konaní, čím spôsobil exekútorovi JUDr. Ľubomír Pekár škodu vo výške 43,00 Eur, - dňa 20.12.2013 zadal na prevod a dňa 23.12.2013 bola pripísaná na účet č. E. suma vo výške 50,82 Eur v exekučnom konaní pod číslom 184/05 vo veci oprávneného Slovak Telekom, a.s., IČO: 35763469 a povinného X. X., nar. X.X.XXXX, pričom išlo o preplatok povinného v exekučnom konaní, čím spôsobil exekútorovi JUDr. Ľubomír Pekár škodu vo výške 50,82 Eur, - dňa 23.12.2013 zadal na prevod a dňa 27.12.2013 bola pripísaná na účet č. E. suma vo výške 427,84 Eur v exekučnom konaní pod číslom 3946/06 vo veci oprávneného Slovak Telekom, a.s., IČO: 35763469 a povinného F. M. P. H., nar. XX.XX.XXXX, IČO: 33905576, pričom išlo o preplatok povinného v exekučnom konaní v sume 17,48 Eur a trovy konania exekútora v sume 410,36 Eur, čím spôsobil exekútorovi JUDr. Ľubomír Pekár škodu vo výške 427,84 Eur, - dňa 23.12.2013 zadal na prevod a dňa 30.12.2013 bola pripísaná na účet č. E. suma vo výške 157,50 Eur v exekučnom konaní pod číslom 1664/09 vo veci oprávneného Slovak Telekom, a.s., IČO: 35763469 a povinného H. I., nar. XX.X.XXXX, pričom išlo o trovy konania exekútora, čím spôsobil exekútorovi JUDr. Ľubomír Pekár škodu vo výške 157,50 Eur, - dňa 06.01.2014 zadal na prevod a dňa 08.01.2014 bola pripísaná na účet č. E. suma vo výške 11,57 Eur v exekučnom konaní pod číslom 4873/06 vo veci oprávneného Slovak Telekom, a.s., IČO: 35763469 a povinného D. K., nar. XX.X.XXXX, pričom išlo o preplatok povinného v exekučnom konaní, čím spôsobil exekútorovi JUDr. Ľubomír Pekár škodu vo výške 11,57 Eur, - dňa 06.01.2014 zadal na prevod a dňa 08.01.2014 bola pripísaná na účet č. XXXXXXXXXX/ XXXX suma vo výške 12,52 Eur v exekučnom konaní pod číslom 20370/96 vo veci oprávneného Stredoslovenská vodárenská spoločnosť, a.s., IČO: 36056006 a povinného A. H., nar.X.XX.XXXX, IČO: 32942893, pričom išlo o odmenu exekútora za záložné právo, čím spôsobil exekútorovi JUDr. Ľubomír Pekár škodu vo výške 12,52 Eur, - dňa 06.01.2014 zadal na prevod a dňa 08.01.2014 bola pripísaná na účet č. XXXXXXXXXX/XXXX suma vo výške 10,99 Eur v exekučnom konaní pod číslom 8749/07 vo veci oprávneného Slovak Telekom, a.s., IČO: 35763469 a povinného J. F., nar. X.X.XXXX, pričom išlo o trovy konania exekútora, čím spôsobil exekútorovi JUDr. Ľubomír Pekár škodu vo výške 10,99 Eur, - dňa 08.01.2014 zadal na prevod a dňa 09.01.2014 bola pripísaná na účet č. E. suma vo výške 217,53 Eur v exekučnom konaní pod číslom 4879/06 vo veci oprávneného Slovak Telekom, a.s., IČO: 35763469 a povinného B. R., nar. XX.X.XXXX, pričom išlo o preplatok povinného v exekučnom konaní, čím spôsobil exekútorovi JUDr. Ľubomír Pekár škodu vo výške 217,53 Eur, - dňa 08.01.2014 zadal na prevod a dňa 09.01.2014 bola pripísaná na účet č. E. suma vo výške 150,00 Eur v exekučnom konaní pod číslom XXXX/XX vo veci oprávneného Slovak Telekom, a.s., IČO: 35763469 a povinného D. C., nar. XX.X.XXXX, pričom išlo o vymoženú čiastku oprávneného v exekučnom konaní v sume 19,51 Eur a trovy konania exekútora v sume 130,49 Eur, čím spôsobil exekútorovi JUDr. Ľubomír Pekár škodu vo výške 150,00 Eur,</w:t>
      </w:r>
    </w:p>
    <w:p>
      <w:r>
        <w:t>- dňa 08.01.2014 zadal na prevod a dňa 09.01.2014 bola pripísaná na účet č. E. suma vo výške 143,92 Eur v exekučnom konaní pod číslom 1483/13 vo veci oprávneného Slovak Telekom, a.s., IČO: 35763469 a povinného A. K., nar. XX.X.XXXX, pričom išlo o preplatok povinného v exekučnom konaní, čím spôsobil exekútorovi JUDr. Ľubomír Pekár škodu vo výške 143,92 Eur, - dňa 09.01.2014 zadal na prevod a dňa 10.01.2014 bola pripísaná na účet č. E. suma vo výške 8,37 Eur v exekučnom konaní pod číslom 4102/09 vo veci oprávneného Slovak Telekom, a.s., IČO: 35763469 a povinného Q. O., nar. XX.X.XXXX, pričom išlo o preplatok povinného v exekučnom konaní, čím spôsobil exekútorovi JUDr. Ľubomír Pekár škodu vo výške 8,37 Eur, - dňa 09.01.2014 zadal na prevod a dňa 10.01.2014 bola pripísaná na účet č. E. suma vo výške 243,85 Eur v exekučnom konaní pod číslom 1441/13 vo veci oprávneného Slovak Telekom, a.s., IČO: 35763469 a povinného Q. O., nar. XX.X.XXXX, pričom išlo o preplatok povinného v exekučnom konaní, čím spôsobil exekútorovi JUDr. Ľubomír Pekár škodu vo výške 243,85 Eur, - dňa 09.01.2014 zadal na prevod a dňa 10.01.2014 bola pripísaná na účet č. XXXXXXXXXX/XXXX suma vo výške 19,92 Eur v exekučnom konaní pod číslom XXXX/XX vo veci oprávneného Slovak Telekom, a.s., IČO: 35763469 a povinného P. I., nar. XX.X.XXXX, pričom išlo o preplatok povinného v exekučnom konaní, čím spôsobil exekútorovi JUDr. Ľubomír Pekár škodu vo výške 19,92 Eur, - dňa 10.01.2014 zadal na prevod a dňa 13.01.2014 bola pripísaná na účet č. E. suma vo výške 118,66 Eur v exekučnom konaní pod číslom 4478/13 vo veci oprávneného Slovak Telekom, a.s., IČO: 35763469 a povinného K. Y., nar. X.X.XXXX, pričom išlo o preplatok povinného v exekučnom konaní, čím spôsobil exekútorovi JUDr. Ľubomír Pekár škodu vo výške 118,66 Eur, - dňa 10.01.2014 zadal na prevod a dňa 13.01.2014 bola pripísaná na účet č. E. suma vo výške 148,38 Eur v exekučnom konaní pod číslom 8722/07 vo veci oprávneného Slovak Telekom, a.s., IČO: 35763469 a povinného B. O., nar. XX.X.XXXX, pričom išlo o preplatok povinného v exekučnom konaní, čím spôsobil exekútorovi JUDr. Ľubomír Pekár škodu vo výške 148,38 Eur, - dňa 10.01.2014 zadal na prevod a dňa 13.01.2014 bola pripísaná na účet č. E. suma vo výške 22,07 Eur v exekučnom konaní pod číslom 2791/11 vo veci oprávneného Slovak Telekom, a.s., IČO: 35763469 a povinného J. T., nar. X.X.XXXX, pričom išlo o preplatok povinného v exekučnom konaní, čím spôsobil exekútorovi JUDr. Ľubomír Pekár škodu vo výške 22,07 Eur, - dňa 10.01.2014 zadal na prevod a dňa 13.01.2014 bola pripísaná na účet č. E. suma vo výške 149,98 Eur v exekučnom konaní pod číslom 2802/11 vo veci oprávneného Slovak Telekom, a.s., IČO: 35763469 a povinného F. H., nar. XX.X.XXXX, pričom išlo o preplatok povinného v exekučnom konaní v sume 30,49 Eur a odmenu exekútora za záložné právo v sume 119,49 Eur, čím spôsobil exekútorovi JUDr. Ľubomír Pekár škodu vo výške 149,98 Eur, - dňa 13.01.2014 zadal na prevod a dňa 14.01.2014 bola pripísaná na účet č. E. suma vo výške 124,00 Eur v exekučnom konaní pod číslom 2234/09 vo veci oprávneného Slovak Telekom, a.s., IČO: 35763469 a povinného P. G., nar. XX.X.XXXX, pričom išlo o preplatok povinného v exekučnom konaní, čím spôsobil exekútorovi JUDr. Ľubomír Pekár škodu vo výške 124,00 Eur, - dňa 14.01.2014 zadal na prevod a dňa 15.01.2014 bola pripísaná na účet č. E. suma vo výške 94,25 Eur v exekučnom konaní pod číslom 4424/13 vo veci oprávneného Slovak Telekom, a.s., IČO: 35763469 a povinného D. O., nar. XX.X.XXXX, pričom išlo o preplatok povinného v exekučnom konaní, čím spôsobil exekútorovi JUDr. Ľubomír Pekár škodu vo výške 94,25 Eur, - dňa 15.01.2014 zadal na prevod a dňa 16.01.2014 bola pripísaná na účet č. E. suma vo výške 191,42 Eur v exekučnom konaní pod číslom 4959/09 vo veci oprávneného Slovak Telekom, a.s., IČO: 35763469 a povinného P. G., nar. XX.X.XXXX, pričom išlo o preplatok povinného v exekučnom konaní v sume 134,28 Eur a trovy exekútora v sume 57,14 Eur, čím spôsobil exekútorovi JUDr. Ľubomír Pekár škodu vo výške 191,42 Eur, - dňa 15.01.2014 zadal na prevod a dňa 16.01.2014 bola pripísaná na účet č. E. suma vo výške 128,34 Eur v exekučnom konaní pod číslom 3904/06 vo veci oprávneného Slovak Telekom, a.s., IČO: 35763469 a povinného B. E., nar. XX.X.XXXX, pričom išlo o preplatok povinného v exekučnom konaní, čím spôsobil exekútorovi JUDr. Ľubomír Pekár škodu vo výške 128,34 Eur, - dňa 16.01.2014 zadal na prevod a dňa 17.01.2014 bola pripísaná na účet č. E. suma vo výške 124,00 Eur v exekučnom konaní pod číslom 2669/06 vo veci oprávneného Slovak Telekom, a.s., IČO: 35763469 a povinného HENRIETA CSEREOVÁ, nar. XX.X.XXXX, pričom išlo o vymoženú čiastku oprávneného v exekučnom konaní v sume 100,- Eur a trovy konania exekútora v sume 24,- Eur, čím spôsobil exekútorovi JUDr. Ľubomír Pekár škodu vo výške 124,- Eur, - dňa 16.01.2014 zadal na prevod a dňa 17.01.2014 bola pripísaná na účet č. E. suma vo výške 13,48 Eur v exekučnom konaní pod číslom 4959/08 vo veci oprávneného Slovak Telekom, a.s., IČO: 35763469 a</w:t>
      </w:r>
    </w:p>
    <w:p>
      <w:r>
        <w:t>povinného B. G., nar. XX.X.XXXX, pričom išlo o preplatok povinného v exekučnom konaní, čím spôsobil exekútorovi JUDr. Ľubomír Pekár škodu vo výške 13,48 Eur, - dňa 17.01.2014 zadal na prevod a dňa 20.01.2014 bola pripísaná na účet č. E. suma vo výške 138,00 Eur v exekučnom konaní pod číslom 4320/06 vo veci oprávneného Slovak Telekom, a.s., IČO: 35763469 a povinného B. B., nar. X.X.XXXX, pričom išlo o trovy konania exekútora, čím spôsobil exekútorovi JUDr. Ľubomír Pekár škodu vo výške 138,00 Eur, - dňa 20.01.2014 zadal na prevod a dňa 21.01.2014 bola pripísaná na účet č. E. suma vo výške 64,36 Eur v exekučnom konaní pod číslom 5418/13 vo veci oprávneného Slovak Telekom, a.s., IČO: 35763469 a povinného U. G., nar. X.X.XXXX, pričom išlo o preplatok povinného v exekučnom konaní, čím spôsobil exekútorovi JUDr. Ľubomír Pekár škodu vo výške 64,36 Eur, - dňa 21.01.2014 zadal na prevod a dňa 22.01.2014 bola pripísaná na účet č. E. suma vo výške 27,30 Eur v exekučnom konaní pod číslom 3572/06 vo veci oprávneného Slovak Telekom, a.s., IČO: 35763469 a povinného A. K., nar. X.X.XXXX, pričom išlo o preplatok povinného v exekučnom konaní, čím spôsobil exekútorovi JUDr. Ľubomír Pekár škodu vo výške 27,30 Eur, - dňa 22.01.2014 zadal na prevod a dňa 23.01.2014 bola pripísaná na účet č. E. suma vo výške 318,15 Eur v exekučnom konaní pod číslom 3663/05 vo veci oprávneného Slovak Telekom, a.s., IČO: 35763469 a povinného E. G., nar. X.XX.XXXX, pričom išlo o preplatok povinného v exekučnom konaní v sume 158,83 Eur a odmenu exekútora za záložné právo v sume 159,32 Eur, čím spôsobil exekútorovi JUDr. Ľubomír Pekár škodu vo výške 318,15 Eur, - dňa 23.01.2014 zadal na prevod a dňa 24.01.2014 bola pripísaná na účet č. E. suma vo výške 44,44 Eur v exekučnom konaní pod číslom 2389/05 vo veci oprávneného Slovak Telekom, a.s., IČO: 35763469 a povinného D. B., nar. XX.X.XXXX, pričom išlo o preplatok povinného v exekučnom konaní, čím spôsobil exekútorovi JUDr. Ľubomír Pekár škodu vo výške 44,44 Eur, - dňa 27.01.2014 zadal na prevod a dňa 28.01.2014 bola pripísaná na účet č. E. suma vo výške 155,83 Eur v exekučnom konaní pod číslom 2651/13 vo veci oprávneného Slovak Telekom, a.s., IČO: 35763469 a povinného D. O., nar. XX.XX.XXXX, pričom išlo o odmenu exekútora za záložné právo, čím spôsobil exekútorovi JUDr. Ľubomír Pekár škodu vo výške 155,83 Eur, - dňa 28.01.2014 zadal na prevod a dňa 29.01.2014 bola pripísaná na účet č. E. suma vo výške 67,65 Eur v exekučnom konaní pod číslom 2651/13 vo veci oprávneného Slovak Telekom, a.s., IČO: 35763469 a povinného D. O., nar. XX.XX.XXXX, pričom išlo o odmenu exekútora za záložné právo, čím spôsobil exekútorovi JUDr. Ľubomír Pekár škodu vo výške 67,65 Eur, - dňa 30.01.2014 zadal na prevod a dňa 31.01.2014 bola pripísaná na účet č. E. suma vo výške 96,66 Eur v exekučnom konaní pod číslom 5418/13 vo veci oprávneného Slovak Telekom, a.s., IČO: 35763469 a povinného U. G., nar. X.X.XXXX, pričom išlo o preplatok povinného v exekučnom konaní, čím spôsobil exekútorovi JUDr. Ľubomír Pekár škodu vo výške 96,66 Eur, - dňa 30.01.2014 zadal na prevod a dňa 31.01.2014 bola pripísaná na účet č. E. suma vo výške 6,18 Eur v exekučnom konaní pod číslom 2651/13 vo veci oprávneného Slovak Telekom, a.s., IČO: 35763469 a povinného D. O., nar. XX.XX.XXXX, pričom išlo o odmenu exekútora za záložné právo, čím spôsobil exekútorovi JUDr. Ľubomír Pekár škodu vo výške 6,18 Eur, - dňa 31.01.2014 zadal na prevod a dňa 03.02.2014 bola pripísaná na účet č. E. suma vo výške 224,11 Eur v exekučnom konaní pod číslom 1412/13 vo veci oprávneného Slovak Telekom, a.s., IČO: 35763469 a povinného I. J., nar. XX.XX.XXXX, pričom išlo o preplatok povinného v exekučnom konaní v sume 144,45 Eur a odmenu exekútora za záložné právo v sume 79,66 Eur, čím spôsobil exekútorovi JUDr. Ľubomír Pekár škodu vo výške 224,11 Eur, - dňa 03.02.2014 zadal na prevod a dňa 04.02.2014 bola pripísaná na účet č. E. suma vo výške 304,92 Eur v exekučnom konaní pod číslom 4399/13 vo veci oprávneného Slovak Telekom, a.s., IČO: 35763469 a povinného B. M., nar. XX.X.XXXX, pričom išlo o preplatok povinného v exekučnom konaní v sume 26,12 Eur a odmenu exekútora za záložné právo v sume 278,80 Eur, čím spôsobil exekútorovi JUDr. Ľubomír Pekár škodu vo výške 304,92 Eur, - dňa 03.02.2014 zadal na prevod a dňa 04.02.2014 bola pripísaná na účet č. E. suma vo výške 271,43 Eur v exekučnom konaní pod číslom 6481/09 vo veci oprávneného Slovak Telekom, a.s., IČO: 35763469 a povinného B. E., nar. XX.X.XXXX, pričom išlo o preplatok povinného v exekučnom konaní v sume 152,93 Eur a odmenu exekútora za záložné právo v sume 118,50 Eur, čím spôsobil exekútorovi JUDr. Ľubomír Pekár škodu vo výške 271,43 Eur, - dňa 03.02.2014 zadal na prevod a dňa 04.02.2014 bola pripísaná na účet č. XXXXXXXXXX/ XXXX suma vo výške 13,61 Eur v exekučnom konaní pod číslom 20370/96 vo veci oprávneného Stredoslovenská vodárenská spoločnosť, a.s., IČO: 36056006 a povinného A. H., nar. X.XX.XXXX,</w:t>
      </w:r>
    </w:p>
    <w:p>
      <w:r>
        <w:t>IČO:32942893, pričom išlo o odmenu exekútora za záložné právo, čím spôsobil exekútorovi JUDr. Ľubomír Pekár škodu vo výške 13,61 Eur, - dňa 04.02.2014 zadal na prevod a dňa 05.02.2014 bola pripísaná na účet č. E. suma vo výške 7,13 Eur v exekučnom konaní pod číslom 2651/13 vo veci oprávneného Slovak Telekom, a.s., IČO: 35763469 a povinného D. O., nar. XX.XX.XXXX, pričom išlo o odmenu exekútora za záložné právo, čím spôsobil exekútorovi JUDr. Ľubomír Pekár škodu vo výške 7,13 Eur, - dňa 04.02.2014 zadal na prevod a dňa 05.02.2014 bola pripísaná na účet č. XXXXXXXXXX/XXXX suma vo výške 43,17 Eur v exekučnom konaní pod číslom 8749/07 vo veci oprávneného Slovak Telekom, a.s., IČO: 35763469 a povinného J. F., nar. X.X.XXXX, pričom išlo o preplatok povinného v exekučnom konaní, čím spôsobil exekútorovi JUDr. Ľubomír Pekár škodu vo výške 43,17 Eur, - dňa 05.02.2014 zadal na prevod a dňa 06.02.2014 bola pripísaná na účet č. E. suma vo výške 58,47 Eur v exekučnom konaní pod číslom XXXX/XX vo veci oprávneného Slovak Telekom, a.s., IČO: 35763469 a povinného D. K., nar. XX.X.XXXX, pričom išlo o preplatok povinného v exekučnom konaní, čím spôsobil exekútorovi JUDr. Ľubomír Pekár škodu vo výške 58,47 Eur, - dňa 10.02.2014 zadal na prevod a dňa 11.02.2014 bola pripísaná na účet č. E. suma vo výške 129,40 Eur v exekučnom konaní pod číslom 2672/13 vo veci oprávneného Slovak Telekom, a.s., IČO: 35763469 a povinného A. K., nar. XX.X.XXXX, pričom išlo o preplatok povinného v exekučnom konaní, čím spôsobil exekútorovi JUDr. Ľubomír Pekár škodu vo výške 129,40 Eur, - dňa 10.02.2014 zadal na prevod a dňa 11.02.2014 bola pripísaná na účet č. XXXXXXXXXX/XXXX suma vo výške 19,75 Eur v exekučnom konaní pod číslom XXXX/XX vo veci oprávneného Slovak Telekom, a.s., IČO: 35763469 a povinného P. I., nar. XX.X.XXXX, pričom išlo o preplatok povinného v exekučnom konaní, čím spôsobil exekútorovi JUDr. Ľubomír Pekár škodu vo výške 19,75 Eur, - dňa 11.02.2014 zadal na prevod a dňa 12.02.2014 bola pripísaná na účet č. E. suma vo výške 47,58 Eur v exekučnom konaní pod číslom 5793/09 vo veci oprávneného Slovak Telekom, a.s., IČO: 35763469 a povinného F. G., nar. X.X.XXXX, pričom išlo o preplatok povinného v exekučnom konaní, čím spôsobil exekútorovi JUDr. Ľubomír Pekár škodu vo výške 47,58 Eur, - dňa 12.02.2014 zadal na prevod a dňa 13.02.2014 bola pripísaná na účet č. E. suma vo výške 13,50 Eur v exekučnom konaní pod číslom 4959/09 vo veci oprávneného Slovak Telekom, a.s., IČO: 35763469 a povinného P. G., nar. XX.X.XXXX, pričom išlo o preplatok povinného v exekučnom konaní, čím spôsobil exekútorovi JUDr. Ľubomír Pekár škodu vo výške 13,50 Eur, - dňa 12.02.2014 zadal na prevod a dňa 13.02.2014 bola pripísaná na účet č. E. suma vo výške 95,18 Eur v exekučnom konaní pod číslom 2791/11 vo veci oprávneného Slovak Telekom, a.s., IČO: 35763469 a povinného J. T., nar. X.X.XXXX, pričom išlo o preplatok povinného v exekučnom konaní, čím spôsobil exekútorovi JUDr. Ľubomír Pekár škodu vo výške 95,18 Eur, - dňa 12.02.2014 zadal na prevod a dňa 13.02.2014 bola pripísaná na účet č. E. suma vo výške 129,84 Eur v exekučnom konaní pod číslom 3451/06 vo veci oprávneného Slovak Telekom, a.s., IČO: 35763469 a povinného K. O., nar. XX.X.XXXX, pričom išlo o trovy konania exekútora, čím spôsobil exekútorovi JUDr. Ľubomír Pekár škodu vo výške 129,84 Eur, - dňa 14.02.2014 zadal na prevod a dňa 17.02.2014 bola pripísaná na účet č. E. suma vo výške 202,05 Eur v exekučnom konaní pod číslom 4320/06 vo veci oprávneného Slovak Telekom, a.s., IČO: 35763469 a povinného B. B., nar. X.X.XXXX, pričom išlo o preplatok povinného v exekučnom konaní, spôsobil exekútorovi JUDr. Ľubomír Pekár škodu vo výške 202,05 Eur, - dňa 14.02.2014 zadal na prevod a dňa 17.02.2014 bola pripísaná na účet č. E. suma vo výške 58,86 Eur v exekučnom konaní pod číslom 4959/08 vo veci oprávneného Slovak Telekom, a.s., IČO: 35763469 a povinného B. G., nar. XX.X.XXXX, pričom išlo o preplatok povinného v exekučnom konaní, čím spôsobil exekútorovi JUDr. Ľubomír Pekár škodu vo výške 58,86 Eur, - dňa 17.02.2014 zadal na prevod a dňa 18.02.2014 bola pripísaná na účet č. E. suma vo výške 83,51 Eur v exekučnom konaní pod číslom 1482/10 vo veci oprávneného Slovak Telekom, a.s., IČO: 35763469 a povinného O. G., nar. XX.XX.XXXX, pričom išlo o preplatok povinného v exekučnom konaní, čím spôsobil exekútorovi JUDr. Ľubomír Pekár škodu vo výške 83,51 Eur, - dňa 19.02.2014 zadal na prevod a dňa 20.02.2014 bola pripísaná na účet č. E. suma vo výške 219,05 Eur v exekučnom konaní pod číslom 1083/08 vo veci oprávneného Slovak Telekom, a.s., IČO: 35763469 a povinného K. B., nar. XX.XX.XXXX, pričom išlo o preplatok povinného v exekučnom konaní v sume 113,90 Eur a trovy konania exekútora v sume 105,15 Eur, čím spôsobil exekútorovi JUDr. Ľubomír Pekár škodu vo výške 219,05 Eur, - dňa 20.02.2014 zadal na prevod a dňa 21.02.2014 bola pripísaná na účet č. E. suma vo výške 223,98 Eur v exekučnom konaní pod číslom 4397/13 vo veci oprávneného Slovak Telekom, a.s., IČO: 35763469 a povinného Q. M., nar. XX.X.XXXX, pričom išlo o preplatok povinného v exekučnom konaní v sume</w:t>
      </w:r>
    </w:p>
    <w:p>
      <w:r>
        <w:t>144,32 Eur a odmenu exekútora za záložné právo v sume 79,66 Eur, čím spôsobil exekútorovi JUDr. Ľubomír Pekár škodu vo výške 223,98 Eur, - dňa 20.02.2014 zadal na prevod a dňa 21.02.2014 bola pripísaná na účet č. E. suma vo výške 81,80 Eur v exekučnom konaní pod číslom XXXX/XX vo veci oprávneného Slovak Telekom, a.s., IČO: 35763469 a povinného D. B., nar. XX.X.XXXX, pričom išlo o preplatok povinného v exekučnom konaní, čím spôsobil exekútorovi JUDr. Ľubomír Pekár škodu vo výške 81,80 Eur, - dňa 20.02.2014 zadal na prevod a dňa 21.02.2014 bola pripísaná na účet č. E. suma vo výške 41,51 Eur v exekučnom konaní pod číslom 2651/13 vo veci oprávneného Slovak Telekom, a.s., IČO: 35763469 a povinného D. O., nar. XX.XX.XXXX, pričom išlo o odmenu exekútora za záložné právo, čím spôsobil exekútorovi JUDr. Ľubomír Pekár škodu vo výške 41,51 Eur, - dňa 20.02.2014 zadal na prevod a dňa 21.02.2014 bola pripísaná na účet č. XXXXXXXXXX/XXXX suma vo výške 241,65 Eur v exekučnom konaní pod číslom 4458/08 vo veci oprávneného Slovak Telekom, a.s., IČO: 35763469 a povinného K. K., nar. X.X.XXXX, pričom išlo o vymoženú čiastku oprávneného v exekučnom konaní, čím spôsobil exekútorovi JUDr. Ľubomír Pekár škodu vo výške 241,65 Eur, - dňa 27.02.2014 zadal na prevod a dňa 28.02.2014 bola pripísaná na účet č. XXXXXXXXXX/XXXX suma vo výške 97,15 Eur v exekučnom konaní pod číslom 134/11 vo veci oprávneného Slovak Telekom, a.s., IČO: 35763469 a povinného D. W., nar. XX.X.XXXX, pričom išlo o preplatok povinného v exekučnom konaní, čím spôsobil exekútorovi JUDr. Ľubomír Pekár škodu vo výške 97,15 Eur, - dňa 03.03.2014 zadal na prevod a dňa 04.03.2014 bola pripísaná na účet č. XXXXXXXXXX/XXXX suma vo výške 43,17 Eur v exekučnom konaní pod číslom 8749/07 vo veci oprávneného Slovak Telekom, a.s., IČO: 35763469 a povinného J. F., nar. X.X.XXXX, pričom išlo o preplatok povinného v exekučnom konaní, čím spôsobil exekútorovi JUDr. Ľubomír Pekár škodu vo výške 43,17 Eur, - dňa 04.03.2014 zadal na prevod a dňa 05.03.2014 bola pripísaná na účet č. E. suma vo výške 141,49 Eur v exekučnom konaní pod číslom 5505/13 vo veci oprávneného Slovak Telekom, a.s., IČO: 35763469 a povinného Q. H., nar. XX.XX.XXXX, pričom išlo o preplatok povinného v exekučnom konaní, čím spôsobil exekútorovi JUDr. Ľubomír Pekár škodu vo výške 141,49 Eur, - dňa 05.03.2014 zadal na prevod a dňa 06.03.2014 bola pripísaná na účet č. E. suma vo výške 58,47 Eur v exekučnom konaní pod číslom XXXX/XX vo veci oprávneného Slovak Telekom, a.s., IČO: 35763469 a povinného D. K., nar. XX.X.XXXX, pričom išlo o preplatok povinného v exekučnom konaní, čím spôsobil exekútorovi JUDr. Ľubomír Pekár škodu vo výške 58,47 Eur, - dňa 07.03.2014 zadal na prevod a dňa 10.03.2014 bola pripísaná na účet č. E. suma vo výške 104,00 Eur v exekučnom konaní pod číslom 4474/13 vo veci oprávneného Slovak Telekom, a.s., IČO: 35763469 a povinného W. [., nar. X.XX.XXXX, pričom išlo o preplatok povinného v exekučnom konaní, čím spôsobil exekútorovi JUDr. Ľubomír Pekár škodu vo výške 104,00 Eur, - dňa 07.03.2014 zadal na prevod a dňa 10.03.2014 bola pripísaná na účet č. E. suma vo výške 143,75 Eur v exekučnom konaní pod číslom 4796/10 vo veci oprávneného Slovak Telekom, a.s., IČO: 35763469 a povinného K. \., nar. X.XX.XXXX, pričom išlo o preplatok povinného v exekučnom konaní, čím spôsobil exekútorovi JUDr. Ľubomír Pekár škodu vo výške 143,75 Eur, - dňa 10.03.2014 zadal na prevod a dňa 11.03.2014 bola pripísaná na účet č. E. suma vo výške 46,58 Eur v exekučnom konaní pod číslom 2791/11 vo veci oprávneného Slovak Telekom, a.s., IČO: 35763469 a povinného J. T., nar. X.X.XXXX, pričom išlo o preplatok povinného v exekučnom konaní, čím spôsobil exekútorovi JUDr. Ľubomír Pekár škodu vo výške 46,58 Eur, - dňa 11.03.2014 zadal na prevod a dňa 12.03.2014 bola pripísaná na účet č. E. suma vo výške 108,55 Eur v exekučnom konaní pod číslom 2540/10 vo veci oprávneného Slovak Telekom, a.s., IČO: 35763469 a povinného M. O., nar. XX.X.XXXX, IČO: 43567401, pričom išlo o preplatok povinného v exekučnom konaní, čím spôsobil exekútorovi JUDr. Ľubomír Pekár škodu vo výške 108,55 Eur, - dňa 11.03.2014 zadal na prevod a dňa 12.03.2014 bola pripísaná na účet č. E. suma vo výške 34,07 Eur v exekučnom konaní pod číslom 5793/09 vo veci oprávneného Slovak Telekom, a.s., IČO: 35763469 a povinného F. G., nar.X.X.XXXX, pričom išlo o preplatok povinného v exekučnom konaní, čím spôsobil exekútorovi JUDr. Ľubomír Pekár škodu vo výške 34,07 Eur, - dňa 11.03.2014 zadal na prevod a dňa 12.03.2014 bola pripísaná na účet č. XXXXXXXXXX/XXXX suma vo výške 25,51 Eur v exekučnom konaní pod číslom 1615/09 vo veci oprávneného Slovak Telekom, a.s., IČO: 35763469 a povinného P. Q., nar. X.X.XXXX, pričom išlo o preplatok povinného v exekučnom konaní, čím spôsobil exekútorovi JUDr. Ľubomír Pekár škodu vo výške 25,51 Eur, - dňa 13.03.2014 zadal na prevod a dňa 14.03.2014 bola pripísaná na účet č. E. suma vo výške 64,09 Eur v exekučnom konaní pod číslom 274/09 vo veci oprávneného Slovak Telekom, a.s., IČO: 35763469</w:t>
      </w:r>
    </w:p>
    <w:p>
      <w:r>
        <w:t>a povinného J. O., nar. X.XX.XXXX, pričom išlo o preplatok povinného v exekučnom konaní, čím spôsobil exekútorovi JUDr. Ľubomír Pekár škodu vo výške 64,09 Eur, - dňa 17.03.2014 zadal na prevod a dňa 18.03.2014 bola pripísaná na účet č. E. suma vo výške 40,49 Eur v exekučnom konaní pod číslom 142/10 vo veci oprávneného Sociálna poisťovňa so sídlom v Bratislave, IČO: 30807484 a povinného [. F., nar. XX.X.XXXX, pričom išlo o trovy konania exekútora, čím spôsobil exekútorovi JUDr. Ľubomír Pekár škodu vo výške 40,49 Eur, - dňa 17.03.2014 zadal na prevod a dňa 18.03.2014 bola pripísaná na účet č. E. suma vo výške 36,29 Eur v exekučnom konaní pod číslom 7895/07 vo veci oprávneného Slovak Telekom, a.s., IČO: 35763469 a povinného B. G., nar. XX.X.XXXX, pričom išlo o preplatok povinného v exekučnom konaní, čím spôsobil exekútorovi JUDr. Ľubomír Pekár škodu vo výške 36,29 Eur, - dňa 18.03.2014 zadal na prevod a dňa 19.03.2014 bola pripísaná na účet č. E. suma vo výške 19,75 Eur v exekučnom konaní pod číslom 4935/10 vo veci oprávneného Slovak Telekom, a.s., IČO: 35763469 a povinného B. U., nar. X.X.XXXX, pričom išlo o preplatok povinného v exekučnom konaní, čím spôsobil exekútorovi JUDr. Ľubomír Pekár škodu vo výške 19,75 Eur, - dňa 25.03.2014 zadal na prevod a dňa 26.03.2014 bola pripísaná na účet č. E. suma vo výške 200,00 Eur v exekučnom konaní pod číslom 545/11 vo veci oprávneného Slovak Telekom, a.s., IČO: 35763469 a povinného I. E., nar. X.X.XXXX, pričom išlo o preplatok povinného v exekučnom konaní, čím spôsobil exekútorovi JUDr. Ľubomír Pekár škodu vo výške 200,00 Eur, - dňa 01.04.2014 zadal na prevod a dňa 02.04.2014 bola pripísaná na účet č. E. suma vo výške 902,43 Eur v exekučnom konaní pod číslom 552/11 vo veci oprávneného Slovak Telekom, a.s., IČO: 35763469 a povinného A. H., nar. X.XX.XXXX, pričom išlo o vymoženú čiastku oprávneného v exekučnom konaní v sume 727,77 Eur a trovy konania exekútora v sume 174,66 Eur, čím spôsobil exekútorovi JUDr. Ľubomír Pekár škodu vo výške 902,43 Eur, - dňa 02.04.2014 zadal na prevod a dňa 03.04.2014 bola pripísaná na účet č. E. suma vo výške 58,47 Eur v exekučnom konaní pod číslom XXXX/XX vo veci oprávneného Slovak Telekom, a.s., IČO: 35763469 a povinného D. K., nar. XX.X.XXXX, pričom išlo o preplatok povinného v exekučnom konaní, čím spôsobil exekútorovi JUDr. Ľubomír Pekár škodu vo výške 58,47 Eur, - dňa 04.04.2014 zadal na prevod a dňa 07.04.2014 bola pripísaná na účet č. E. suma vo výške 145,48 Eur v exekučnom konaní pod číslom 3314/07 vo veci oprávneného Slovak Telekom, a.s., IČO: 35763469 a povinného B. R., nar. XX.X.XXXX, pričom išlo o preplatok povinného v exekučnom konaní, čím spôsobil exekútorovi JUDr. Ľubomír Pekár škodu vo výške 145,48 Eur, - dňa 07.04.2014 zadal na prevod a dňa 09.04.2014 bola pripísaná na účet č. E. suma vo výške 92,22 Eur v exekučnom konaní pod číslom 4823/13 vo veci oprávneného Slovenská konsolidačná, a.s. , IČO: 35776005 a povinného U. H., nar. XX.X.XXXX, pričom išlo o preplatok povinného v exekučnom konaní, čím spôsobil exekútorovi JUDr. Ľubomír Pekár škodu vo výške 92,22 Eur, - dňa 10.04.2014 zadal na prevod a dňa 11.04.2014 bola pripísaná na účet č. E. suma vo výške 249,14 Eur v exekučnom konaní pod číslom 2582/05 vo veci oprávneného Slovak Telekom, a.s., IČO: 35763469 a povinného B. [., nar. XX.X.XXXX, IČO: 35334169, pričom išlo o preplatok povinného v exekučnom konaní v sume 169,48 Eur a odmenu exekútora za záložné právo v sume 79,66 Eur, čím spôsobil exekútorovi JUDr. Ľubomír Pekár škodu vo výške 249,14 Eur, - dňa 10.04.2014 zadal na prevod a dňa 11.04.2014 bola pripísaná na účet č. E. suma vo výške 76,06 Eur v exekučnom konaní pod číslom 5464/13 vo veci oprávneného Slovak Telekom, a.s., IČO: 35763469 a povinného F. O., nar. XX.XX.XXXX, pričom išlo o preplatok povinného v exekučnom konaní, čím spôsobil exekútorovi JUDr. Ľubomír Pekár škodu vo výške 76,06 Eur, - dňa 10.04.2014 zadal na prevod a dňa 11.04.2014 bola pripísaná na účet č. E. suma vo výške 117,96 Eur v exekučnom konaní pod číslom 5562/08 vo veci oprávneného Slovak Telekom, a.s., IČO: 35763469 a povinného H. I., nar. XX.X.XXXX, pričom išlo o preplatok povinného v exekučnom konaní, čím spôsobil exekútorovi JUDr. Ľubomír Pekár škodu vo výške 117,96 Eur, - dňa 14.04.2014 zadal na prevod a dňa 15.04.2014 bola pripísaná na účet č. E. suma vo výške 36,91 Eur v exekučnom konaní pod číslom 5793/09 vo veci oprávneného Slovak Telekom, a.s., IČO: 35763469 a povinného F. G., nar. X.X.XXXX, pričom išlo o preplatok povinného v exekučnom konaní, čím spôsobil exekútorovi JUDr. Ľubomír Pekár škodu vo výške 36,91 Eur, - dňa 15.04.2014 zadal na prevod a dňa 16.04.2014 bola pripísaná na účet č. E. suma vo výške 174,45 Eur v exekučnom konaní pod číslom 2606/09 vo veci oprávneného Slovak Telekom, a.s., IČO: 35763469 a povinného P. I., nar. XX.XX.XXXX, pričom išlo o preplatok povinného v exekučnom konaní, čím spôsobil exekútorovi JUDr. Ľubomír Pekár škodu vo výške 174,45 Eur, - dňa 15.04.2014 zadal na prevod a dňa 16.04.2014 bola pripísaná na účet č. E. suma vo výške 59,00 Eur v exekučnom konaní pod číslom 274/09 vo veci oprávneného Slovak Telekom, a.s., IČO: 35763469</w:t>
      </w:r>
    </w:p>
    <w:p>
      <w:r>
        <w:t>a povinného J. O., nar. X.XX.XXXX, pričom išlo o preplatok povinného v exekučnom konaní, čím spôsobil exekútorovi JUDr. Ľubomír Pekár škodu vo výške 59,00 Eur, - dňa 16.04.2014 zadal na prevod a dňa 17.04.2014 bola pripísaná na účet č. E. suma vo výške 64,59 Eur v exekučnom konaní pod číslom 7895/07 vo veci oprávneného Slovak Telekom, a.s., IČO: 35763469 a povinného B. G., nar. XX.X.XXXX, pričom išlo o preplatok povinného v exekučnom konaní, čím spôsobil exekútorovi JUDr. Ľubomír Pekár škodu vo výške 64,59 Eur, - dňa 17.04.2014 zadal na prevod a dňa 22.04.2014 bola pripísaná na účet č. E. suma vo výške 56,36 Eur v exekučnom konaní pod číslom 4935/10 vo veci oprávneného Slovak Telekom, a.s., IČO: 35763469 a povinného B. U., nar. X.X.XXXX, pričom išlo o preplatok povinného v exekučnom konaní v sume 16,53 Eur a odmenu exekútora za záložné právo v sume 39,83 Eur, čím spôsobil exekútorovi JUDr. Ľubomír Pekár škodu vo výške 56,36 Eur, - dňa 22.04.2014 zadal na prevod a dňa 24.04.2014 bola pripísaná na účet č. E. suma vo výške 76,75 Eur v exekučnom konaní pod číslom 3733/13 vo veci oprávneného Slovenská konsolidačná, a.s. , IČO: 35776005 a povinného N. G., nar. XX.X.XXXX, pričom išlo o preplatok povinného v exekučnom konaní, čím spôsobil exekútorovi JUDr. Ľubomír Pekár škodu vo výške 76,75 Eur, - dňa 22.04.2014 zadal na prevod a dňa 24.04.2014 bola pripísaná na účet č. E. suma vo výške 97,27 Eur v exekučnom konaní pod číslom 577/14 vo veci oprávneného Slovenská konsolidačná, a.s., IČO: 35776005 a povinného H. G., nar. 30.5.1993, pričom išlo o preplatok povinného v exekučnom konaní, čím spôsobil exekútorovi JUDr. Ľubomír Pekár škodu vo výške 97,27 Eur, - dňa 22.04.2014 zadal na prevod a dňa 24.04.2014 bola pripísaná na účet č. E. suma vo výške 72,80 Eur v exekučnom konaní pod číslom 4715/13 vo veci oprávneného Slovenská konsolidačná, a.s., IČO: 35776005 a povinného F. K. – F., nar. X.X.XXXX, IČO: 40512568, pričom išlo o preplatok povinného v exekučnom konaní, čím spôsobil exekútorovi JUDr. Ľubomír Pekár škodu vo výške 72,80 Eur, - dňa 25.04.2014 zadal na prevod a dňa 28.04.2014 bola pripísaná na účet č. E. suma vo výške 182,33 Eur v exekučnom konaní pod číslom 4868/06 vo veci oprávneného Slovak Telekom, a.s., IČO: 35763469 a povinného B. B., nar. X.X.XXXX, pričom išlo o preplatok povinného v exekučnom konaní, čím spôsobil exekútorovi JUDr. Ľubomír Pekár škodu vo výške 182,33 Eur, - dňa 25.04.2014 zadal na prevod a dňa 28.04.2014 bola pripísaná na účet č. E. suma vo výške 67,00 Eur v exekučnom konaní pod číslom 5460/11 vo veci oprávneného Slovak Telekom, a.s., IČO: 35763469 a povinného F. G., nar. X.X.XXXX, pričom išlo o preplatok povinného v exekučnom konaní, čím spôsobil exekútorovi JUDr. Ľubomír Pekár škodu vo výške 67,00 Eur, - dňa 29.04.2014 zadal na prevod a dňa 30.04.2014 bola pripísaná na účet č. E. suma vo výške 68,84 Eur v exekučnom konaní pod číslom 6693/13 vo veci oprávneného Slovenská konsolidačná, a.s., IČO: 35776005 a povinného B. R., nar. XX.X.XXXX, pričom išlo o preplatok povinného v exekučnom konaní, čím spôsobil exekútorovi JUDr. Ľubomír Pekár škodu vo výške 68,84 Eur, - dňa 30.04.2014 zadal na prevod a dňa 05.05.2014 bola pripísaná na účet č. E. suma vo výške 199,14 Eur v exekučnom konaní pod číslom 4606/10 vo veci oprávneného Všeobecná zdravotná poisťovňa, a.s., IČO: 35937874 a povinného U. V., nar. XX.XX.XXXX, IČO: 37844342, pričom išlo o odmenu exekútora za záložné právo, čím spôsobil exekútorovi A. N. K. škodu vo výške 199,14 Eur, - dňa 02.05.2014 zadal na prevod a dňa 05.05.2014 bola pripísaná na účet č. E. suma vo výške 228,93 Eur v exekučnom konaní pod číslom 4118/10 vo veci oprávneného Slovak Telekom, a.s., IČO: 35763469 a povinného K. R., nar. X.X.XXXX, pričom išlo o preplatok povinného v exekučnom konaní v sume 149,27 Eur a odmenu exekútora za záložné právo v sume 79,66 Eur, čím spôsobil exekútorovi JUDr. Ľubomír Pekár škodu vo výške 228,93 Eur, - dňa 02.05.2014 zadal na prevod a dňa 05.05.2014 bola pripísaná na účet č. XXXXXXXXXX/ XXXX suma vo výške 32,46 Eur v exekučnom konaní pod číslom 20370/96 vo veci oprávneného Stredoslovenská vodárenská spoločnosť, a.s., IČO: 36056006 a povinného A. H., nar. X.XX.XXXX, IČO: 32942893, pričom išlo o odmenu exekútora za záložné právo, čím spôsobil exekútorovi JUDr. Ľubomír Pekár škodu vo výške 32,46 Eur, - dňa 05.05.2014 zadal na prevod a dňa 06.05.2014 bola pripísaná na účet č. E. suma vo výške 199,14 Eur v exekučnom konaní pod číslom 4083/08 vo veci oprávneného Slovak Telekom, a.s., IČO: 35763469 a povinného A. D., nar. XX.XX.XXXX, pričom išlo o preplatok povinného v exekučnom konaní, čím spôsobil exekútorovi JUDr. Ľubomír Pekár škodu vo výške 199,14 Eur, - dňa 05.05.2014 zadal na prevod a dňa 06.05.2014 bola pripísaná na účet č. E. suma vo výške 23,91 Eur v exekučnom konaní pod číslom XXXX/XX vo veci oprávneného Slovak Telekom, a.s., IČO: 35763469 a povinného D. K., nar. XX.X.XXXX, pričom išlo o preplatok povinného v exekučnom konaní, čím spôsobil exekútorovi JUDr. Ľubomír Pekár škodu vo výške 23,91 Eur,</w:t>
      </w:r>
    </w:p>
    <w:p>
      <w:r>
        <w:t>- dňa 07.05.2014 zadal na prevod a dňa 09.05.2014 bola pripísaná na účet č. E. suma vo výške 133,09 Eur v exekučnom konaní pod číslom 6520/09 vo veci oprávneného Slovenská konsolidačná, a.s. , IČO: 35776005 a povinného D. G., nar. XX.X.XXXX, pričom išlo o preplatok povinného v exekučnom konaní, čím spôsobil exekútorovi JUDr. Ľubomír Pekár škodu vo výške 133,09 Eur, - dňa 12.05.2014 zadal na prevod a dňa 13.05.2014 bola pripísaná na účet č. E. suma vo výške 87,77 Eur v exekučnom konaní pod číslom 5464/13 vo veci oprávneného Slovak Telekom, a.s., IČO: 35763469 a povinného F. O., nar. XX.XX.XXXX, pričom išlo o preplatok povinného v exekučnom konaní, čím spôsobil exekútorovi JUDr. Ľubomír Pekár škodu vo výške 87,77 Eur, - dňa 13.05.2014 zadal na prevod a dňa 14.05.2014 bola pripísaná na účet č. E. suma vo výške 6,04 Eur v exekučnom konaní pod číslom 5562/08 vo veci oprávneného Slovak Telekom, a.s., IČO: 35763469 a povinného I. H., nar. XX.X.XXXX, pričom išlo o preplatok povinného v exekučnom konaní, čím spôsobil exekútorovi JUDr. Ľubomír Pekár škodu vo výške 6,04 Eur, - dňa 14.05.2014 zadal na prevod a dňa 16.05.2014 bola pripísaná na účet č. E. suma vo výške 44,51 Eur v exekučnom konaní pod číslom 6264/09 vo veci oprávneného Slovak Telekom, a.s., IČO: 35763469 a povinného Q. U., nar. X.X.XXXX, pričom išlo o preplatok povinného v exekučnom konaní, čím spôsobil exekútorovi JUDr. Ľubomír Pekár škodu vo výške 44,51 Eur, - dňa 15.05.2014 zadal na prevod a dňa 16.05.2014 bola pripísaná na účet č. E. suma vo výške 250,00 Eur v exekučnom konaní pod číslom 2606/09 vo veci oprávneného Slovak Telekom, a.s., IČO: 35763469 a povinného P. I., nar. XX.XX.XXXX, pričom išlo o preplatok povinného v exekučnom konaní, čím spôsobil exekútorovi JUDr. Ľubomír Pekár škodu vo výške 250,00 Eur, - dňa 15.05.2014 zadal na prevod a dňa 16.05.2014 bola pripísaná na účet č. E. suma vo výške 23,88 Eur v exekučnom konaní pod číslom 7895/07 vo veci oprávneného Slovak Telekom, a.s., IČO: 35763469 a povinného B. G., nar. XX.X.XXXX, pričom išlo o preplatok povinného v exekučnom konaní, čím spôsobil exekútorovi JUDr. Ľubomír Pekár škodu vo výške 23,88 Eur, - dňa 14.05.2014 zadal na prevod a dňa 16.05.2014 bola pripísaná na účet č. E. suma vo výške 119,87 Eur v exekučnom konaní pod číslom 2633/13 vo veci oprávneného Slovak Telekom, a.s., IČO: 35763469 a povinného E. U., nar. XX.X.XXXX, pričom išlo o preplatok povinného v exekučnom konaní, čím spôsobil exekútorovi JUDr. Ľubomír Pekár škodu vo výške 119,87 Eur, - dňa 16.05.2014 zadal na prevod a dňa 19.05.2014 bola pripísaná na účet č. E. suma vo výške 91,68 Eur v exekučnom konaní pod číslom 4935/10 vo veci oprávneného Slovak Telekom, a.s., IČO: 35763469 a povinného B. U., nar. X.X.XXXX, pričom išlo o preplatok povinného v exekučnom konaní, čím spôsobil exekútorovi JUDr. Ľubomír Pekár škodu vo výške 91,68 Eur, - dňa 26.05.2014 zadal na prevod a dňa 27.05.2014 bola pripísaná na účet č. E. suma vo výške 342,98 Eur v exekučnom konaní pod číslom 492/08 vo veci oprávneného Slovak Telekom, a.s., IČO: 35763469 a povinného A. S., nar. X.X.XXXX, pričom išlo o preplatok povinného v exekučnom konaní, čím spôsobil exekútorovi A. N. K. škodu vo výške 342,98 Eur, - dňa 28.05.2014 zadal na prevod a dňa 30.05.2014 bola pripísaná na účet č. E. suma vo výške 47,11 Eur v exekučnom konaní pod číslom 2669/13 vo veci oprávneného Slovak Telekom, a.s., IČO: 35763469 a povinného A. K., nar. XX.X.XXXX, pričom išlo o preplatok povinného v exekučnom konaní, čím spôsobil exekútorovi JUDr. Ľubomír Pekár škodu vo výške 47,11 Eur, - dňa 28.05.2014 zadal na prevod a dňa 30.05.2014 bola pripísaná na účet č. E. suma vo výške 501,77 Eur v exekučnom konaní pod číslom 5182/08 vo veci oprávneného Slovak Telekom, a.s., IČO: 35763469 a povinného B. T., nar. X.X.XXXX, pričom išlo o preplatok povinného v exekučnom konaní v sume 183,13 Eur a odmenu exekútora za záložné právo v sume 318,64 Eur, čím spôsobil exekútorovi JUDr. Ľubomír Pekár škodu vo výške 501,77 Eur, - dňa 02.06.2014 zadal na prevod a dňa 03.06.2014 bola pripísaná na účet č. E. suma vo výške 55,22 Eur v exekučnom konaní pod číslom 1509/13 vo veci oprávneného Slovak Telekom, a.s., IČO: 35763469 a povinného D. R., nar. X.XX.XXXX, pričom išlo o preplatok povinného v exekučnom konaní v sume 52,16 Eur a odmenu exekútora za záložné právo v sume 3,06 Eur, čím spôsobil exekútorovi JUDr. Ľubomír Pekár škodu vo výške 55,22 Eur, - dňa 02.06.2014 zadal na prevod a dňa 03.06.2014 bola pripísaná na účet č. E. suma vo výške 19,53 Eur v exekučnom konaní pod číslom 604/05 vo veci oprávneného Slovak Telekom, a.s., IČO: 35763469 a povinného B. K., nar. X.XX.XXXX, pričom išlo o preplatok povinného v exekučnom konaní, čím spôsobil exekútorovi JUDr. Ľubomír Pekár škodu vo výške 19,53 Eur, - dňa 02.06.2014 zadal na prevod a dňa 03.06.2014 bola pripísaná na účet č. E. suma vo výške 9,30 Eur v exekučnom konaní pod číslom 4945/10 vo veci oprávneného Slovak Telekom, a.s., IČO: 35763469 a povinného J. O., nar. XX.X.XXXX, pričom išlo o preplatok povinného v exekučnom konaní, čím spôsobil exekútorovi JUDr. Ľubomír Pekár škodu vo výške 9,30 Eur,</w:t>
      </w:r>
    </w:p>
    <w:p>
      <w:r>
        <w:t>- dňa 02.06.2014 zadal na prevod a dňa 03.06.2014 bola pripísaná na účet č. E. suma vo výške 24,90 Eur v exekučnom konaní pod číslom 492/08 vo veci oprávneného Slovak Telekom, a.s., IČO: 35763469 a povinného A. S., nar. X.X.XXXX, pričom išlo o preplatok povinného v exekučnom konaní, čím spôsobil exekútorovi JUDr. Ľubomír Pekár škodu vo výške 24,90 Eur, - dňa 02.06.2014 zadal na prevod a dňa 03.06.2014 bola pripísaná na účet č. XXXXXXXXXX/ XXXX suma vo výške 32,46 Eur v exekučnom konaní pod číslom 20370/96 vo veci oprávneného Stredoslovenská vodárenská spoločnosť, a.s., IČO: 36056006 a povinného A. H., nar. X.XX.XXXX, IČO: 32942893, pričom išlo o odmenu exekútora za záložné právo, čím spôsobil exekútorovi JUDr. Ľubomír Pekár škodu vo výške 32,46 Eur, - dňa 04.06.2014 zadal na prevod a dňa 06.06.2014 bola pripísaná na účet č. E. suma vo výške 14,98 Eur v exekučnom konaní pod číslom 2633/13 vo veci oprávneného Slovak Telekom, a.s., IČO: 35763469 a povinného E. U., nar. XX.X.XXXX, pričom išlo o preplatok povinného v exekučnom konaní, čím spôsobil exekútorovi JUDr. Ľubomír Pekár škodu vo výške 14,98 Eur, - dňa 10.06.2014 zadal na prevod a dňa 11.06.2014 bola pripísaná na účet č. E. suma vo výške 61,85 Eur v exekučnom konaní pod číslom 2244/08 vo veci oprávneného Slovak Telekom, a.s., IČO: 35763469 a povinného B. F., nar. XX.X.XXXX, pričom išlo o preplatok povinného v exekučnom konaní, čím spôsobil exekútorovi JUDr. Ľubomír Pekár škodu vo výške 61,85 Eur, - dňa 11.06.2014 zadal na prevod a dňa 12.06.2014 bola pripísaná na účet č. E. suma vo výške 200,00 Eur v exekučnom konaní pod číslom 2990/09 vo veci oprávneného Slovak Telekom, a.s., IČO: 35763469 a povinného F. I., nar. XX.X.XXXX, pričom išlo o trovy konania exekútora, čím spôsobil exekútorovi JUDr. Ľubomír Pekár škodu vo výške 200,00 Eur, - dňa 12.06.2014 zadal na prevod a dňa 13.06.2014 bola pripísaná na účet č. E. suma vo výške 100,00 Eur v exekučnom konaní pod číslom 3930/06 vo veci oprávneného Slovak Telekom, a.s., IČO: 35763469 a povinného A. G., nar. X.XX.XXXX, pričom išlo o preplatok povinného v exekučnom konaní, čím spôsobil exekútorovi JUDr. Ľubomír Pekár škodu vo výške 100,00 Eur, - dňa 16.06.2014 zadal na prevod a dňa 16.06.2014 bola pripísaná na účet č. E. suma vo výške 64,00 Eur v exekučnom konaní pod číslom 6264/09 vo veci oprávneného Slovak Telekom, a.s., IČO: 35763469 a povinného Q. U., nar. X.X.XXXX, pričom išlo o preplatok povinného v exekučnom konaní, čím spôsobil exekútorovi JUDr. Ľubomír Pekár škodu vo výške 64,00 Eur, - dňa 13.06.2014 zadal na prevod a dňa 16.06.2014 bola pripísaná na účet č. E. suma vo výške 222,02 Eur v exekučnom konaní pod číslom XXXXX/XX vo veci oprávneného Prvá česko - slovenská poisťovňa a.s., IČO: 31690904 a povinného A. H., nar. XX.X.XXXX, pričom išlo o preplatok povinného v exekučnom konaní, čím spôsobil exekútorovi JUDr. Ľubomír Pekár škodu vo výške 222,02 Eur, - dňa 16.06.2014 zadal na prevod a dňa 17.06.2014 bola pripísaná na účet č. E. suma vo výške 123,99 Eur v exekučnom konaní pod číslom 5317/06 vo veci oprávneného Slovak Telekom, a.s., IČO: 35763469 a povinného Q. O., nar. XX.X.XXXX, pričom išlo o trovy konania exekútora, čím spôsobil exekútorovi JUDr. Ľubomír Pekár škodu vo výške 123,99 Eur, - dňa 17.06.2014 zadal na prevod a dňa 18.06.2014 bola pripísaná na účet č. XXXXXXXXXX/XXXX suma vo výške 29,21 Eur v exekučnom konaní pod číslom 2912/11 vo veci oprávneného Slovak Telekom, a.s., IČO: 35763469 a povinného B. B., nar. X.XX.XXXX, pričom išlo o preplatok povinného v exekučnom konaní, čím spôsobil exekútorovi JUDr. Ľubomír Pekár škodu vo výške 29,21 Eur, - dňa 18.06.2014 zadal na prevod a dňa 19.06.2014 bola pripísaná na účet č. E. suma vo výške 104,16 Eur v exekučnom konaní pod číslom 2714/13 vo veci oprávneného Slovak Telekom, a.s., IČO: 35763469 a povinného F. D., nar. XX.XX.XXXX, pričom išlo o preplatok povinného v exekučnom konaní, čím spôsobil exekútorovi JUDr. Ľubomír Pekár škodu vo výške 104,16 Eur, - dňa 18.06.2014 zadal na prevod a dňa 19.06.2014 bola pripísaná na účet č. XXXXXXXXXX/XXXX suma vo výške 14,75 Eur v exekučnom konaní pod číslom XXXX/XX vo veci oprávneného Slovak Telekom, a.s., IČO: 35763469 a povinného K. A., nar. XX.X.XXXX, pričom išlo o preplatok povinného v exekučnom konaní, čím spôsobil exekútorovi JUDr. Ľubomír Pekár škodu vo výške 14,75 Eur, - dňa 19.06.2014 zadal na prevod a dňa 20.06.2014 bola pripísaná na účet č. E. suma vo výške 85,73 Eur v exekučnom konaní pod číslom 5117/06 vo veci oprávneného Slovak Telekom, a.s., IČO: 35763469 a povinného O. D., nar. X.X.XXXX, pričom išlo o preplatok povinného v exekučnom konaní, čím spôsobil exekútorovi JUDr. Ľubomír Pekár škodu vo výške 85,73 Eur, - dňa 23.06.2014 zadal na prevod a dňa 24.06.2014 bola pripísaná na účet č. E. suma vo výške 60,00 Eur v exekučnom konaní pod číslom 2704/13 vo veci oprávneného Slovak Telekom, a.s., IČO: 35763469 a povinného A. H., nar. XX.XX.XXXX, pričom išlo o preplatok povinného v exekučnom konaní, čím spôsobil exekútorovi JUDr. Ľubomír Pekár škodu vo výške 60,00 Eur,</w:t>
      </w:r>
    </w:p>
    <w:p>
      <w:r>
        <w:t>- dňa 25.06.2014 zadal na prevod a dňa 26.06.2014 bola pripísaná na účet č. E. suma vo výške 84,92 Eur v exekučnom konaní pod číslom 2997/09 vo veci oprávneného Slovak Telekom, a.s., IČO: 35763469 a povinného B. A., nar. XX.X.XXXX, IČO: 40834204, pričom išlo o preplatok povinného v exekučnom konaní, čím spôsobil exekútorovi JUDr. Ľubomír Pekár škodu vo výške 84,92 Eur, - dňa 25.06.2014 zadal na prevod a dňa 26.06.2014 bola pripísaná na účet č. E. suma vo výške 120,08 Eur v exekučnom konaní pod číslom 7969/07 vo veci oprávneného Slovak Telekom, a.s., IČO: 35763469 a povinného U. K., nar. X.X.XXXX, IČO: 40381544, pričom išlo o trovy konania exekútora, čím spôsobil exekútorovi JUDr. Ľubomír Pekár škodu vo výške 120,08 Eur, - dňa 27.06.2014 zadal na prevod a dňa 30.06.2014 bola pripísaná na účet č. E. suma vo výške 55,79 Eur v exekučnom konaní pod číslom XXXX/XX vo veci oprávneného Slovak Telekom, a.s., IČO: 35763469 a povinného W. B., nar. XX.X.XXXX, pričom išlo o trovy konania exekútora, čím spôsobil exekútorovi JUDr. Ľubomír Pekár škodu vo výške 55,79 Eur, - dňa 27.06.2014 zadal na prevod a dňa 30.06.2014 bola pripísaná na účet č. E. suma vo výške 147,14 Eur v exekučnom konaní pod číslom 2669/13 vo veci oprávneného Slovak Telekom, a.s., IČO: 35763469 a povinného A. K., nar. XX.X.XXXX, pričom išlo o preplatok povinného v exekučnom konaní, čím spôsobil exekútorovi JUDr. Ľubomír Pekár škodu vo výške 147,14 Eur, - dňa 01.07.2014 zadal na prevod a dňa 02.07.2014 bola pripísaná na účet č. E. suma vo výške 36,77 Eur v exekučnom konaní pod číslom 1509/13 vo veci oprávneného Slovak Telekom, a.s., IČO: 35763469 a povinného D. R., nar. X.XX.XXXX, pričom išlo o odmenu exekútora za záložné právo, čím spôsobil exekútorovi JUDr. Ľubomír Pekár škodu vo výške 36,77 Eur, - dňa 01.07.2014 zadal na prevod a dňa 02.07.2014 bola pripísaná na účet č. E. suma vo výške 8,91 Eur v exekučnom konaní pod číslom 4945/10 vo veci oprávneného Slovak Telekom, a.s., IČO: 35763469 a povinného J. O., nar. XX.X.XXXX, pričom išlo o preplatok povinného v exekučnom konaní, čím spôsobil exekútorovi JUDr. Ľubomír Pekár škodu vo výške 8,91 Eur, - dňa 01.07.2014 zadal na prevod a dňa 02.07.2014 bola pripísaná na účet č. E. suma vo výške 31,03 Eur v exekučnom konaní pod číslom 604/05 vo veci oprávneného Slovak Telekom, a.s., IČO: 35763469 a povinného B. K., nar. X.XX.XXXX, pričom išlo o preplatok povinného v exekučnom konaní, čím spôsobil exekútorovi JUDr. Ľubomír Pekár škodu vo výške 31,03 Eur, - dňa 01.07.2014 zadal na prevod a dňa 02.07.2014 bola pripísaná na účet č. E. suma vo výške 326,53 Eur v exekučnom konaní pod číslom 1649/09 vo veci oprávneného Slovak Telekom, a.s., IČO: 35763469 a povinného A. O., nar. XX.X.XXXX, pričom išlo o preplatok povinného v exekučnom konaní, čím spôsobil exekútorovi JUDr. Ľubomír Pekár škodu vo výške 326,53 Eur, - dňa 01.07.2014 zadal na prevod a dňa 02.07.2014 bola pripísaná na účet č. XXXXXXXXXX/ XXXX suma vo výške 32,46 Eur v exekučnom konaní pod číslom 20370/96 vo veci oprávneného Stredoslovenská vodárenská spoločnosť, a.s., IČO: 36056006 a povinného A. H., nar. X.XX.XXXX, IČO: 32942893, pričom išlo o odmenu exekútora za záložné právo, čím spôsobil exekútorovi JUDr. Ľubomír Pekár škodu vo výške 32,46 Eur, - dňa 02.07.2014 zadal na prevod a dňa 03.07.2014 bola pripísaná na účet č. E. suma vo výške 6,47 Eur v exekučnom konaní pod číslom 3119/06 vo veci oprávneného Slovak Telekom, a.s., IČO: 35763469 a povinného O. U., nar. XX.XX.XXXX, pričom išlo o preplatok povinného v exekučnom konaní, čím spôsobil exekútorovi JUDr. Ľubomír Pekár škodu vo výške 6,47 Eur, - dňa 02.07.2014 zadal na prevod a dňa 03.07.2014 bola pripísaná na účet č. XXXXXXXXXX/XXXX suma vo výške 15,81 Eur v exekučnom konaní pod číslom 249/09 vo veci oprávneného Slovak Telekom, a.s., IČO: 35763469 a povinného A. C., nar. XX.X.XXXX, pričom išlo o preplatok povinného v exekučnom konaní, čím spôsobil exekútorovi JUDr. Ľubomír Pekár škodu vo výške 15,81 Eur, - dňa 03.07.2014 zadal na prevod a dňa 07.07.2014 bola pripísaná na účet č. E. suma vo výške 105,00 Eur v exekučnom konaní pod číslom 3697/11 vo veci oprávneného Slovak Telekom, a.s., IČO: 35763469 a povinného J. V., nar. X.XX.XXXX, pričom išlo o preplatok povinného v exekučnom konaní, čím spôsobil exekútorovi JUDr. Ľubomír Pekár škodu vo výške 105,00 Eur, - dňa 04.07.2014 zadal na prevod a dňa 07.07.2014 bola pripísaná na účet č. E. suma vo výške 231,12 Eur v exekučnom konaní pod číslom 4398/13 vo veci oprávneného Slovak Telekom, a.s., IČO: 35763469 a povinného U. M., nar. XX.X.XXXX, pričom išlo o preplatok povinného v exekučnom konaní v sume 31,98 Eur a odmenu exekútora za záložné právo v sume 199,14 Eur, čím spôsobil exekútorovi JUDr. Ľubomír Pekár škodu vo výške 231,12 Eur, - dňa 03.07.2014 zadal na prevod a dňa 07.07.2014 bola pripísaná na účet č. XXXXXXXXXX/XXXX suma vo výške 122,79 Eur v exekučnom konaní pod číslom 1535/10 vo veci oprávneného Slovak Telekom, a.s., IČO: 35763469 a povinného H. ]., nar. XX.XX.XXXX, pričom išlo o preplatok povinného v exekučnom konaní, čím spôsobil exekútorovi JUDr. Ľubomír Pekár škodu vo výške 122,79 Eur,</w:t>
      </w:r>
    </w:p>
    <w:p>
      <w:r>
        <w:t>- dňa 18.07.2014 zadal na prevod a dňa 22.07.2014 bola pripísaná na účet č. XXXXXXXXXX/XXXX suma vo výške 9,74 Eur v exekučnom konaní pod číslom 1957/10 vo veci oprávneného Slovak Telekom, a.s., IČO: 35763469 a povinného K. A., nar. XX.X.XXXX, pričom išlo o preplatok povinného v exekučnom konaní, čím spôsobil exekútorovi JUDr. Ľubomír Pekár škodu vo výške 9,74 Eur, - dňa 21.07.2014 zadal na prevod a dňa 23.07.2014 bola pripísaná na účet č. E. suma vo výške 31,50 Eur v exekučnom konaní pod číslom 1516/10 vo veci oprávneného Slovak Telekom, a.s., IČO: 35763469 a povinného U. K., nar. XX.X.XXXX, pričom išlo o preplatok povinného v exekučnom konaní, čím spôsobil exekútorovi JUDr. Ľubomír Pekár škodu vo výške 31,50 Eur, - dňa 22.07.2014 zadal na prevod a dňa 23.07.2014 bola pripísaná na účet č. E. suma vo výške 23,28 Eur v exekučnom konaní pod číslom 4086/10 vo veci oprávneného Slovak Telekom, a.s., IČO: 35763469 a povinného P. C., nar. XX.X.XXXX, pričom išlo o preplatok povinného v exekučnom konaní, čím spôsobil exekútorovi JUDr. Ľubomír Pekár škodu vo výške 23,28 Eur, - dňa 24.07.2014 zadal na prevod a dňa 25.07.2014 bola pripísaná na účet č. E. suma vo výške 39,60 Eur v exekučnom konaní pod číslom 2997/09 vo veci oprávneného Slovak Telekom, a.s., IČO: 35763469 a povinného B. A., nar. XX.X.XXXX, IČO: 40834204, pričom išlo o preplatok povinného v exekučnom konaní, čím spôsobil exekútorovi JUDr. Ľubomír Pekár škodu vo výške 39,60 Eur, - dňa 01.08.2014 zadal na prevod a dňa 04.08.2014 bola pripísaná na účet č. E. suma vo výške 31,03 Eur v exekučnom konaní pod číslom 604/05 vo veci oprávneného Slovak Telekom, a.s., IČO: 35763469 a povinného B. K., nar. X.XX.XXXX, IČO: 40834204, pričom išlo o preplatok povinného v exekučnom konaní, čím spôsobil exekútorovi JUDr. Ľubomír Pekár škodu vo výške 31,03 Eur, - dňa 01.08.2014 zadal na prevod a dňa 04.08.2014 bola pripísaná na účet č. XXXXXXXXXX/XXXX suma vo výške 25,47 Eur v exekučnom konaní pod číslom 249/09 vo veci oprávneného Slovak Telekom, a.s., IČO: 35763469 a povinného A. C., nar. XX.X.XXXX, pričom išlo o preplatok povinného v exekučnom konaní, čím spôsobil exekútorovi JUDr. Ľubomír Pekár škodu vo výške 25,47 Eur, - dňa 01.08.2014 zadal na prevod a dňa 04.08.2014 bola pripísaná na účet č. XXXXXXXXXX/ XXXX suma vo výške 32,46 Eur v exekučnom konaní pod číslom 20370/96 vo veci oprávneného Stredoslovenská vodárenská spoločnosť, a.s., IČO: 36056006 a povinného A. H., nar. X.XX.XXXX, IČO: 32942893, pričom išlo o preplatok povinného v exekučnom konaní v sume 32,21 Eur a odmenu exekútora za záložné právo v sume 0,25 Eur, čím spôsobil exekútorovi JUDr. Ľubomír Pekár škodu vo výške 32,46 Eur, - dňa 04.08.2014 zadal na prevod a dňa 06.08.2014 bola pripísaná na účet č. E. suma vo výške 35,00 Eur v exekučnom konaní pod číslom 3119/06 vo veci oprávneného Slovak Telekom, a.s., IČO: 35763469 a povinného O. U., nar. XX.XX.XXXX, pričom išlo o preplatok povinného v exekučnom konaní, čím spôsobil exekútorovi JUDr. Ľubomír Pekár škodu vo výške 35,00 Eur, - dňa 12.08.2014 zadal na prevod a dňa 14.08.2014 bola pripísaná na účet č. E. suma vo výške 77,71 Eur v exekučnom konaní pod číslom 523/11 vo veci oprávneného Slovak Telekom, a.s., IČO: 35763469 a povinného F. A., nar. X.X.XXXX, pričom išlo o preplatok povinného v exekučnom konaní, čím spôsobil exekútorovi JUDr. Ľubomír Pekár škodu vo výške 77,71 Eur, - dňa 12.08.2014 zadal na prevod a dňa 14.08.2014 bola pripísaná na účet č. E. suma vo výške 91,90 Eur v exekučnom konaní pod číslom 3284/06 vo veci oprávneného Slovak Telekom, a.s., IČO: 35763469 a povinného A. B., nar. XX.X.XXXX, pričom išlo o preplatok povinného v exekučnom konaní, čím spôsobil exekútorovi JUDr. Ľubomír Pekár škodu vo výške 91,90 Eur, - dňa 13.08.2014 zadal na prevod a dňa 15.08.2014 bola pripísaná na účet č. E. suma vo výške 181,15 Eur v exekučnom konaní pod číslom 4957/10 vo veci oprávneného Slovak Telekom, a.s., IČO: 35763469 a povinného B. H., nar. XX.X.XXXX, pričom išlo o preplatok povinného v exekučnom konaní, čím spôsobil exekútorovi JUDr. Ľubomír Pekár škodu vo výške 181,15 Eur, - dňa 14.08.2014 zadal na prevod a dňa 15.08.2014 bola pripísaná na účet č. E. suma vo výške 63,22 Eur v exekučnom konaní pod číslom 1528/13 vo veci oprávneného Slovak Telekom, a.s., IČO: 35763469 a povinného D. [., nar. X.X.XXXX, pričom išlo o preplatok povinného v exekučnom konaní, čím spôsobil exekútorovi JUDr. Ľubomír Pekár škodu vo výške 63,22 Eur, - dňa 13.08.2014 zadal na prevod a dňa 15.08.2014 bola pripísaná na účet č. E. suma vo výške 11,28 Eur v exekučnom konaní pod číslom 3762/06 vo veci oprávneného Slovak Telekom, a.s., IČO: 35763469 a povinného B. V., nar. XX.XX.XXXX, pričom išlo o preplatok povinného v exekučnom konaní, čím spôsobil exekútorovi JUDr. Ľubomír Pekár škodu vo výške 11,28 Eur, - dňa 15.08.2014 zadal na prevod a dňa 18.08.2014 bola pripísaná na účet č. E. suma vo výške 222,16 Eur v exekučnom konaní pod číslom 5317/06 vo veci oprávneného Slovak Telekom, a.s., IČO: 35763469 a povinného Q. O., nar. XX.X.XXXX, pričom išlo o preplatok povinného v exekučnom konaní, čím spôsobil exekútorovi JUDr. Ľubomír Pekár škodu vo výške 222,16 Eur,</w:t>
      </w:r>
    </w:p>
    <w:p>
      <w:r>
        <w:t>- dňa 19.08.2014 zadal na prevod a dňa 20.08.2014 bola pripísaná na účet č. XXXXXXXXXX/XXXX suma vo výške 22,69 Eur v exekučnom konaní pod číslom 1957/10 vo veci oprávneného Slovak Telekom, a.s., IČO: 35763469 a povinného K. A., nar. XX.X.XXXX, pričom išlo o preplatok povinného v exekučnom konaní, čím spôsobil exekútorovi JUDr. Ľubomír Pekár škodu vo výške 22,69 Eur, - dňa 21.08.2014 zadal na prevod a dňa 22.08.2014 bola pripísaná na účet č. E. suma vo výške 66,52 Eur v exekučnom konaní pod číslom 1516/10 vo veci oprávneného Slovak Telekom, a.s., IČO: 35763469 a povinného U. K., nar. XX.X.XXXX, pričom išlo o preplatok povinného v exekučnom konaní, čím spôsobil exekútorovi JUDr. Ľubomír Pekár škodu vo výške 66,52 Eur, - dňa 21.08.2014 zadal na prevod a dňa 22.08.2014 bola pripísaná na účet č. E. suma vo výške 16,47 Eur v exekučnom konaní pod číslom 6261/09 vo veci oprávneného Slovak Telekom, a.s., IČO: 35763469 a povinného A. U., nar. XX.X.XXXX, pričom išlo o preplatok povinného v exekučnom konaní, čím spôsobil exekútorovi JUDr. Ľubomír Pekár škodu vo výške 16,47 Eur, - dňa 26.08.2014 zadal na prevod a dňa 27.08.2014 bola pripísaná na účet č. E. suma vo výške 20,00 Eur v exekučnom konaní pod číslom 4086/10 vo veci oprávneného Slovak Telekom, a.s., IČO: 35763469 a povinného P. C., nar. XX.X.XXXX, pričom išlo o preplatok povinného v exekučnom konaní, čím spôsobil exekútorovi JUDr. Ľubomír Pekár škodu vo výške 20,00 Eur, - dňa 02.09.2014 zadal na prevod a dňa 03.09.2014 bola pripísaná na účet č. E. suma vo výške 27,41 Eur v exekučnom konaní pod číslom 604/05 vo veci oprávneného Slovak Telekom, a.s., IČO: 35763469 a povinného B. K., nar. X.XX.XXXX, pričom išlo o preplatok povinného v exekučnom konaní, čím spôsobil exekútorovi JUDr. Ľubomír Pekár škodu vo výške 27,41 Eur, - dňa 03.09.2014 zadal na prevod a dňa 05.09.2014 bola pripísaná na účet č. E. suma vo výške 20,21 Eur v exekučnom konaní pod číslom 20118/00 vo veci oprávneného R. T., nar. XX.X.XXXX a povinného P. O., nar. XX.X.XXXX a K. J., nar. XX.XX.XXXX, pričom išlo o preplatok povinného v exekučnom konaní, čím spôsobil exekútorovi JUDr. Ľubomír Pekár škodu vo výške 20,21 Eur, - dňa 03.09.2014 zadal na prevod a dňa 05.09.2014 bola pripísaná na účet č. E. suma vo výške 35,00 Eur v exekučnom konaní pod číslom 3119/06 vo veci oprávneného Slovak Telekom, a.s., IČO: 35763469 a povinného O. U., nar. XX.XX.XXXX, pričom išlo o preplatok povinného v exekučnom konaní, čím spôsobil exekútorovi JUDr. Ľubomír Pekár škodu vo výške 35,00 Eur, - dňa 03.09.2014 zadal na prevod a dňa 05.09.2014 bola pripísaná na účet č. E. suma vo výške 73,10 Eur v exekučnom konaní pod číslom 4880/06 vo veci oprávneného Slovak Telekom, a.s., IČO: 35763469 a povinného W. H., nar. X.XX.XXXX, pričom išlo o preplatok povinného v exekučnom konaní, čím spôsobil exekútorovi JUDr. Ľubomír Pekár škodu vo výške 73,10 Eur, - dňa 03.09.2014 zadal na prevod a dňa 05.09.2014 bola pripísaná na účet č. XXXXXXXXXX/ XXXX suma vo výške 32,46 Eur v exekučnom konaní pod číslom 20370/96 vo veci oprávneného Stredoslovenská vodárenská spoločnosť, a.s., IČO: 36056006 a povinného A. H., nar. X.XX.XXXX, IČO: 32942893, pričom išlo o preplatok povinného v exekučnom konaní, čím spôsobil exekútorovi JUDr. Ľubomír Pekár škodu vo výške 32,46 Eur, - dňa 04.09.2014 zadal na prevod a dňa 05.09.2014 bola pripísaná na účet č. XXXXXXXXXX/XXXX suma vo výške 25,47 Eur v exekučnom konaní pod číslom 249/09 vo veci oprávneného Slovak Telekom, a.s., IČO: 35763469 a povinného A. C., nar. XX.X.XXXX, pričom išlo o preplatok povinného v exekučnom konaní, čím spôsobil exekútorovi JUDr. Ľubomír Pekár škodu vo výške 25,47 Eur, - dňa 08.09.2014 zadal na prevod a dňa 09.09.2014 bola pripísaná na účet č. E. suma vo výške 6,78 Eur v exekučnom konaní pod číslom 4562/09 vo veci oprávneného Slovak Telekom, a.s., IČO: 35763469 a povinného K. X., nar. XX.X.XXXX, pričom išlo o preplatok povinného v exekučnom konaní, čím spôsobil exekútorovi JUDr. Ľubomír Pekár škodu vo výške 6,78 Eur, - dňa 10.09.2014 zadal na prevod a dňa 11.09.2014 bola pripísaná na účet č. E. suma vo výške 41,07 Eur v exekučnom konaní pod číslom 2769/08 vo veci oprávneného Slovak Telekom, a.s., IČO: 35763469 a povinného F. G., nar. XX.X.XXXX, pričom išlo o preplatok povinného v exekučnom konaní, čím spôsobil exekútorovi JUDr. Ľubomír Pekár škodu vo výške 41,07 Eur, - dňa 11.09.2014 zadal na prevod a dňa 12.09.2014 bola pripísaná na účet č. E. suma vo výške 126,94 Eur v exekučnom konaní pod číslom 2990/09 vo veci oprávneného Slovak Telekom, a.s., IČO: 35763469 a povinného F. I., nar. XX.X.XXXX, pričom išlo o preplatok povinného v exekučnom konaní, čím spôsobil exekútorovi JUDr. Ľubomír Pekár škodu vo výške 126,94 Eur, - dňa 11.09.2014 zadal na prevod a dňa 12.09.2014 bola pripísaná na účet č. E. suma vo výške 31,26 Eur v exekučnom konaní pod číslom 3284/06 vo veci oprávneného Slovak Telekom, a.s., IČO: 35763469 a povinného A. B., nar. XX.X.XXXX, pričom išlo o preplatok povinného v exekučnom konaní, čím spôsobil exekútorovi JUDr. Ľubomír Pekár škodu vo výške 31,26 Eur,</w:t>
      </w:r>
    </w:p>
    <w:p>
      <w:r>
        <w:t>- dňa 11.09.2014 zadal na prevod a dňa 12.09.2014 bola pripísaná na účet č. E. suma vo výške 73,40 Eur v exekučnom konaní pod číslom 4919/06 vo veci oprávneného Slovak Telekom, a.s., IČO: 35763469 a povinného O. D., nar. XX.X.XXXX, pričom išlo o preplatok povinného v exekučnom konaní, čím spôsobil exekútorovi JUDr. Ľubomír Pekár škodu vo výške 73,40 Eur, - dňa 12.09.2014 zadal na prevod a dňa 16.09.2014 bola pripísaná na účet č. XXXXXXXXXX/XXXX suma vo výške 20,00 Eur v exekučnom konaní pod číslom 2790/11 vo veci oprávneného Slovak Telekom, a.s., IČO: 35763469 a povinného B. T., nar. XX.X.XXXX, pričom išlo o preplatok povinného v exekučnom konaní, čím spôsobil exekútorovi JUDr. Ľubomír Pekár škodu vo výške 20,00 Eur, - dňa 16.09.2014 zadal na prevod a dňa 17.09.2014 bola pripísaná na účet č. E. suma vo výške 81,00 Eur v exekučnom konaní pod číslom 1528/13 vo veci oprávneného Slovak Telekom, a.s., IČO: 35763469 a povinného D. [., nar. X.X.XXXX, pričom išlo o preplatok povinného v exekučnom konaní, čím spôsobil exekútorovi JUDr. Ľubomír Pekár škodu vo výške 81,00 Eur, - dňa 16.09.2014 zadal na prevod a dňa 17.09.2014 bola pripísaná na účet č. E. suma vo výške 158,30 Eur v exekučnom konaní pod číslom 5317/06 vo veci oprávneného Slovak Telekom, a.s., IČO: 35763469 a povinného Q. O., nar. XX.X.XXXX, pričom išlo o preplatok povinného v exekučnom konaní, čím spôsobil exekútorovi JUDr. Ľubomír Pekár škodu vo výške 158,30 Eur, - dňa 17.09.2014 zadal na prevod a dňa 18.09.2014 bola pripísaná na účet č. E. suma vo výške 7,05 Eur v exekučnom konaní pod číslom 266/12 vo veci oprávneného Slovak Telekom, a.s., IČO: 35763469 a povinného Q. G., nar. X.X.XXXX, pričom išlo o preplatok povinného v exekučnom konaní, čím spôsobil exekútorovi JUDr. Ľubomír Pekár škodu vo výške 7,05 Eur, - dňa 17.09.2014 zadal na prevod a dňa 18.09.2014 bola pripísaná na účet č. E. suma vo výške 20,90 Eur v exekučnom konaní pod číslom 1392/13 vo veci oprávneného Slovak Telekom, a.s., IČO: 35763469 a povinného O. G., nar. X.X.XXXX, pričom išlo o preplatok povinného v exekučnom konaní, čím spôsobil exekútorovi JUDr. Ľubomír Pekár škodu vo výške 20,90 Eur, - dňa 22.09.2014 zadal na prevod a dňa 23.09.2014 bola pripísaná na účet č. E. suma vo výške 52,49 Eur v exekučnom konaní pod číslom 1516/10 vo veci oprávneného Slovak Telekom, a.s., IČO: 35763469 a povinného U. K., nar. XX.X.XXXX, pričom išlo o preplatok povinného v exekučnom konaní, čím spôsobil exekútorovi JUDr. Ľubomír Pekár škodu vo výške 52,49 Eur, - dňa 23.09.2014 zadal na prevod a dňa 24.09.2014 bola pripísaná na účet č. E. suma vo výške 17,46 Eur v exekučnom konaní pod číslom 6261/09 vo veci oprávneného Slovak Telekom, a.s., IČO: 35763469 a povinného A. U., nar. XX.X.XXXX, pričom išlo o preplatok povinného v exekučnom konaní, čím spôsobil exekútorovi JUDr. Ľubomír Pekár škodu vo výške 17,46 Eur, - dňa 24.09.2014 zadal na prevod a dňa 25.09.2014 bola pripísaná na účet č. E. suma vo výške 91,58 Eur v exekučnom konaní pod číslom 2243/08 vo veci oprávneného Slovak Telekom, a.s., IČO: 35763469 a povinného D. K., nar. XX.X.XXXX, pričom išlo o preplatok povinného v exekučnom konaní, čím spôsobil exekútorovi JUDr. Ľubomír Pekár škodu vo výške 91,58 Eur, - dňa 25.09.2014 zadal na prevod a dňa 26.09.2014 bola pripísaná na účet č. E. suma vo výške 140,60 Eur v exekučnom konaní pod číslom 3986/06 vo veci oprávneného Slovak Telekom, a.s., IČO: 35763469 a povinného B. B., nar. X.XX.XXXX, pričom išlo o preplatok povinného v exekučnom konaní, čím spôsobil exekútorovi JUDr. Ľubomír Pekár škodu vo výške 140,60 Eur, - dňa 26.09.2014 zadal na prevod a dňa 29.09.2014 bola pripísaná na účet č. E. suma vo výške 20,00 Eur v exekučnom konaní pod číslom 4086/10 vo veci oprávneného Slovak Telekom, a.s., IČO: 35763469 a povinného P. C., nar. XX.X.XXXX, pričom išlo o preplatok povinného v exekučnom konaní, čím spôsobil exekútorovi JUDr. Ľubomír Pekár škodu vo výške 20,00 Eur, - dňa 29.09.2014 zadal na prevod a dňa 30.09.2014 bola pripísaná na účet č. E. suma vo výške 10,00 Eur v exekučnom konaní pod číslom 4562/09 vo veci oprávneného Slovak Telekom, a.s., IČO: 35763469 a povinného K. X., nar. XX.X.XXXX, pričom išlo o preplatok povinného v exekučnom konaní, čím spôsobil exekútorovi JUDr. Ľubomír Pekár škodu vo výške 10,00 Eur, - dňa 29.09.2014 zadal na prevod a dňa 30.09.2014 bola pripísaná na účet č. E. suma vo výške 60,61 Eur v exekučnom konaní pod číslom 3323/07 vo veci oprávneného Slovak Telekom, a.s., IČO: 35763469 a povinného E. D., nar. X.X.XXXX, pričom išlo o preplatok povinného v exekučnom konaní, čím spôsobil exekútorovi JUDr. Ľubomír Pekár škodu vo výške 60,61 Eur, - dňa 01.10.2014 zadal na prevod a dňa 03.10.2014 bola pripísaná na účet č. XXXXXXXXXX/ XXXX suma vo výške 32,46 Eur v exekučnom konaní pod číslom 20370/96 vo veci oprávneného Stredoslovenská vodárenská spoločnosť, a.s., IČO: 36056006 a povinného A. H., nar. X.XX.XXXX, IČO: 32942893, pričom išlo o preplatok povinného v exekučnom konaní, čím spôsobil exekútorovi JUDr. Ľubomír Pekár škodu vo výške 32,46 Eur,</w:t>
      </w:r>
    </w:p>
    <w:p>
      <w:r>
        <w:t>- dňa 02.10.2014 zadal na prevod a dňa 06.10.2014 bola pripísaná na účet č. E. suma vo výške 65,66 Eur v exekučnom konaní pod číslom 2646/13 vo veci oprávneného Slovak Telekom, a.s., IČO: 35763469 a povinného A. O., nar. X.X.XXXX, pričom išlo o preplatok povinného v exekučnom konaní, čím spôsobil exekútorovi JUDr. Ľubomír Pekár škodu vo výške 65,66 Eur, - dňa 03.10.2014 zadal na prevod a dňa 06.10.2014 bola pripísaná na účet č. E. suma vo výške 100,28 Eur v exekučnom konaní pod číslom 1486/13 vo veci oprávneného Slovak Telekom, a.s., IČO: 35763469 a povinného Q. F., nar. XX.X.XXXX, pričom išlo o preplatok povinného v exekučnom konaní, čím spôsobil exekútorovi JUDr. Ľubomír Pekár škodu vo výške 100,28 Eur, - dňa 03.10.2014 zadal na prevod a dňa 06.10.2014 bola pripísaná na účet č. E. suma vo výške 11,82 Eur v exekučnom konaní pod číslom 3032/06 vo veci oprávneného Slovak Telekom, a.s., IČO: 35763469 a povinného W. O., nar. XX.XX.XXXX, pričom išlo o preplatok povinného v exekučnom konaní, čím spôsobil exekútorovi JUDr. Ľubomír Pekár škodu vo výške 11,82 Eur, - dňa 02.10.2014 zadal na prevod a dňa 06.10.2014 bola pripísaná na účet č. E. suma vo výške 40,88 Eur v exekučnom konaní pod číslom 1522/13 vo veci oprávneného Slovak Telekom, a.s., IČO: 35763469 a povinného I. D., nar. X.X.XXXX, pričom išlo o preplatok povinného v exekučnom konaní, čím spôsobil exekútorovi JUDr. Ľubomír Pekár škodu vo výške 40,88 Eur, - dňa 03.10.2014 zadal na prevod a dňa 06.10.2014 bola pripísaná na účet č. E. suma vo výške 35,00 Eur v exekučnom konaní pod číslom 3119/06 vo veci oprávneného Slovak Telekom, a.s., IČO: 35763469 a povinného O. U., nar. XX.XX.XXXX, pričom išlo o preplatok povinného v exekučnom konaní, čím spôsobil exekútorovi JUDr. Ľubomír Pekár škodu vo výške 35,00 Eur, - dňa 03.10.2014 zadal na prevod a dňa 06.10.2014 bola pripísaná na účet č. E. suma vo výške 73,10 Eur v exekučnom konaní pod číslom 4880/06 vo veci oprávneného Slovak Telekom, a.s., IČO: 35763469 a povinného W. H., nar. X.XX.XXXX, pričom išlo o preplatok povinného v exekučnom konaní, čím spôsobil exekútorovi JUDr. Ľubomír Pekár škodu vo výške 73,10 Eur, - dňa 02.10.2014 zadal na prevod a dňa 06.10.2014 bola pripísaná na účet č. E. suma vo výške 159,35 Eur v exekučnom konaní pod číslom 2783/08 vo veci oprávneného Slovak Telekom, a.s., IČO: 35763469 a povinného S. J., nar. XX.X.XXXX, pričom išlo o preplatok povinného v exekučnom konaní, čím spôsobil exekútorovi JUDr. Ľubomír Pekár škodu vo výške 159,35 Eur, - dňa 02.10.2014 zadal na prevod a dňa 06.10.2014 bola pripísaná na účet č. XXXXXXXXXX/XXXX suma vo výške 25,47 Eur v exekučnom konaní pod číslom 249/09 vo veci oprávneného Slovak Telekom, a.s., IČO: 35763469 a povinného A. C., nar. XX.X.XXXX, pričom išlo o preplatok povinného v exekučnom konaní, čím spôsobil exekútorovi JUDr. Ľubomír Pekár škodu vo výške 25,47 Eur, - dňa 02.10.2014 zadal na prevod a dňa 06.10.2014 bola pripísaná na účet č. XXXXXXXXXX/XXXX suma vo výške 9,00 Eur v exekučnom konaní pod číslom XXXX/XX vo veci oprávneného Slovak Telekom, a.s., IČO: 35763469 a povinného P. E., nar. X.X.XXXX, pričom išlo o preplatok povinného v exekučnom konaní, čím spôsobil exekútorovi JUDr. Ľubomír Pekár škodu vo výške 9,00 Eur, - dňa 06.10.2014 zadal na prevod a dňa 07.10.2014 bola pripísaná na účet č. E. suma vo výške 96,06 Eur v exekučnom konaní pod číslom 5550/08 vo veci oprávneného Slovak Telekom, a.s., IČO: 35763469 a povinného Q. B., nar. XX.X.XXXX, pričom išlo o preplatok povinného v exekučnom konaní, čím spôsobil exekútorovi JUDr. Ľubomír Pekár škodu vo výške 96,06 Eur, - dňa 08.10.2014 zadal na prevod a dňa 09.10.2014 bola pripísaná na účet č. E. suma vo výške 651,51 Eur v exekučnom konaní pod číslom 4149/06 vo veci oprávneného Slovak Telekom, a.s., IČO: 35763469 a povinného A. V., nar. XX.X.XXXX, pričom išlo o preplatok povinného v exekučnom konaní v sume 8,99 Eur a odmenu exekútora za záložné právo v sume 642,52 Eur, čím spôsobil exekútorovi JUDr. Ľubomír Pekár škodu vo výške 651,51 Eur, - dňa 10.10.2014 zadal na prevod a dňa 13.10.2014 bola pripísaná na účet č. E. suma vo výške 208,72 Eur v exekučnom konaní pod číslom 1409/11 vo veci oprávneného Slovak Telekom, a.s., IČO: 35763469 a povinného P. R., nar. X.X.XXXX, pričom išlo o preplatok povinného v exekučnom konaní, čím spôsobil exekútorovi JUDr. Ľubomír Pekár škodu vo výške 208,72 Eur, - dňa 10.10.2014 zadal na prevod a dňa 13.10.2014 bola pripísaná na účet č. E. suma vo výške 117,40 Eur v exekučnom konaní pod číslom 266/12 vo veci oprávneného Slovak Telekom, a.s., IČO: 35763469 a povinného Q. G., nar. X.X.XXXX, pričom išlo o preplatok povinného v exekučnom konaní, čím spôsobil exekútorovi JUDr. Ľubomír Pekár škodu vo výške 117,40 Eur, - dňa 14.10.2014 zadal na prevod a dňa 15.10.2014 bola pripísaná na účet č. E. suma vo výške 14,56 Eur v exekučnom konaní pod číslom 1989/10 vo veci oprávneného Slovak Telekom, a.s., IČO: 35763469 a povinného W. H., nar. XX.XX.XXXX, pričom išlo o preplatok povinného v exekučnom konaní, čím spôsobil exekútorovi JUDr. Ľubomír Pekár škodu vo výške 14,56 Eur,</w:t>
      </w:r>
    </w:p>
    <w:p>
      <w:r>
        <w:t>- dňa 14.10.2014 zadal na prevod a dňa 15.10.2014 bola pripísaná na účet č. E. suma vo výške 20,22 Eur v exekučnom konaní pod číslom 1528/13 vo veci oprávneného Slovak Telekom, a.s., IČO: 35763469 a povinného D. [., nar. X.X.XXXX, pričom išlo o preplatok povinného v exekučnom konaní, čím spôsobil exekútorovi JUDr. Ľubomír Pekár škodu vo výške 20,22 Eur, - dňa 14.10.2014 zadal na prevod a dňa 15.10.2014 bola pripísaná na účet č. E. suma vo výške 19,92 Eur v exekučnom konaní pod číslom 542/11 vo veci oprávneného Slovak Telekom, a.s., IČO: 35763469 a povinného W. R., nar. X.XX.XXXX, pričom išlo o preplatok povinného v exekučnom konaní, čím spôsobil exekútorovi JUDr. Ľubomír Pekár škodu vo výške 19,92 Eur, - dňa 14.10.2014 zadal na prevod a dňa 15.10.2014 bola pripísaná na účet č. E. suma vo výške 45,78 Eur v exekučnom konaní pod číslom 4919/06 vo veci oprávneného Slovak Telekom, a.s., IČO: 35763469 a povinného O. D., nar. XX.X.XXXX, pričom išlo o preplatok povinného v exekučnom konaní, čím spôsobil exekútorovi JUDr. Ľubomír Pekár škodu vo výške 45,78 Eur, - dňa 16.10.2014 zadal na prevod a dňa 17.10.2014 bola pripísaná na účet č. E. suma vo výške 60,00 Eur v exekučnom konaní pod číslom 1392/13 vo veci oprávneného Slovak Telekom, a.s., IČO: 35763469 a povinného O. G., nar. X.X.XXXX, pričom išlo o preplatok povinného v exekučnom konaní, čím spôsobil exekútorovi JUDr. Ľubomír Pekár škodu vo výške 60,00 Eur, - dňa 16.10.2014 zadal na prevod a dňa 17.10.2014 bola pripísaná na účet č. XXXXXXXXXX/XXXX suma vo výške 12,66 Eur v exekučnom konaní pod číslom 5524/07 vo veci oprávneného Slovak Telekom, a.s., IČO: 35763469 a povinného A. D., nar. XX.X.XXXX, pričom išlo o preplatok povinného v exekučnom konaní, čím spôsobil exekútorovi JUDr. Ľubomír Pekár škodu vo výške 12,66 Eur, - dňa 17.10.2014 zadal na prevod a dňa 21.10.2014 bola pripísaná na účet č. E. suma vo výške 266,88 Eur v exekučnom konaní pod číslom 3749/06 vo veci oprávneného Slovak Telekom, a.s., IČO: 35763469 a povinného K. O., nar. X.X.XXXX, pričom išlo o preplatok povinného v exekučnom konaní v sume 147,39 Eur a a odmenu exekútora za záložné právo v sume 119,49 Eur, čím spôsobil exekútorovi JUDr. Ľubomír Pekár škodu vo výške 266,88 Eur, - dňa 21.10.2014 zadal na prevod a dňa 22.10.2014 bola pripísaná na účet č. E. suma vo výške 304,17 Eur v exekučnom konaní pod číslom 5198/08 vo veci oprávneného Slovak Telekom, a.s., IČO: 35763469 a povinného B. O., nar. XX.X.XXXX, pričom išlo o preplatok povinného v exekučnom konaní v sume 184,68 Eur a a odmenu exekútora za záložné právo v sume 119,49 Eur, čím spôsobil exekútorovi JUDr. Ľubomír Pekár škodu vo výške 304,17 Eur, - dňa 21.10.2014 zadal na prevod a dňa 22.10.2014 bola pripísaná na účet č. E. suma vo výške 23,65 Eur v exekučnom konaní pod číslom 6261/09 vo veci oprávneného Slovak Telekom, a.s., IČO: 35763469 a povinného A. U., nar. XX.X.XXXX, pričom išlo o preplatok povinného v exekučnom konaní, čím spôsobil exekútorovi JUDr. Ľubomír Pekár škodu vo výške 23,65 Eur, - dňa 22.10.2014 zadal na prevod a dňa 23.10.2014 bola pripísaná na účet č. E. suma vo výške 125,00 Eur v exekučnom konaní pod číslom 5004/08 vo veci oprávneného Slovak Telekom, a.s., IČO: 35763469 a povinného B. B., nar. XX.X.XXXX, pričom išlo o preplatok povinného v exekučnom konaní v sume 24,55 Eur a trovy konania exekútora v sume 100,45 Eur, čím spôsobil exekútorovi JUDr. Ľubomír Pekár škodu vo výške 125,00 Eur, - dňa 27.10.2014 zadal na prevod a dňa 28.10.2014 bola pripísaná na účet č. E. suma vo výške 230,60 Eur v exekučnom konaní pod číslom 2926/08 vo veci oprávneného Slovak Telekom, a.s., IČO: 35763469 a povinného A. E., nar. XX.X.XXXX, pričom išlo o preplatok povinného v exekučnom konaní v sume 150,94 Eur a odmenu exekútora za záložné právo v sume 79,66 Eur, čím spôsobil exekútorovi JUDr. Ľubomír Pekár škodu vo výške 230,60 Eur, - dňa 28.10.2014 zadal na prevod a dňa 29.10.2014 bola pripísaná na účet č. E. suma vo výške 145,00 Eur v exekučnom konaní pod číslom XXXX/XX vo veci oprávneného Slovak Telekom, a.s., IČO: 35763469 a povinného B. O., nar. X.XX.XXXX, pričom išlo o preplatok povinného v exekučnom konaní, čím spôsobil exekútorovi JUDr. Ľubomír Pekár škodu vo výške 145,00 Eur, - dňa 28.10.2014 zadal na prevod a dňa 29.10.2014 bola pripísaná na účet č. E. suma vo výške 70,81 Eur v exekučnom konaní pod číslom 2945/09 vo veci oprávneného Slovak Telekom, a.s., IČO: 35763469 a povinného P. T., nar. XX.X.XXXX, pričom išlo o odmenu exekútora za záložné právo, čím spôsobil exekútorovi JUDr. Ľubomír Pekár škodu vo výške 70,81 Eur, - dňa 28.10.2014 zadal na prevod a dňa 29.10.2014 bola pripísaná na účet č. E. suma vo výške 20,00 Eur v exekučnom konaní pod číslom 4086/10 vo veci oprávneného Slovak Telekom, a.s., IČO: 35763469 a povinného P. C., nar. XX.X.XXXX, pričom išlo o preplatok povinného v exekučnom konaní, čím spôsobil exekútorovi JUDr. Ľubomír Pekár škodu vo výške 20,00 Eur, - dňa 03.11.2014 zadal na prevod a dňa 04.11.2014 bola pripísaná na účet č. E. suma vo výške 63,50 Eur v exekučnom konaní pod číslom 3032/06 vo veci oprávneného Slovak Telekom, a.s., IČO: 35763469</w:t>
      </w:r>
    </w:p>
    <w:p>
      <w:r>
        <w:t>a povinného W. O., nar. XX.XX.XXXX, pričom išlo o preplatok povinného v exekučnom konaní, čím spôsobil exekútorovi JUDr. Ľubomír Pekár škodu vo výške 63,50 Eur, - dňa 03.11.2014 zadal na prevod a dňa 04.11.2014 bola pripísaná na účet č. E. suma vo výške 15,41 Eur v exekučnom konaní pod číslom 3119/06 vo veci oprávneného Slovak Telekom, a.s., IČO: 35763469 a povinného O. U., nar. XX.XX.XXXX, pričom išlo o preplatok povinného v exekučnom konaní, čím spôsobil exekútorovi JUDr. Ľubomír Pekár škodu vo výške 15,41 Eur, - dňa 03.11.2014 zadal na prevod a dňa 04.11.2014 bola pripísaná na účet č. E. suma vo výške 32,36 Eur v exekučnom konaní pod číslom 4880/06 vo veci oprávneného Slovak Telekom, a.s., IČO: 35763469 a povinného W. H., nar. X.XX.XXXX, pričom išlo o preplatok povinného v exekučnom konaní, čím spôsobil exekútorovi JUDr. Ľubomír Pekár škodu vo výške 32,36 Eur, - dňa 03.11.2014 zadal na prevod a dňa 05.11.2014 bola pripísaná na účet č. E. suma vo výške 10,00 Eur v exekučnom konaní pod číslom 4562/09 vo veci oprávneného Slovak Telekom, a.s., IČO: 35763469 a povinného K. X., nar. XX.X.XXXX, pričom išlo o preplatok povinného v exekučnom konaní, čím spôsobil exekútorovi JUDr. Ľubomír Pekár škodu vo výške 10,00 Eur, - dňa 03.11.2014 zadal na prevod a dňa 05.11.2014 bola pripísaná na účet č. E. suma vo výške 78,26 Eur v exekučnom konaní pod číslom 2646/13 vo veci oprávneného Slovak Telekom, a.s., IČO: 35763469 a povinného A. O., nar. X.X.XXXX, pričom išlo o preplatok povinného v exekučnom konaní, čím spôsobil exekútorovi JUDr. Ľubomír Pekár škodu vo výške 78,26 Eur, - dňa 03.11.2014 zadal na prevod a dňa 05.11.2014 bola pripísaná na účet č. E. suma vo výške 144,00 Eur v exekučnom konaní pod číslom 7931/07 vo veci oprávneného Slovak Telekom, a.s., IČO: 35763469 a povinného B. O., nar. XX.X.XXXX, pričom išlo o preplatok povinného v exekučnom konaní v sume 24,51 Eur a odmenu exekútora za záložné právo v sume 119,49 Eur, čím spôsobil exekútorovi JUDr. Ľubomír Pekár škodu vo výške 144,00 Eur, - dňa 03.11.2014 zadal na prevod a dňa 05.11.2014 bola pripísaná na účet č. XXXXXXXXXX/XXXX suma vo výške 25,47 Eur v exekučnom konaní pod číslom 249/09 vo veci oprávneného Slovak Telekom, a.s., IČO: 35763469 a povinného A. C., nar. XX.X.XXXX, pričom išlo o preplatok povinného v exekučnom konaní, čím spôsobil exekútorovi JUDr. Ľubomír Pekár škodu vo výške 25,47 Eur, - dňa 03.11.2014 zadal na prevod a dňa 05.11.2014 bola pripísaná na účet č. XXXXXXXXXX/XXXX suma vo výške 18,63 Eur v exekučnom konaní pod číslom XXXX/XX vo veci oprávneného Slovak Telekom, a.s., IČO: 35763469 a povinného P. E., nar. X.X.XXXX, pričom išlo o preplatok povinného v exekučnom konaní, čím spôsobil exekútorovi JUDr. Ľubomír Pekár škodu vo výške 18,63 Eur, - dňa 03.11.2014 zadal na prevod a dňa 05.11.2014 bola pripísaná na účet č. XXXXXXXXXX/XXXX suma vo výške 32,46 Eur v exekučnom konaní pod číslom 3709/06 vo veci oprávneného Slovak Telekom, a.s., IČO: 35763469 a povinného [. G., nar. X.X.XXXX, pričom išlo o trovy konania exekútora, čím spôsobil exekútorovi JUDr. Ľubomír Pekár škodu vo výške 32,46 Eur, - dňa 06.11.2014 zadal na prevod a dňa 07.11.2014 bola pripísaná na účet č. XXXXXXXXXX/XXXX suma vo výške 27,72 Eur v exekučnom konaní pod číslom 5524/07 vo veci oprávneného Slovak Telekom, a.s., IČO: 35763469 a povinného A. D., nar. XX.X.XXXX, pričom išlo o preplatok povinného v exekučnom konaní, čím spôsobil exekútorovi JUDr. Ľubomír Pekár škodu vo výške 27,72 Eur, - dňa 11.11.2014 zadal na prevod a dňa 12.11.2014 bola pripísaná na účet č. E. suma vo výške 308,57 Eur v exekučnom konaní pod číslom 1652/09 vo veci oprávneného Slovak Telekom, a.s., IČO: 35763469 a povinného K. O., nar. X.XX.XXXX, pričom išlo o preplatok povinného v exekučnom konaní v sume 149,26 Eur a odmenu exekútora za záložné právo v sume 159,31 Eur, čím spôsobil exekútorovi JUDr. Ľubomír Pekár škodu vo výške 308,57 Eur, - dňa 11.11.2014 zadal na prevod a dňa 12.11.2014 bola pripísaná na účet č. E. suma vo výške 61,70 Eur v exekučnom konaní pod číslom 444/08 vo veci oprávneného Slovak Telekom, a.s., IČO: 35763469 a povinného Q. O., nar. XX.X.XXXX, pričom išlo o preplatok povinného v exekučnom konaní, čím spôsobil exekútorovi JUDr. Ľubomír Pekár škodu vo výške 61,70 Eur, - dňa 11.11.2014 zadal na prevod a dňa 12.11.2014 bola pripísaná na účet č. E. suma vo výške 37,13 Eur v exekučnom konaní pod číslom 4564/09 vo veci oprávneného Slovak Telekom, a.s., IČO: 35763469 a povinného U. C., nar. XX.X.XXXX, pričom išlo o preplatok povinného v exekučnom konaní, čím spôsobil exekútorovi JUDr. Ľubomír Pekár škodu vo výške 37,13 Eur, - dňa 12.11.2014 zadal na prevod a dňa 13.11.2014 bola pripísaná na účet č. E. suma vo výške 100,00 Eur v exekučnom konaní pod číslom 1989/10 vo veci oprávneného Slovak Telekom, a.s., IČO: 35763469 a povinného W. H., nar. XX.XX.XXXX, pričom išlo o preplatok povinného v exekučnom konaní, čím spôsobil exekútorovi JUDr. Ľubomír Pekár škodu vo výške 100,00 Eur, - dňa 13.11.2014 zadal na prevod a dňa 14.11.2014 bola pripísaná na účet č. XXXXXXXXXX/XXXX suma vo výške 149,40 Eur v exekučnom konaní pod číslom 4477/13 vo veci oprávneného Slovak Telekom,</w:t>
      </w:r>
    </w:p>
    <w:p>
      <w:r>
        <w:t>a.s., IČO: 35763469 a povinného [. [., nar. X.XX.XXXX, pričom išlo o preplatok povinného v exekučnom konaní, čím spôsobil exekútorovi JUDr. Ľubomír Pekár škodu vo výške 149,40 Eur, - dňa 19.11.2014 zadal na prevod a dňa 21.11.2014 bola pripísaná na účet č. E. suma vo výške 45,35 Eur v exekučnom konaní pod číslom XXXX/XX vo veci oprávneného Slovak Telekom, a.s., IČO: 35763469 a povinného Q. O., nar. XX.X.XXXX, pričom išlo o preplatok povinného v exekučnom konaní, čím spôsobil exekútorovi JUDr. Ľubomír Pekár škodu vo výške 45,35 Eur, - dňa 19.11.2014 zadal na prevod a dňa 21.11.2014 bola pripísaná na účet č. E. suma vo výške 44,00 Eur v exekučnom konaní pod číslom 1392/13 vo veci oprávneného Slovak Telekom, a.s., IČO: 35763469 a povinného O. G., nar. X.X.XXXX, pričom išlo o preplatok povinného v exekučnom konaní, čím spôsobil exekútorovi JUDr. Ľubomír Pekár škodu vo výške 44,00 Eur, - dňa 19.11.2014 zadal na prevod a dňa 21.11.2014 bola pripísaná na účet č. E. suma vo výške 10,86 Eur v exekučnom konaní pod číslom 4919/06 vo veci oprávneného Slovak Telekom, a.s., IČO: 35763469 a povinného O. D., nar. XX.X.XXXX, pričom išlo o preplatok povinného v exekučnom konaní, čím spôsobil exekútorovi JUDr. Ľubomír Pekár škodu vo výške 10,86 Eur, - dňa 24.11.2014 zadal na prevod a dňa 25.11.2014 bola pripísaná na účet č. E. suma vo výške 24,04 Eur v exekučnom konaní pod číslom 1516/10 vo veci oprávneného Slovak Telekom, a.s., IČO: 35763469 a povinného U. K., nar. XX.X.XXXX, pričom išlo o preplatok povinného v exekučnom konaní, čím spôsobil exekútorovi JUDr. Ľubomír Pekár škodu vo výške 24,04 Eur, - dňa 24.11.2014 zadal na prevod a dňa 25.11.2014 bola pripísaná na účet č. E. suma vo výške 142,25 Eur v exekučnom konaní pod číslom 5550/08 vo veci oprávneného Slovak Telekom, a.s., IČO: 35763469 a povinného Q. B., nar. XX.X.XXXX, pričom išlo o preplatok povinného v exekučnom konaní, čím spôsobil exekútorovi JUDr. Ľubomír Pekár škodu vo výške 142,25 Eur, - dňa 24.11.2014 zadal na prevod a dňa 25.11.2014 bola pripísaná na účet č. E. suma vo výške 100,00 Eur v exekučnom konaní pod číslom 2243/08 vo veci oprávneného Slovak Telekom, a.s., IČO: 35763469 a povinného D. K., nar. XX.X.XXXX, pričom išlo o preplatok povinného v exekučnom konaní, čím spôsobil exekútorovi JUDr. Ľubomír Pekár škodu vo výške 100,00 Eur, - dňa 24.11.2014 zadal na prevod a dňa 25.11.2014 bola pripísaná na účet č. E. suma vo výške 44,37 Eur v exekučnom konaní pod číslom 6261/09 vo veci oprávneného Slovak Telekom, a.s., IČO: 35763469 a povinného A. U., nar. XX.X.XXXX, pričom išlo o preplatok povinného v exekučnom konaní, čím spôsobil exekútorovi JUDr. Ľubomír Pekár škodu vo výške 44,37 Eur, - dňa 01.12.2014 zadal na prevod a dňa 02.12.2014 bola pripísaná na účet č. E. suma vo výške 10,00 Eur v exekučnom konaní pod číslom 4562/09 vo veci oprávneného Slovak Telekom, a.s., IČO: 35763469 a povinného K. X., nar. XX.X.XXXX, pričom išlo o preplatok povinného v exekučnom konaní, čím spôsobil exekútorovi JUDr. Ľubomír Pekár škodu vo výške 10,00 Eur, - dňa 01.12.2014 zadal na prevod a dňa 02.12.2014 bola pripísaná na účet č. XXXXXXXXXX/XXXX suma vo výške 32,46 Eur v exekučnom konaní pod číslom 3709/06 vo veci oprávneného Slovak Telekom, a.s., IČO: 35763469 a povinného [. G., nar. X.X.XXXX, pričom išlo o trovy konania exekútora, čím spôsobil exekútorovi JUDr. Ľubomír Pekár škodu vo výške 32,46 Eur, - dňa 02.12.2014 zadal na prevod a dňa 03.12.2014 bola pripísaná na účet č. E. suma vo výške 109,95 Eur v exekučnom konaní pod číslom 2684/13 vo veci oprávneného Slovak Telekom, a.s., IČO: 35763469 a povinného R. E., nar. XX.X.XXXX, pričom išlo o preplatok povinného v exekučnom konaní v sume 30,29 Eur a odmenu exekútora za záložné právo v sume 79,66 Eur, čím spôsobil exekútorovi JUDr. Ľubomír Pekár škodu vo výške 109,95 Eur, - dňa 02.12.2014 zadal na prevod a dňa 03.12.2014 bola pripísaná na účet č. E. suma vo výške 63,50 Eur v exekučnom konaní pod číslom 3032/06 vo veci oprávneného Slovak Telekom, a.s., IČO: 35763469 a povinného W. O., nar. XX.XX.XXXX, pričom išlo o preplatok povinného v exekučnom konaní, čím spôsobil exekútorovi JUDr. Ľubomír Pekár škodu vo výške 63,50 Eur, - dňa 02.12.2014 zadal na prevod a dňa 03.12.2014 bola pripísaná na účet č. E. suma vo výške 41,00 Eur v exekučnom konaní pod číslom 4086/10 vo veci oprávneného Slovak Telekom, a.s., IČO: 35763469 a povinného P. C., nar. XX.X.XXXX, pričom išlo o preplatok povinného v exekučnom konaní, čím spôsobil exekútorovi JUDr. Ľubomír Pekár škodu vo výške 41,00 Eur, - dňa 02.12.2014 zadal na prevod a dňa 03.12.2014 bola pripísaná na účet č. XXXXXXXXXX/XXXX suma vo výške 22,90 Eur v exekučnom konaní pod číslom 249/09 vo veci oprávneného Slovak Telekom, a.s., IČO: 35763469 a povinného A. C., nar. XX.X.XXXX, pričom išlo o preplatok povinného v exekučnom konaní, čím spôsobil exekútorovi JUDr. Ľubomír Pekár škodu vo výške 22,90 Eur, - dňa 05.12.2014 zadal na prevod a dňa 08.12.2014 bola pripísaná na účet č. E. suma vo výške 27,85 Eur v exekučnom konaní pod číslom 1914/11 vo veci oprávneného Slovak Telekom, a.s., IČO: 35763469</w:t>
      </w:r>
    </w:p>
    <w:p>
      <w:r>
        <w:t>a povinného Q. G., nar. X.X.XXXX, pričom išlo o preplatok povinného v exekučnom konaní, čím spôsobil exekútorovi JUDr. Ľubomír Pekár škodu vo výške 27,85 Eur, - dňa 08.12.2014 zadal na prevod a dňa 09.12.2014 bola pripísaná na účet č. E. suma vo výške 5,12 Eur v exekučnom konaní pod číslom 1404/13 vo veci oprávneného Slovak Telekom, a.s., IČO: 35763469 a povinného R. J., nar. XX.XX.XXXX, pričom išlo o preplatok povinného v exekučnom konaní, čím spôsobil exekútorovi JUDr. Ľubomír Pekár škodu vo výške 5,12 Eur, - dňa 10.12.2014 zadal na prevod a dňa 11.12.2014 bola pripísaná na účet č. E. suma vo výške 40,00 Eur v exekučnom konaní pod číslom 2243/08 vo veci oprávneného Slovak Telekom, a.s., IČO: 35763469 a povinného D. K., nar. XX.X.XXXX, pričom išlo o preplatok povinného v exekučnom konaní, čím spôsobil exekútorovi JUDr. Ľubomír Pekár škodu vo výške 40,00 Eur, - dňa 10.12.2014 zadal na prevod a dňa 11.12.2014 bola pripísaná na účet č. E. suma vo výške 152,92 Eur v exekučnom konaní pod číslom 550/11 vo veci oprávneného Slovak Telekom, a.s., IČO: 35763469 a povinného A. H., nar. XX.X.XXXX, pričom išlo o preplatok povinného v exekučnom konaní, čím spôsobil exekútorovi JUDr. Ľubomír Pekár škodu vo výške 152,92 Eur, - dňa 11.12.2014 zadal na prevod a dňa 15.12.2014 bola pripísaná na účet č. E. suma vo výške 62,30 Eur v exekučnom konaní pod číslom 444/08 vo veci oprávneného Slovak Telekom, a.s., IČO: 35763469 a povinného Q. O., nar. XX.X.XXXX, pričom išlo o preplatok povinného v exekučnom konaní, čím spôsobil exekútorovi JUDr. Ľubomír Pekár škodu vo výške 62,30 Eur, - dňa 11.12.2014 zadal na prevod a dňa 15.12.2014 bola pripísaná na účet č. E. suma vo výške 100,00 Eur v exekučnom konaní pod číslom 1989/10 vo veci oprávneného Slovak Telekom, a.s., IČO: 35763469 a povinného W. H., nar. XX.XX.XXXX, pričom išlo o preplatok povinného v exekučnom konaní, čím spôsobil exekútorovi JUDr. Ľubomír Pekár škodu vo výške 100,00 Eur, - dňa 11.12.2014 zadal na prevod a dňa 15.12.2014 bola pripísaná na účet č. E. suma vo výške 106,62 Eur v exekučnom konaní pod číslom 4564/09 vo veci oprávneného Slovak Telekom, a.s., IČO: 35763469 a povinného U. C., nar. XX.X.XXXX, pričom išlo o preplatok povinného v exekučnom konaní, čím spôsobil exekútorovi JUDr. Ľubomír Pekár škodu vo výške 106,62 Eur, - dňa 12.12.2014 zadal na prevod a dňa 15.12.2014 bola pripísaná na účet č. E. suma vo výške 210,65 Eur v exekučnom konaní pod číslom 1267/08 vo veci oprávneného Slovak Telekom, a.s., IČO: 35763469 a povinného K. O., nar. XX.X.XXXX, pričom išlo o preplatok povinného v exekučnom konaní, čím spôsobil exekútorovi JUDr. Ľubomír Pekár škodu vo výške 210,65 Eur, - dňa 15.12.2014 zadal na prevod a dňa 16.12.2014 bola pripísaná na účet č. E. suma vo výške 7,66 Eur v exekučnom konaní pod číslom 4919/06 vo veci oprávneného Slovak Telekom, a.s., IČO: 35763469 a povinného O. D., nar. XX.X.XXXX, pričom išlo o preplatok povinného v exekučnom konaní, čím spôsobil exekútorovi JUDr. Ľubomír Pekár škodu vo výške 7,66 Eur, - dňa 15.12.2014 zadal na prevod a dňa 16.12.2014 bola pripísaná na účet č. E. suma vo výške 70,60 Eur v exekučnom konaní pod číslom 2243/08 vo veci oprávneného Slovak Telekom, a.s., IČO: 35763469 a povinného D. K., nar. XX.X.XXXX, pričom išlo o preplatok povinného v exekučnom konaní, čím spôsobil exekútorovi JUDr. Ľubomír Pekár škodu vo výške 70,60 Eur, - dňa 16.12.2014 zadal na prevod a dňa 17.12.2014 bola pripísaná na účet č. E. suma vo výške 1.300,00 Eur v exekučnom konaní pod číslom 2354/14 vo veci oprávneného mal. B. I., mal. F. I. a povinného B. I., nar. XX.X.XXXX, pričom išlo o preplatok povinného v exekučnom konaní, čím spôsobil exekútorovi JUDr. Ľubomír Pekár škodu vo výške 1.300,00 Eur, - dňa 17.12.2014 zadal na prevod a dňa 18.12.2014 bola pripísaná na účet č. E. suma vo výške 105,00 Eur v exekučnom konaní pod číslom XXXX/XX vo veci oprávneného Slovak Telekom, a.s., IČO: 35763469 a povinného Q. O., nar. XX.X.XXXX, pričom išlo o preplatok povinného v exekučnom konaní, čím spôsobil exekútorovi JUDr. Ľubomír Pekár škodu vo výške 105,00 Eur, - dňa 18.12.2014 zadal na prevod a dňa 22.12.2014 bola pripísaná na účet č. E. suma vo výške 50,00 Eur v exekučnom konaní pod číslom 2953/09 vo veci oprávneného Slovak Telekom, a.s., IČO: 35763469 a povinného P. T., nar. XX.X.XXXX, pričom išlo o preplatok povinného v exekučnom konaní, čím spôsobil exekútorovi JUDr. Ľubomír Pekár škodu vo výške 50,00 Eur, - dňa 19.12.2014 zadal na prevod a dňa 29.12.2014 bola pripísaná na účet č. E. suma vo výške 10,00 Eur v exekučnom konaní pod číslom 4562/09 vo veci oprávneného Slovak Telekom, a.s., IČO: 35763469 a povinného K. X., nar. XX.X.XXXX, pričom išlo o preplatok povinného v exekučnom konaní, čím spôsobil exekútorovi JUDr. Ľubomír Pekár škodu vo výške 10,00 Eur, - dňa 23.12.2014 zadal na prevod a dňa 29.12.2014 bola pripísaná na účet č. E. suma vo výške 150,00 Eur v exekučnom konaní pod číslom 2959/09 vo veci oprávneného Slovak Telekom, a.s., IČO: 35763469 a povinného P. B., nar. XX.XX.XXXX, pričom išlo o preplatok povinného v exekučnom konaní, čím spôsobil exekútorovi JUDr. Ľubomír Pekár škodu vo výške 150,00 Eur,</w:t>
      </w:r>
    </w:p>
    <w:p>
      <w:r>
        <w:t>- dňa 05.01.2015 zadal na prevod a dňa 07.01.2015 bola pripísaná na účet č. E. suma vo výške 147,60 Eur v exekučnom konaní pod číslom 5167/08 vo veci oprávneného Slovak Telekom, a.s., IČO: 35763469 a povinného N. G., nar. X.X.XXXX, pričom išlo o trovy konania exekútora, čím spôsobil exekútorovi JUDr. Ľubomír Pekár škodu vo výške 147,60 Eur, - dňa 05.01.2015 zadal na prevod a dňa 07.01.2015 bola pripísaná na účet č. XXXXXXXXXX/XXXX suma vo výške 48,21 Eur v exekučnom konaní pod číslom XXXX/XX vo veci oprávneného Slovak Telekom, a.s., IČO: 35763469 a povinného [. G., nar. X.X.XXXX, pričom išlo o trovy konania exekútora, čím spôsobil exekútorovi JUDr. Ľubomír Pekár škodu vo výške 48,21 Eur, - dňa 05.01.2015 zadal na prevod a dňa 07.01.2015 bola pripísaná na účet č. XXXXXXXXXX/XXXX suma vo výške 26,93 Eur v exekučnom konaní pod číslom XXXX/XX vo veci oprávneného Slovak Telekom, a.s., IČO: 35763469 a povinného [. G., nar. X.X.XXXX, pričom išlo o trovy konania exekútora, čím spôsobil exekútorovi JUDr. Ľubomír Pekár škodu vo výške 26,93 Eur, - dňa 06.01.2015 zadal na prevod a dňa 08.01.2015 bola pripísaná na účet č. E. suma vo výške 9,10 Eur v exekučnom konaní pod číslom 3032/06 vo veci oprávneného Slovak Telekom, a.s., IČO: 35763469 a povinného W. O., nar. XX.XX.XXXX, pričom išlo o preplatok povinného v exekučnom konaní, čím spôsobil exekútorovi JUDr. Ľubomír Pekár škodu vo výške 9,10 Eur, - dňa 06.01.2015 zadal na prevod a dňa 08.01.2015 bola pripísaná na účet č. E. suma vo výške 23,28 Eur v exekučnom konaní pod číslom 2247/09 vo veci oprávneného Slovak Telekom, a.s., IČO: 35763469 a povinného M. C., nar. X.X.XXXX, pričom išlo o preplatok povinného v exekučnom konaní, čím spôsobil exekútorovi JUDr. Ľubomír Pekár škodu vo výške 23,28 Eur, - dňa 08.01.2015 zadal na prevod a dňa 09.01.2015 bola pripísaná na účet č. E. suma vo výške 135,25 Eur v exekučnom konaní pod číslom 3938/10 vo veci oprávneného Slovak Telekom, a.s., IČO: 35763469 a povinného BRANISLAV RÍMEŠ, nar. X.X.XXXX, IČO: 40227383, pričom išlo o preplatok povinného v exekučnom konaní v sume 95,95 Eur a trovy exekútora v sume 39,30 Eur, čím spôsobil exekútorovi JUDr. Ľubomír Pekár škodu vo výške 135,25 Eur, - dňa 12.01.2015 zadal na prevod a dňa 12.01.2015 bola pripísaná na účet č. E. suma vo výške 87,43 Eur v exekučnom konaní pod číslom XXXX/XX vo veci oprávneného mal. G. K. a povinného F. K., nar. XX.XX.XXXX, pričom išlo o preplatok povinného v exekučnom konaní, čím spôsobil exekútorovi JUDr. Ľubomír Pekár škodu vo výške 87,43 Eur, - dňa 09.01.2015 zadal na prevod a dňa 12.01.2015 bola pripísaná na účet č. E. suma vo výške 100,00 Eur v exekučnom konaní pod číslom 1404/13 vo veci oprávneného Slovak Telekom, a.s., IČO: 35763469 a povinného R. J., nar. XX.XX.XXXX, pričom išlo o preplatok povinného v exekučnom konaní, čím spôsobil exekútorovi JUDr. Ľubomír Pekár škodu vo výške 100,00 Eur, - dňa 09.01.2015 zadal na prevod a dňa 12.01.2015 bola pripísaná na účet č. E. suma vo výške 145,92 Eur v exekučnom konaní pod číslom 413/08 vo veci oprávneného Slovak Telekom, a.s., IČO: 35763469 a povinného B. U., nar. X.X.XXXX, pričom išlo o preplatok povinného v exekučnom konaní, čím spôsobil exekútorovi JUDr. Ľubomír Pekár škodu vo výške 145,92 Eur, - dňa 12.01.2015 zadal na prevod a dňa 13.01.2015 bola pripísaná na účet č. E. suma vo výške 93,70 Eur v exekučnom konaní pod číslom 508/08 vo veci oprávneného Slovak Telekom, a.s., IČO: 35763469 a povinného J. F., nar. X.X.XXXX, pričom išlo o preplatok povinného v exekučnom konaní, čím spôsobil exekútorovi JUDr. Ľubomír Pekár škodu vo výške 93,70 Eur, - dňa 13.01.2015 zadal na prevod a dňa 14.01.2015 bola pripísaná na účet č. E. suma vo výške 100,00 Eur v exekučnom konaní pod číslom 1989/10 vo veci oprávneného Slovak Telekom, a.s., IČO: 35763469 a povinného W. H., nar. XX.XX.XXXX, pričom išlo o preplatok povinného v exekučnom konaní v sume 2,98 Eur a trovy exekútora v sume 97,02 Eur, čím spôsobil exekútorovi JUDr. Ľubomír Pekár škodu vo výške 100,00 Eur, - dňa 15.01.2015 zadal na prevod a dňa 16.01.2015 bola pripísaná na účet č. E. suma vo výške 55,54 Eur v exekučnom konaní pod číslom 9112/12 vo veci oprávneného F. B., nar. XX.XX.XXXX a povinného F. B., nar. XX.X.XXXX, pričom išlo o preplatok povinného v exekučnom konaní, čím spôsobil exekútorovi JUDr. Ľubomír Pekár škodu vo výške 55,54 Eur, - dňa 15.01.2015 zadal na prevod a dňa 16.01.2015 bola pripísaná na účet č. E. suma vo výške 8,84 Eur v exekučnom konaní pod číslom XXXX/XX vo veci oprávneného Slovak Telekom, a.s., IČO: 35763469 a povinného [. B., nar. XX.X.XXXX, pričom išlo o preplatok povinného v exekučnom konaní, čím spôsobil exekútorovi JUDr. Ľubomír Pekár škodu vo výške 8,84 Eur, - dňa 16.01.2015 zadal na prevod a dňa 19.01.2015 bola pripísaná na účet č. E. suma vo výške 19,52 Eur v exekučnom konaní pod číslom 5215/08 vo veci oprávneného Slovak Telekom, a.s., IČO: 35763469 a povinného E. E. , nar. XX.X.XXXX, pričom išlo o trovy konania exekútora, čím spôsobil exekútorovi JUDr. Ľubomír Pekár škodu vo výške 19,52 Eur,</w:t>
      </w:r>
    </w:p>
    <w:p>
      <w:r>
        <w:t>- dňa 16.01.2015 zadal na prevod a dňa 19.01.2015 bola pripísaná na účet č. E. suma vo výške 10,86 Eur v exekučnom konaní pod číslom 4919/06 vo veci oprávneného Slovak Telekom, a.s., IČO: 35763469 a povinného O. D., nar. XX.X.XXXX, pričom išlo o preplatok povinného v exekučnom konaní, čím spôsobil exekútorovi JUDr. Ľubomír Pekár škodu vo výške 10,86 Eur, - dňa 16.01.2015 zadal na prevod a dňa 19.01.2015 bola pripísaná na účet č. E. suma vo výške 574,88 Eur v exekučnom konaní pod číslom 418/13 vo veci oprávneného mal. J. D. a povinného B. D., nar. X.X.XXXX, pričom išlo o vymoženú čiastku oprávneného v exekučnom konaní, čím spôsobil exekútorovi JUDr. Ľubomír Pekár škodu vo výške 574,88 Eur, - dňa 19.01.2015 zadal na prevod a dňa 20.01.2015 bola pripísaná na účet č. E. suma vo výške 53,62 Eur v exekučnom konaní pod číslom 4984/08 vo veci oprávneného Slovak Telekom, a.s., IČO: 35763469 a povinného F. O., nar. XX.X.XXXX, pričom išlo o preplatok povinného v exekučnom konaní, čím spôsobil exekútorovi JUDr. Ľubomír Pekár škodu vo výške 53,62 Eur, - dňa 19.01.2015 zadal na prevod a dňa 20.01.2015 bola pripísaná na účet č. E. suma vo výške 50,00 Eur v exekučnom konaní pod číslom XXXX/XX vo veci oprávneného Slovak Telekom, a.s., IČO: 35763469 a povinného Q. O., nar. XX.X.XXXX, pričom išlo o preplatok povinného v exekučnom konaní, čím spôsobil exekútorovi JUDr. Ľubomír Pekár škodu vo výške 50,00 Eur, - dňa 20.01.2015 zadal na prevod a dňa 21.01.2015 bola pripísaná na účet č. E. suma vo výške 795,99 Eur v exekučnom konaní pod číslom 5537/08 vo veci oprávneného Slovak Telekom, a.s., IČO: 35763469 a povinného B. T., nar. XX.X.XXXX, pričom išlo o vymoženú čiastku oprávneného v exekučnom konaní v sume 641,93 Eur a trovy konania exekútora v sume 154,06 Eur, čím spôsobil exekútorovi JUDr. Ľubomír Pekár škodu vo výške 795,99 Eur, - dňa 20.01.2015 zadal na prevod a dňa 21.01.2015 bola pripísaná na účet č. XXXXXXXXXX/XXXX suma vo výške 33,00 Eur v exekučnom konaní pod číslom 502/08 vo veci oprávneného Slovak Telekom, a.s., IČO: 35763469 a povinného G. F., nar. X.X.XXXX, pričom išlo o trovy konania exekútora, čím spôsobil exekútorovi JUDr. Ľubomír Pekár škodu vo výške 33,00 Eur, - dňa 21.01.2015 zadal na prevod a dňa 22.01.2015 bola pripísaná na účet č. E. suma vo výške 148,00 Eur v exekučnom konaní pod číslom XXXX/XX vo veci oprávneného Slovak Telekom, a.s., IČO: 35763469 a povinného M. G., nar. XX.X.XXXX, pričom išlo o preplatok povinného v exekučnom konaní, čím spôsobil exekútorovi JUDr. Ľubomír Pekár škodu vo výške 148,00 Eur, - dňa 22.01.2015 zadal na prevod a dňa 23.01.2015 bola pripísaná na účet č. E. suma vo výške 51,29 Eur v exekučnom konaní pod číslom XXXX/XX vo veci oprávneného Slovak Telekom, a.s., IČO: 35763469 a povinného P. T., nar. XX.X.XXXX, pričom išlo o preplatok povinného v exekučnom konaní, čím spôsobil exekútorovi JUDr. Ľubomír Pekár škodu vo výške 51,29 Eur, - dňa 23.01.2015 zadal na prevod a dňa 26.01.2015 bola pripísaná na účet č. E. suma vo výške 363,26 Eur v exekučnom konaní pod číslom XXXX/XX vo veci oprávneného Slovak Telekom, a.s., IČO: 35763469 a povinného [. B., nar. XX.X.XXXX, pričom išlo o preplatok povinného v exekučnom konaní v sume 124,28 Eur a odmenu exekútora za záložné právo v sume 238,98 Eur, čím spôsobil exekútorovi JUDr. Ľubomír Pekár škodu vo výške 363,26 Eur, - dňa 28.01.2015 zadal na prevod a dňa 29.01.2015 bola pripísaná na účet č. E. suma vo výške 10,00 Eur v exekučnom konaní pod číslom 4562/09 vo veci oprávneného Slovak Telekom, a.s., IČO: 35763469 a povinného K. X., nar. XX.X.XXXX, pričom išlo o preplatok povinného v exekučnom konaní, čím spôsobil exekútorovi JUDr. Ľubomír Pekár škodu vo výške 10,00 Eur, - dňa 28.01.2015 zadal na prevod a dňa 29.01.2015 bola pripísaná na účet č. E. suma vo výške 150,18 Eur v exekučnom konaní pod číslom 4638/09 vo veci oprávneného Slovak Telekom, a.s., IČO: 35763469 a povinného I. ]., nar. X.X.XXXX, pričom išlo o preplatok povinného v exekučnom konaní, čím spôsobil exekútorovi JUDr. Ľubomír Pekár škodu vo výške 150,18 Eur, - dňa 02.02.2015 zadal na prevod a dňa 03.02.2015 bola pripísaná na účet č. E. suma vo výške 29,57 Eur v exekučnom konaní pod číslom 2247/09 vo veci oprávneného Slovak Telekom, a.s., IČO: 35763469 a povinného M. C., nar. X.X.XXXX, pričom išlo o preplatok povinného v exekučnom konaní, čím spôsobil exekútorovi JUDr. Ľubomír Pekár škodu vo výške 29,57 Eur, - dňa 02.02.2015 zadal na prevod a dňa 03.02.2015 bola pripísaná na účet č. XXXXXXXXXX/XXXX suma vo výške 6,18 Eur v exekučnom konaní pod číslom 2259/09 vo veci oprávneného Slovak Telekom, a.s., IČO: 35763469 a povinného B. X., nar. X.X.XXXX, pričom išlo o preplatok povinného v exekučnom konaní, čím spôsobil exekútorovi JUDr. Ľubomír Pekár škodu vo výške 6,18 Eur, - dňa 02.02.2015 zadal na prevod a dňa 06.02.2015 bola pripísaná na účet č. XXXXXXXXXX/XXXX suma vo výške 20,93 Eur v exekučnom konaní pod číslom 1450/07 vo veci oprávneného Slovak Telekom, a.s., IČO: 35763469 a povinného D. U., nar. XX.X.XXXX, pričom išlo o preplatok povinného v exekučnom konaní, čím spôsobil exekútorovi JUDr. Ľubomír Pekár škodu vo výške 20,93 Eur,</w:t>
      </w:r>
    </w:p>
    <w:p>
      <w:r>
        <w:t>- dňa 06.02.2015 zadal na prevod a dňa 10.02.2015 bola pripísaná na účet č. E. suma vo výške 100,00 Eur v exekučnom konaní pod číslom 1404/13 vo veci oprávneného Slovak Telekom, a.s., IČO: 35763469 a povinného R. J., nar. XX.XX.XXXX, pričom išlo o preplatok povinného v exekučnom konaní, čím spôsobil exekútorovi JUDr. Ľubomír Pekár škodu vo výške 100,00 Eur, - dňa 17.02.2015 zadal na prevod a dňa 19.02.2015 bola pripísaná na účet č. E. suma vo výške 162,34 Eur v exekučnom konaní pod číslom 4984/08 vo veci oprávneného Slovak Telekom, a.s., IČO: 35763469 a povinného F. O. , nar. XX.X.XXXX, pričom išlo o preplatok povinného v exekučnom konaní, čím spôsobil exekútorovi JUDr. Ľubomír Pekár škodu vo výške 162,34 Eur, - dňa 18.02.2015 zadal na prevod a dňa 19.02.2015 bola pripísaná na účet č. E. suma vo výške 50,00 Eur v exekučnom konaní pod číslom XXXX/XX vo veci oprávneného Slovak Telekom, a.s., IČO: 35763469 a povinného Q. O., nar. XX.X.XXXX, pričom išlo o preplatok povinného v exekučnom konaní, čím spôsobil exekútorovi JUDr. Ľubomír Pekár škodu vo výške 50,00 Eur, - dňa 24.02.2015 zadal na prevod a dňa 25.02.2015 bola pripísaná na účet č. E. suma vo výške 51,29 Eur v exekučnom konaní pod číslom 2953/09 vo veci oprávneného Slovak Telekom, a.s., IČO: 35763469 a povinného P. T., nar. XX.X.XXXX, pričom išlo o preplatok povinného v exekučnom konaní, čím spôsobil exekútorovi JUDr. Ľubomír Pekár škodu vo výške 51,29 Eur, - dňa 02.06.2015 zadal na prevod a dňa 03.06.2015 bola pripísaná na účet č. E. suma vo výške 100,00 Eur v exekučnom konaní pod číslom 1877/05 vo veci oprávneného Slovak Telekom, a.s., IČO: 35763469 a povinného I. T., nar. XX.X.XXXX, pričom išlo o preplatok povinného v exekučnom konaní, čím spôsobil exekútorovi JUDr. Ľubomír Pekár škodu vo výške 100,00 Eur, - dňa 30.06.2015 zadal na prevod a dňa 01.07.2015 bola pripísaná na účet č. E. suma vo výške 86,62 Eur v exekučnom konaní pod číslom 2127/05 vo veci oprávneného Slovak Telekom, a.s., IČO: 35763469 a povinného H. K. , nar. XX.X.XXXX, pričom išlo o odmenu exekútora za záložné právo a trovy konania exekútora, čím spôsobil exekútorovi JUDr. Ľubomír Pekár škodu vo výške 86,62 Eur, - dňa 30.06.2015 zadal na prevod a dňa 01.07.2015 bola pripísaná na účet č. E. suma vo výške 298,45 Eur v exekučnom konaní pod číslom XXXX/XX vo veci oprávneného Slovak Telekom, a.s., IČO: 35763469 a povinného A. F., nar. X.X.XXXX, pričom išlo o preplatok povinného v exekučnom konaní v sume 178,96 Eur a odmenu exekútora za záložné právo v sume 119,49 Eur, čím spôsobil exekútorovi JUDr. Ľubomír Pekár škodu vo výške 298,45 Eur, - dňa 02.07.2015 zadal na prevod a dňa 03.07.2015 bola pripísaná na účet č. E. suma vo výške 9,40 Eur v exekučnom konaní pod číslom 514/11 vo veci oprávneného Slovak Telekom, a.s., IČO: 35763469 a povinného I. G., nar. XX.X.XXXX, pričom išlo o preplatok povinného v exekučnom konaní, čím spôsobil exekútorovi JUDr. Ľubomír Pekár škodu vo výške 9,40 Eur, - dňa 09.07.2015 zadal na prevod a dňa 10.07.2015 bola pripísaná na účet č. E. suma vo výške 144,29 Eur v exekučnom konaní pod číslom 4401/13 vo veci oprávneného Slovak Telekom, a.s., IČO: 35763469 a povinného B. U., nar. XX.X.XXXX, pričom išlo o preplatok povinného v exekučnom konaní, čím spôsobil exekútorovi JUDr. Ľubomír Pekár škodu vo výške 144,29 Eur, - dňa 09.07.2015 zadal na prevod a dňa 10.07.2015 bola pripísaná na účet č. E. suma vo výške 92,53 Eur v exekučnom konaní pod číslom 4335/14 vo veci oprávneného G. K., nar. X.XX.XXXX a povinného F. K., nar. XX.XX.XXXX, pričom išlo o preplatok povinného v exekučnom konaní, čím spôsobil exekútorovi JUDr. Ľubomír Pekár škodu vo výške 92,53 Eur, - dňa 16.07.2015 zadal na prevod a dňa 17.07.2015 bola pripísaná na účet č. E. suma vo výške 99,55 Eur v exekučnom konaní pod číslom 8615/07 vo veci oprávneného Slovak Telekom, a.s., IČO: 35763469 a povinného P. T., nar. XX.X.XXXX, pričom išlo o preplatok povinného v exekučnom konaní, čím spôsobil exekútorovi JUDr. Ľubomír Pekár škodu vo výške 99,55 Eur, - dňa 30.07.2015 zadal na prevod a dňa 31.07.2015 bola pripísaná na účet č. E. suma vo výške 1.025,00 Eur v exekučnom konaní pod číslom 9/15 vo veci oprávneného B. G., nar. X.X.XXXX a povinného W. G., nar. X.X.XXXX, pričom išlo o preplatok povinného v exekučnom konaní, čím spôsobil exekútorovi JUDr. Ľubomír Pekár škodu vo výške 1.025,00 Eur, - dňa 03.08.2015 zadal na prevod a dňa 05.08.2015 bola pripísaná na účet č. E. suma vo výške 31,03 Eur v exekučnom konaní pod číslom 514/11 vo veci oprávneného Slovak Telekom, a.s., IČO: 35763469 a povinného I. G., nar. XX.X.XXXX, pričom išlo o preplatok povinného v exekučnom konaní, čím spôsobil exekútorovi JUDr. Ľubomír Pekár škodu vo výške 31,03 Eur, - dňa 10.08.2015 zadal na prevod a dňa 11.08.2015 bola pripísaná na účet č. E. suma vo výške 124,00 Eur v exekučnom konaní pod číslom 263/12 vo veci oprávneného Slovak Telekom, a.s., IČO: 35763469 a povinného B. G., nar. X.X.XXXX, pričom išlo o preplatok povinného v exekučnom konaní, čím spôsobil exekútorovi JUDr. Ľubomír Pekár škodu vo výške 124,00 Eur,</w:t>
      </w:r>
    </w:p>
    <w:p>
      <w:r>
        <w:t>- dňa 14.08.2015 zadal na prevod a dňa 17.08.2015 bola pripísaná na účet č. E. suma vo výške 51,19 Eur v exekučnom konaní pod číslom 3660/05 vo veci oprávneného Slovak Telekom, a.s., IČO: 35763469 a povinného U. Q., nar. XX.X.XXXX, pričom išlo o preplatok povinného v exekučnom konaní, čím spôsobil exekútorovi JUDr. Ľubomír Pekár škodu vo výške 51,19 Eur, - dňa 18.08.2015 zadal na prevod a dňa 19.08.2015 bola pripísaná na účet č. E. suma vo výške 435,54 Eur v exekučnom konaní pod číslom 4990/09 vo veci oprávneného Slovak Telekom, a.s., IČO: 35763469 a povinného B. T., nar. X.X.XXXX, pričom išlo o preplatok povinného v exekučnom konaní v sume 238,04 Eur a odmenu exekútora za záložné právo v sume 197,50 Eur, čím spôsobil exekútorovi JUDr. Ľubomír Pekár škodu vo výške 435,54 Eur, - dňa 24.08.2015 zadal na prevod a dňa 26.08.2015 bola pripísaná na účet č. E. suma vo výške 23,47 Eur v exekučnom konaní pod číslom 5529/08 vo veci oprávneného Slovak Telekom, a.s., IČO: 35763469 a povinného B. M., nar. XX.X.XXXX, pričom išlo o preplatok povinného v exekučnom konaní, čím spôsobil exekútorovi JUDr. Ľubomír Pekár škodu vo výške 23,47 Eur, - dňa 28.08.2015 zadal na prevod a dňa 31.08.2015 bola pripísaná na účet č. E. suma vo výške 249,18 Eur v exekučnom konaní pod číslom 894/07 vo veci oprávneného Slovak Telekom, a.s., IČO: 35763469 a povinného P. D., nar. X.X.XXXX, pričom išlo o preplatok povinného v exekučnom konaní, čím spôsobil exekútorovi JUDr. Ľubomír Pekár škodu vo výške 249,18 Eur, - dňa 28.08.2015 zadal na prevod a dňa 03.09.2015 bola pripísaná na účet č. E. suma vo výške 166,48 Eur v exekučnom konaní pod číslom 60/05 vo veci oprávneného Slovak Telekom, a.s., IČO: 35763469 a povinného A. Q., nar. XX.X.XXXX, pričom išlo o preplatok povinného v exekučnom konaní v sume 4,54 Eur a trovy konania exekútora v sume 161,94 Eur, čím spôsobil exekútorovi JUDr. Ľubomír Pekár škodu vo výške 166,48 Eur, - dňa 02.09.2015 zadal na prevod a dňa 03.09.2015 bola pripísaná na účet č. E. suma vo výške 24,12 Eur v exekučnom konaní pod číslom 514/11 vo veci oprávneného Slovak Telekom, a.s., IČO: 35763469 a povinného I. G., nar. XX.X.XXXX, pričom išlo o preplatok povinného v exekučnom konaní, čím spôsobil exekútorovi JUDr. Ľubomír Pekár škodu vo výške 24,12 Eur, - dňa 02.09.2015 zadal na prevod a dňa 03.09.2015 bola pripísaná na účet č. E. suma vo výške 174,33 Eur v exekučnom konaní pod číslom XXXX/XX vo veci oprávneného Slovak Telekom, a.s., IČO: 35763469 a povinného K. O., nar. X.X.XXXX, pričom išlo o preplatok povinného v exekučnom konaní, čím spôsobil exekútorovi JUDr. Ľubomír Pekár škodu vo výške 174,33 Eur, - dňa 02.09.2015 zadal na prevod a dňa 03.09.2015 bola pripísaná na účet č. XXXXXXXXXX/XXXX suma vo výške 54,03 Eur v exekučnom konaní pod číslom 6590/11 vo veci oprávneného Slovak Telekom, a.s., IČO: 35763469 a povinného A. W., nar. XX.X.XXXX, pričom išlo o preplatok povinného v exekučnom konaní, čím spôsobil exekútorovi JUDr. Ľubomír Pekár škodu vo výške 54,03 Eur, - dňa 07.09.2015 zadal na prevod a dňa 08.09.2015 bola pripísaná na účet č. E. suma vo výške 29,50 Eur v exekučnom konaní pod číslom 894/07 vo veci oprávneného Slovak Telekom, a.s., IČO: 35763469 a povinného P. D., nar. X.X.XXXX, pričom išlo o preplatok povinného v exekučnom konaní, čím spôsobil exekútorovi JUDr. Ľubomír Pekár škodu vo výške 29,50 Eur, - dňa 09.09.2015 zadal na prevod a dňa 10.09.2015 bola pripísaná na účet č. E. suma vo výške 36,70 Eur v exekučnom konaní pod číslom 60/05 vo veci oprávneného Slovak Telekom, a.s., IČO: 35763469 a povinného A. Q., nar. XX.X.XXXX, pričom išlo o trovy konania exekútora, čím spôsobil exekútorovi JUDr. Ľubomír Pekár škodu vo výške 36,70 Eur, - dňa 14.09.2015 zadal na prevod a dňa 16.09.2015 bola pripísaná na účet č. E. suma vo výške 73,14 Eur v exekučnom konaní pod číslom 3660/05 vo veci oprávneného Slovak Telekom, a.s., IČO: 35763469 a povinného U. Q., nar. XX.X.XXXX, pričom išlo o preplatok povinného v exekučnom konaní, čím spôsobil exekútorovi JUDr. Ľubomír Pekár škodu vo výške 73,14 Eur, - dňa 16.09.2015 zadal na prevod a dňa 18.09.2015 bola pripísaná na účet č. E. suma vo výške 27,23 Eur v exekučnom konaní pod číslom 4905/06 vo veci oprávneného Slovak Telekom, a.s., IČO: 35763469 a povinného B. X., nar. XX.X.XXXX, pričom išlo o preplatok povinného v exekučnom konaní, čím spôsobil exekútorovi JUDr. Ľubomír Pekár škodu vo výške 27,23 Eur, - dňa 16.09.2015 zadal na prevod a dňa 18.09.2015 bola pripísaná na účet č. XXXXXXXXXX/XXXX suma vo výške 18,24 Eur v exekučnom konaní pod číslom 2700/13 vo veci oprávneného Slovak Telekom, a.s., IČO: 35763469 a povinného K. E., nar. XX.XX.XXXX, pričom išlo o preplatok povinného v exekučnom konaní, čím spôsobil exekútorovi JUDr. Ľubomír Pekár škodu vo výške 18,24 Eur, - dňa 17.09.2015 zadal na prevod a dňa 21.09.2015 bola pripísaná na účet č. E. suma vo výške 469,14 Eur v exekučnom konaní pod číslom 1383/06 vo veci oprávneného Slovak Telekom, a.s., IČO: 35763469 a povinného D. E., nar. XX.X.XXXX, pričom išlo o vymoženú čiastku oprávneného v exekučnom konaní</w:t>
      </w:r>
    </w:p>
    <w:p>
      <w:r>
        <w:t>v sume 378,34 Eur a trovy konania exekútora v sume 90,80 Eur, čím spôsobil exekútorovi JUDr. Ľubomír Pekár škodu vo výške 469,14 Eur, - dňa 18.09.2015 zadal na prevod a dňa 21.09.2015 bola pripísaná na účet č. E. suma vo výške 6,00 Eur v exekučnom konaní pod číslom 1877/05 vo veci oprávneného Slovak Telekom, a.s., IČO: 35763469 a povinného I. T., nar. XX.X.XXXX, pričom išlo o preplatok povinného v exekučnom konaní, čím spôsobil exekútorovi JUDr. Ľubomír Pekár škodu vo výške 6,00 Eur, - dňa 18.09.2015 zadal na prevod a dňa 21.09.2015 bola pripísaná na účet č. XXXXXXXXXX/XXXX suma vo výške 10,00 Eur v exekučnom konaní pod číslom 611/05 vo veci oprávneného Slovak Telekom, a.s., IČO: 35763469 a povinného F. E., nar. XX.XX.XXXX, pričom išlo o preplatok povinného v exekučnom konaní, čím spôsobil exekútorovi JUDr. Ľubomír Pekár škodu vo výške 10,00 Eur, - dňa 21.09.2015 zadal na prevod a dňa 22.09.2015 bola pripísaná na účet č. E. suma vo výške 49,16 Eur v exekučnom konaní pod číslom 20044/05 vo veci oprávneného mal. H. G. a povinného P. O., nar. XX.X.XXXX, pričom išlo o preplatok povinného v exekučnom konaní, čím spôsobil exekútorovi JUDr. Ľubomír Pekár škodu vo výške 49,16 Eur, - dňa 23.09.2015 zadal na prevod a dňa 24.09.2015 bola pripísaná na účet č. E. suma vo výške 15,79 Eur v exekučnom konaní pod číslom 259/09 vo veci oprávneného Slovak Telekom, a.s., IČO: 35763469 a povinného R. T., nar. X.X.XXXX, pričom išlo o preplatok povinného v exekučnom konaní, čím spôsobil exekútorovi JUDr. Ľubomír Pekár škodu vo výške 15,79 Eur, - dňa 23.09.2015 zadal na prevod a dňa 24.09.2015 bola pripísaná na účet č. E. suma vo výške 58,02 Eur v exekučnom konaní pod číslom 274/10 vo veci oprávneného Slovak Telekom, a.s., IČO: 35763469 a povinného B. O., nar. XX.XX.XXXX, pričom išlo o preplatok povinného v exekučnom konaní, čím spôsobil exekútorovi JUDr. Ľubomír Pekár škodu vo výške 58,02 Eur, - dňa 28.09.2015 zadal na prevod a dňa 29.09.2015 bola pripísaná na účet č. E. suma vo výške 178,82 Eur v exekučnom konaní pod číslom 3130/14 vo veci oprávneného Q. G., nar. XX.X.XXXX a povinného P. G., nar. XX.XX.XXXX, pričom išlo o preplatok povinného v exekučnom konaní, čím spôsobil exekútorovi A. N. K. škodu vo výške 178,82 Eur, - dňa 01.10.2015 zadal na prevod a dňa 02.10.2015 bola pripísaná na účet č. E. suma vo výške 140,00 Eur v exekučnom konaní pod číslom 1038/04 vo veci oprávneného Slovak Telekom, a.s., IČO: 35763469 a povinného O. U., nar. XX.X.XXXX, pričom išlo o odmenu exekútora za záložné právo, čím spôsobil exekútorovi JUDr. Ľubomír Pekár škodu vo výške 140,00 Eur, - dňa 01.10.2015 zadal na prevod a dňa 02.10.2015 bola pripísaná na účet č. E. suma vo výške 78,95 Eur v exekučnom konaní pod číslom 3108/06 vo veci oprávneného Slovak Telekom, a.s., IČO: 35763469 a povinného B. X., nar. X.X.XXXX, pričom išlo o preplatok povinného v exekučnom konaní, čím spôsobil exekútorovi JUDr. Ľubomír Pekár škodu vo výške 78,95 Eur, - dňa 05.10.2015 zadal na prevod a dňa 06.10.2015 bola pripísaná na účet č. E. suma vo výške 162,32 Eur v exekučnom konaní pod číslom 20118/01 vo veci oprávneného Rapid life životná poisťovňa, a.s., IČO: 31690904 a povinného [. J., nar. X.X.XXXX, pričom išlo o preplatok povinného v exekučnom konaní, čím spôsobil exekútorovi JUDr. Ľubomír Pekár škodu vo výške 162,32 Eur, - dňa 07.10.2015 zadal na prevod a dňa 08.10.2015 bola pripísaná na účet č. E. suma vo výške 100,00 Eur v exekučnom konaní pod číslom 1877/05 vo veci oprávneného Slovak Telekom, a.s., IČO: 35763469 a povinného I. T., nar. XX.X.XXXX, pričom išlo o preplatok povinného v exekučnom konaní, čím spôsobil exekútorovi JUDr. Ľubomír Pekár škodu vo výške 100,00 Eur, - dňa 09.10.2015 zadal na prevod a dňa 12.10.2015 bola pripísaná na účet č. E. suma vo výške 63,76 Eur v exekučnom konaní pod číslom 4836/10 vo veci oprávneného Slovak Telekom, a.s., IČO: 35763469 a povinného A. I. G., nar. XX.XX.XXXX, pričom išlo o preplatok povinného v exekučnom konaní, čím spôsobil exekútorovi A. N. K. škodu vo výške 63,76 Eur, - dňa 12.10.2015 zadal na prevod a dňa 13.10.2015 bola pripísaná na účet č. XXXXXXXXXX/XXXX suma vo výške 25,27 Eur v exekučnom konaní pod číslom 571/10 vo veci oprávneného Slovak Telekom, a.s., IČO: 35763469 a povinného K. Y., nar. X.XX.XXXX, pričom išlo o preplatok povinného v exekučnom konaní, čím spôsobil exekútorovi JUDr. Ľubomír Pekár škodu vo výške 25,27 Eur, - dňa 13.10.2015 zadal na prevod a dňa 14.10.2015 bola pripísaná na účet č. E. suma vo výške 100,00 Eur v exekučnom konaní pod číslom 4905/06 vo veci oprávneného Slovak Telekom, a.s., IČO: 35763469 a povinného B. X. , nar. XX.X.XXXX, pričom išlo o preplatok povinného v exekučnom konaní, čím spôsobil exekútorovi JUDr. Ľubomír Pekár škodu vo výške 100,00 Eur, - dňa 15.10.2015 zadal na prevod a dňa 19.10.2015 bola pripísaná na účet č. E. suma vo výške 187,31 Eur v exekučnom konaní pod číslom 2660/13 vo veci oprávneného Slovak Telekom, a.s., IČO: 35763469 a povinného A. B., nar. XX.X.XXXX, pričom išlo o preplatok povinného v exekučnom konaní, čím spôsobil exekútorovi JUDr. Ľubomír Pekár škodu vo výške 187,31 Eur,</w:t>
      </w:r>
    </w:p>
    <w:p>
      <w:r>
        <w:t>- dňa 15.10.2015 zadal na prevod a dňa 19.10.2015 bola pripísaná na účet č. XXXXXXXXXX/XXXX suma vo výške 10,00 Eur v exekučnom konaní pod číslom 611/05 vo veci oprávneného Slovak Telekom, a.s., IČO: 35763469 a povinného F. E., nar. XX.XX.XXXX, pričom išlo o preplatok povinného v exekučnom konaní, čím spôsobil exekútorovi JUDr. Ľubomír Pekár škodu vo výške 10,00 Eur, - dňa 20.10.2015 zadal na prevod a dňa 21.10.2015 bola pripísaná na účet č. E. suma vo výške 5,40 Eur v exekučnom konaní pod číslom 4905/06 vo veci oprávneného Slovak Telekom, a.s., IČO: 35763469 a povinného B. X. , nar. XX.X.XXXX, pričom išlo o preplatok povinného v exekučnom konaní, čím spôsobil exekútorovi A. N. K. škodu vo výške 5,40 Eur, - dňa 20.10.2015 zadal na prevod a dňa 21.10.2015 bola pripísaná na účet č. E. suma vo výške 50,00 Eur v exekučnom konaní pod číslom 1220/06 vo veci oprávneného Slovak Telekom, a.s., IČO: 35763469 a povinného Q. F., nar. XX.X.XXXX, pričom išlo o preplatok povinného v exekučnom konaní, čím spôsobil exekútorovi JUDr. Ľubomír Pekár škodu vo výške 50,00 Eur, - dňa 20.10.2015 zadal na prevod a dňa 21.10.2015 bola pripísaná na účet č. E. suma vo výške 141,94 Eur v exekučnom konaní pod číslom 287/12 vo veci oprávneného Slovak Telekom, a.s., IČO: 35763469 a povinného J. H., nar. XX.X.XXXX, pričom išlo o trovy konania exekútora, čím spôsobil exekútorovi JUDr. Ľubomír Pekár škodu vo výške 141,94 Eur, - dňa 22.10.2015 zadal na prevod a dňa 26.10.2015 bola pripísaná na účet č. E. suma vo výške 100,00 Eur v exekučnom konaní pod číslom XXXX/XX vo veci oprávneného Slovak Telekom, a.s., IČO: 35763469 a povinného A. I., nar. XX.XX.XXXX, pričom išlo o preplatok povinného v exekučnom konaní, čím spôsobil exekútorovi JUDr. Ľubomír Pekár škodu vo výške 100,00 Eur, - dňa 27.10.2015 zadal na prevod a dňa 28.10.2015 bola pripísaná na účet č. E. suma vo výške 66,14 Eur v exekučnom konaní pod číslom 2359/10 vo veci oprávneného Slovak Telekom, a.s., IČO: 35763469 a povinného B. T., nar. XX.X.XXXX, pričom išlo o preplatok povinného v exekučnom konaní, čím spôsobil exekútorovi JUDr. Ľubomír Pekár škodu vo výške 66,14 Eur, - dňa 23.10.2015 zadal na prevod a dňa 28.10.2015 bola pripísaná na účet č. E. suma vo výške 211,79 Eur v exekučnom konaní pod číslom 2303/09 vo veci oprávneného Slovak Telekom, a.s., IČO: 35763469 a povinného A. R., nar. X.X.XXXX, pričom išlo o trovy exekútora, čím spôsobil exekútorovi JUDr. Ľubomír Pekár škodu vo výške 211,79 Eur, - dňa 30.10.2015 zadal na prevod a dňa 02.11.2015 bola pripísaná na účet č. E. suma vo výške 117,07 Eur v exekučnom konaní pod číslom 4475/13 vo veci oprávneného Slovak Telekom, a.s., IČO: 35763469 a povinného H. [. , nar. X.X.XXXX, pričom išlo o preplatok povinného v exekučnom konaní, čím spôsobil exekútorovi JUDr. Ľubomír Pekár škodu vo výške 117,07 Eur, - dňa 30.10.2015 zadal na prevod a dňa 02.11.2015 bola pripísaná na účet č. E. suma vo výške 56,03 Eur v exekučnom konaní pod číslom 4475/13 vo veci oprávneného Slovak Telekom, a.s., IČO: 35763469 a povinného H. [. , nar. X.X.XXXX, pričom išlo o preplatok povinného v exekučnom konaní, čím spôsobil exekútorovi JUDr. Ľubomír Pekár škodu vo výške 56,03 Eur, - dňa 02.11.2015 zadal na prevod a dňa 03.11.2015 bola pripísaná na účet č. E. suma vo výške 5,67 Eur v exekučnom konaní pod číslom 3660/05 vo veci oprávneného Slovak Telekom, a.s., IČO: 35763469 a povinného U. Q., nar. XX.X.XXXX, pričom išlo o preplatok povinného v exekučnom konaní, čím spôsobil exekútorovi JUDr. Ľubomír Pekár škodu vo výške 5,67 Eur, - dňa 02.11.2015 zadal na prevod a dňa 03.11.2015 bola pripísaná na účet č. XXXXXXXXXX/XXXX suma vo výške 10,45 Eur v exekučnom konaní pod číslom 1385/04 vo veci oprávneného Slovak Telekom, a.s., IČO: 35763469 a povinného F. X., nar. XX.X.XXXX, pričom išlo o preplatok povinného v exekučnom konaní, čím spôsobil exekútorovi JUDr. Ľubomír Pekár škodu vo výške 10,45 Eur, - dňa 02.11.2015 zadal na prevod a dňa 04.11.2015 bola pripísaná na účet č. E. suma vo výške 83,57 Eur v exekučnom konaní pod číslom 4987/09 vo veci oprávneného Slovak Telekom, a.s., IČO: 35763469 a povinného P. U., nar. X.X.XXXX, pričom išlo o preplatok povinného v exekučnom konaní, čím spôsobil exekútorovi JUDr. Ľubomír Pekár škodu vo výške 83,57 Eur, - dňa 03.11.2015 zadal na prevod a dňa 04.11.2015 bola pripísaná na účet č. E. suma vo výške 87,83 Eur v exekučnom konaní pod číslom 3108/06 vo veci oprávneného Slovak Telekom, a.s., IČO: 35763469 a povinného B. X., nar. X.X.XXXX, pričom išlo o preplatok povinného v exekučnom konaní, čím spôsobil exekútorovi JUDr. Ľubomír Pekár škodu vo výške 87,83 Eur, - dňa 03.11.2015 zadal na prevod a dňa 04.11.2015 bola pripísaná na účet č. XXXXXXXXXX/XXXX suma vo výške 22,65 Eur v exekučnom konaní pod číslom 4342/06 vo veci oprávneného Slovak Telekom, a.s., IČO: 35763469 a povinného A. E., nar. XX.X.XXXX, pričom išlo o preplatok povinného v exekučnom konaní, čím spôsobil exekútorovi JUDr. Ľubomír Pekár škodu vo výške 22,65 Eur, - dňa 05.11.2015 zadal na prevod a dňa 06.11.2015 bola pripísaná na účet č. E. suma vo výške 18,31 Eur v exekučnom konaní pod číslom 259/09 vo veci oprávneného Slovak Telekom, a.s., IČO: 35763469</w:t>
      </w:r>
    </w:p>
    <w:p>
      <w:r>
        <w:t>a povinného R. T., nar. X.X.XXXX, pričom išlo o preplatok povinného v exekučnom konaní, čím spôsobil exekútorovi JUDr. Ľubomír Pekár škodu vo výške 18,31 Eur, - dňa 05.11.2015 zadal na prevod a dňa 06.11.2015 bola pripísaná na účet č. E. suma vo výške 68,00 Eur v exekučnom konaní pod číslom 1877/05 vo veci oprávneného Slovak Telekom, a.s., IČO: 35763469 a povinného I. T., nar. XX.X.XXXX, pričom išlo o preplatok povinného v exekučnom konaní, čím spôsobil exekútorovi JUDr. Ľubomír Pekár škodu vo výške 68,00 Eur, - dňa 09.11.2015 zadal na prevod a dňa 10.11.2015 bola pripísaná na účet č. E. suma vo výške 130,00 Eur v exekučnom konaní pod číslom 3316/05 vo veci oprávneného Slovak Telekom, a.s., IČO: 35763469 a povinného B. I., nar. XX.XX.XXXX, pričom išlo o vymoženú čiastku oprávneného v exekučnom konaní v sume 104,84 Eur a trovy konania exekútora v sume 25,16 Eur, čím spôsobil exekútorovi JUDr. Ľubomír Pekár škodu vo výške 130,00 Eur, - dňa 10.11.2015 zadal na prevod a dňa 11.11.2015 bola pripísaná na účet č. E. suma vo výške 60,24 Eur v exekučnom konaní pod číslom 4836/10 vo veci oprávneného Slovak Telekom, a.s., IČO: 35763469 a povinného A. I. G., nar. XX.XX.XXXX, pričom išlo o preplatok povinného v exekučnom konaní, čím spôsobil exekútorovi JUDr. Ľubomír Pekár škodu vo výške 60,24 Eur, - dňa 11.11.2015 zadal na prevod a dňa 12.11.2015 bola pripísaná na účet č. XXXXXXXXXX/XXXX suma vo výške 16,98 Eur v exekučnom konaní pod číslom 2521/05 vo veci oprávneného Slovak Telekom, a.s., IČO: 35763469 a povinného B. J., nar. XX.XX.XXXX, pričom išlo o preplatok povinného v exekučnom konaní, čím spôsobil exekútorovi JUDr. Ľubomír Pekár škodu vo výške 16,98 Eur, - dňa 13.11.2015 zadal na prevod a dňa 16.11.2015 bola pripísaná na účet č. E. suma vo výške 26,28 Eur v exekučnom konaní pod číslom 1479/13 vo veci oprávneného Slovak Telekom, a.s., IČO: 35763469 a povinného B. K., nar. X.X.XXXX, pričom išlo o preplatok povinného v exekučnom konaní, čím spôsobil exekútorovi JUDr. Ľubomír Pekár škodu vo výške 26,28 Eur, - dňa 13.11.2015 zadal na prevod a dňa 16.11.2015 bola pripísaná na účet č. XXXXXXXXXX/XXXX suma vo výške 120,69 Eur v exekučnom konaní pod číslom 2521/05 vo veci oprávneného Slovak Telekom, a.s., IČO: 35763469 a povinného B. J., nar. XX.XX.XXXX, pričom išlo o preplatok povinného v exekučnom konaní, čím spôsobil exekútorovi JUDr. Ľubomír Pekár škodu vo výške 120,69 Eur, - dňa 18.11.2015 zadal na prevod a dňa 19.11.2015 bola pripísaná na účet č. E. suma vo výške 173,58 Eur v exekučnom konaní pod číslom 1514/14 vo veci oprávneného F. E., nar. X.X.XXXX a povinného F. E., nar. XX.X.XXXX, pričom išlo o preplatok povinného v exekučnom konaní, čím spôsobil exekútorovi JUDr. Ľubomír Pekár škodu vo výške 173,58 Eur, - dňa 19.11.2015 zadal na prevod a dňa 20.11.2015 bola pripísaná na účet č. XXXXXXXXXX/XXXX suma vo výške 10,00 Eur v exekučnom konaní pod číslom 611/05 vo veci oprávneného Slovak Telekom, a.s., IČO: 35763469 a povinného F. E., nar. XX.XX.XXXX, pričom išlo o preplatok povinného v exekučnom konaní, čím spôsobil exekútorovi JUDr. Ľubomír Pekár škodu vo výške 10,00 Eur, - dňa 25.11.2015 zadal na prevod a dňa 27.11.2015 bola pripísaná na účet č. E. suma vo výške 1.000,00 Eur v exekučnom konaní pod číslom 2605/15 vo veci oprávneného mal. D. D. a povinného H. D., nar. X.X.XXXX, pričom išlo o preplatok povinného v exekučnom konaní, čím spôsobil exekútorovi JUDr. Ľubomír Pekár škodu vo výške 1.000,00 Eur, - dňa 01.12.2015 zadal na prevod a dňa 03.12.2015 bola pripísaná na účet č. E. suma vo výške 56,75 Eur v exekučnom konaní pod číslom 4987/09 vo veci oprávneného Slovak Telekom, a.s., IČO: 35763469 a povinného P. U., nar. X.X.XXXX, pričom išlo o preplatok povinného v exekučnom konaní, čím spôsobil exekútorovi JUDr. Ľubomír Pekár škodu vo výške 56,75 Eur, - dňa 01.12.2015 zadal na prevod a dňa 03.12.2015 bola pripísaná na účet č. E. suma vo výške 87,83 Eur v exekučnom konaní pod číslom 3108/06 vo veci oprávneného Slovak Telekom, a.s., IČO: 35763469 a povinného B. X., nar. X.X.XXXX, pričom išlo o preplatok povinného v exekučnom konaní, čím spôsobil exekútorovi JUDr. Ľubomír Pekár škodu vo výške 87,83 Eur, - dňa 02.12.2015 zadal na prevod a dňa 03.12.2015 bola pripísaná na účet č. E. suma vo výške 168,32 Eur v exekučnom konaní pod číslom XXXX/XX vo veci oprávneného mal. B. I. a povinného A. I., nar. XX.X.XXXX, pričom išlo o preplatok povinného v exekučnom konaní, čím spôsobil exekútorovi JUDr. Ľubomír Pekár škodu vo výške 168,32 Eur, - dňa 02.12.2015 zadal na prevod a dňa 03.12.2015 bola pripísaná na účet č. E. suma vo výške 140,00 Eur v exekučnom konaní pod číslom 2080/06 vo veci oprávneného Slovak Telekom, a.s., IČO: 35763469 a povinného Q. B., nar. XX.X.XXXX, pričom išlo o vymoženú čiastku oprávneného v exekučnom konaní v sume 112,92 Eur a trovy konania exekútora v sume 27,08 Eur, čím spôsobil exekútorovi JUDr. Ľubomír Pekár škodu vo výške 140,00 Eur, - dňa 02.12.2015 zadal na prevod a dňa 03.12.2015 bola pripísaná na účet č. E. suma vo výške 118,77 Eur v exekučnom konaní pod číslom 20396/02 vo veci oprávneného Sociálna poisťovňa Bratislava,</w:t>
      </w:r>
    </w:p>
    <w:p>
      <w:r>
        <w:t>pobočka Prievidza, IČO: 30807484 a povinného J. A., nar. X.XX.XXXX, pričom išlo o preplatok povinného v exekučnom konaní, čím spôsobil exekútorovi A. N. K. škodu vo výške 118,77 Eur, - dňa 02.12.2015 zadal na prevod a dňa 03.12.2015 bola pripísaná na účet č. E. suma vo výške 18,91 Eur v exekučnom konaní pod číslom 4152/06 vo veci oprávneného Slovak Telekom, a.s., IČO: 35763469 a povinného J. K., nar. XX.X.XXXX, pričom išlo o preplatok povinného v exekučnom konaní, čím spôsobil exekútorovi A. N. K. škodu vo výške 18,91 Eur, - dňa 02.12.2015 zadal na prevod a dňa 03.12.2015 bola pripísaná na účet č. XXXXXXXXXX/XXXX suma vo výške 5,28 Eur v exekučnom konaní pod číslom 3109/06 vo veci oprávneného Slovak Telekom, a.s., IČO: 35763469 a povinného B. C., nar. XX.X.XXXX, pričom išlo o preplatok povinného v exekučnom konaní, čím spôsobil exekútorovi JUDr. Ľubomír Pekár škodu vo výške 5,28 Eur, - dňa 02.12.2015 zadal na prevod a dňa 03.12.2015 bola pripísaná na účet č. XXXXXXXXXX/XXXX suma vo výške 28,23 Eur v exekučnom konaní pod číslom XXXX/XX vo veci oprávneného Slovak Telekom, a.s., IČO: 35763469 a povinného A. E., nar. XX.X.XXXX, pričom išlo o preplatok povinného v exekučnom konaní, čím spôsobil exekútorovi A. N. K. škodu vo výške 28,23 Eur, - dňa 02.12.2015 zadal na prevod a dňa 03.12.2015 bola pripísaná na účet č. XXXXXXXXXX/XXXX suma vo výške 40,30 Eur v exekučnom konaní pod číslom 1385/04 vo veci oprávneného Slovak Telekom, a.s., IČO: 35763469 a povinného F. X., nar. XX.X.XXXX, pričom išlo o preplatok povinného v exekučnom konaní, čím spôsobil exekútorovi JUDr. Ľubomír Pekár škodu vo výške 40,30 Eur, - dňa 08.12.2015 zadal na prevod a dňa 09.12.2015 bola pripísaná na účet č. E. suma vo výške 129,97 Eur v exekučnom konaní pod číslom 2655/13 vo veci oprávneného Slovak Telekom, a.s., IČO: 35763469 a povinného E. I., nar. XX.X.XXXX, pričom išlo o trovy konania exekútora, čím spôsobil exekútorovi JUDr. Ľubomír Pekár škodu vo výške 129,97 Eur, - dňa 10.12.2015 zadal na prevod a dňa 14.12.2015 bola pripísaná na účet č. E. suma vo výške 35,21 Eur v exekučnom konaní pod číslom 2008/05 vo veci oprávneného Slovak Telekom, a.s., IČO: 35763469 a povinného A. M., nar. XX.X.XXXX, pričom išlo o preplatok povinného v exekučnom konaní, čím spôsobil exekútorovi JUDr. Ľubomír Pekár škodu vo výške 35,21 Eur, - dňa 14.12.2015 zadal na prevod a dňa 15.12.2015 bola pripísaná na účet č. E. suma vo výške 155,77 Eur v exekučnom konaní pod číslom 1479/13 vo veci oprávneného Slovak Telekom, a.s., IČO: 35763469 a povinného B. K., nar. X.X.XXXX, pričom išlo o preplatok povinného v exekučnom konaní, čím spôsobil exekútorovi JUDr. Ľubomír Pekár škodu vo výške 155,77 Eur, - dňa 14.12.2015 zadal na prevod a dňa 15.12.2015 bola pripísaná na účet č. E. suma vo výške 140,60 Eur v exekučnom konaní pod číslom 3484/06 vo veci oprávneného Slovak Telekom, a.s., IČO: 35763469 a povinného Q. E., nar. XX.X.XXXX, pričom išlo o trovy konania exekútora, čím spôsobil exekútorovi JUDr. Ľubomír Pekár škodu vo výške 140,60 Eur, - dňa 14.12.2015 zadal na prevod a dňa 15.12.2015 bola pripísaná na účet č. XXXXXXXXXX/XXXX suma vo výške 63,20 Eur v exekučnom konaní pod číslom 2521/05 vo veci oprávneného Slovak Telekom, a.s., IČO: 35763469 a povinného B. J., nar. XX.XX.XXXX, pričom išlo o preplatok povinného v exekučnom konaní, čím spôsobil exekútorovi JUDr. Ľubomír Pekár škodu vo výške 63,20 Eur, - dňa 15.12.2015 zadal na prevod a dňa 16.12.2015 bola pripísaná na účet č. E. suma vo výške 379,40 Eur v exekučnom konaní pod číslom 282/08 vo veci oprávneného Across Financial Services, s.r.o.. IČO: 35804319 a povinného W. F., nar. XX.XX.XXXX, pričom išlo o preplatok povinného v exekučnom konaní, čím spôsobil exekútorovi JUDr. Ľubomír Pekár škodu vo výške 379,40 Eur, - dňa 15.12.2015 zadal na prevod a dňa 16.12.2015 bola pripísaná na účet č. E. suma vo výške 58,08 Eur v exekučnom konaní pod číslom 4405/13 vo veci oprávneného Slovak Telekom, a.s., IČO: 35763469 a povinného A. T., nar. XX.X.XXXX, pričom išlo o preplatok povinného v exekučnom konaní, čím spôsobil exekútorovi JUDr. Ľubomír Pekár škodu vo výške 58,08 Eur, - dňa 15.12.2015 zadal na prevod a dňa 16.12.2015 bola pripísaná na účet č. E. suma vo výške 662,30 Eur v exekučnom konaní pod číslom 2238/15 vo veci oprávneného I. O., nar. XX.X.XXXX a povinného F. O., nar. XX.X.XXXX, pričom išlo o preplatok povinného v exekučnom konaní, čím spôsobil exekútorovi JUDr. Ľubomír Pekár škodu vo výške 662,30 Eur, - dňa 16.12.2015 zadal na prevod a dňa 17.12.2015 bola pripísaná na účet č. E. suma vo výške 36,74 Eur v exekučnom konaní pod číslom 1479/13 vo veci oprávneného Slovak Telekom, a.s., IČO: 35763469 a povinného B. K., nar. X.X.XXXX, pričom išlo o preplatok povinného v exekučnom konaní, čím spôsobil exekútorovi JUDr. Ľubomír Pekár škodu vo výške 36,74 Eur, - dňa 16.12.2015 zadal na prevod a dňa 17.12.2015 bola pripísaná na účet č. XXXXXXXXXX/XXXX suma vo výške 10,00 Eur v exekučnom konaní pod číslom 611/05 vo veci oprávneného Slovak Telekom, a.s., IČO: 35763469 a povinného F. E., nar. XX.XX.XXXX, pričom išlo o preplatok povinného v exekučnom konaní, čím spôsobil exekútorovi JUDr. Ľubomír Pekár škodu vo výške 10,00 Eur,</w:t>
      </w:r>
    </w:p>
    <w:p>
      <w:r>
        <w:t>- dňa 17.12.2015 zadal na prevod a dňa 18.12.2015 bola pripísaná na účet č. E. suma vo výške 31,50 Eur v exekučnom konaní pod číslom 20044/05 vo veci oprávneného mal. H. G. a povinného P. O., nar. XX.X.XXXX, pričom išlo o preplatok povinného v exekučnom konaní, čím spôsobil exekútorovi JUDr. Ľubomír Pekár škodu vo výške 31,50 Eur, - dňa 22.12.2015 zadal na prevod a dňa 23.12.2015 bola pripísaná na účet č. E. suma vo výške 100,01 Eur v exekučnom konaní pod číslom 8988/07 vo veci oprávneného Across Financial Services, s.r.o., IČO: 35804319 a povinného A. C., nar. X.XX.XXXX, pričom išlo o trovy konania exekútora, čím spôsobil exekútorovi JUDr. Ľubomír Pekár škodu vo výške 100,01 Eur, - dňa 22.12.2015 zadal na prevod a dňa 23.12.2015 bola pripísaná na účet č. E. suma vo výške 32,49 Eur v exekučnom konaní pod číslom 4152/06 vo veci oprávneného Slovak Telekom, a.s., IČO: 35763469 a povinného J. K., nar. XX.X.XXXX, pričom išlo o preplatok povinného v exekučnom konaní, čím spôsobil exekútorovi JUDr. Ľubomír Pekár škodu vo výške 32,49 Eur, - dňa 22.12.2015 zadal na prevod a dňa 23.12.2015 bola pripísaná na účet č. E. suma vo výške 176,38 Eur v exekučnom konaní pod číslom 4407/13 vo veci oprávneného Slovak Telekom, a.s., IČO: 35763469 a povinného U. T., nar. XX.X.XXXX, pričom išlo o preplatok povinného v exekučnom konaní, čím spôsobil exekútorovi JUDr. Ľubomír Pekár škodu vo výške 176,38 Eur, - dňa 04.01.2016 zadal na prevod a dňa 05.01.2016 bola pripísaná na účet č. XXXXXXXXXX/XXXX suma vo výške 40,30 Eur v exekučnom konaní pod číslom 1385/04 vo veci oprávneného Slovak Telekom, a.s., IČO: 35763469 a povinného F. X., nar. XX.X.XXXX, pričom išlo o preplatok povinného v exekučnom konaní, čím spôsobil exekútorovi JUDr. Ľubomír Pekár škodu vo výške 40,30 Eur, - dňa 04.01.2016 zadal na prevod a dňa 07.01.2016 bola pripísaná na účet č. E. suma vo výške 87,83 Eur v exekučnom konaní pod číslom 3108/06 vo veci oprávneného Slovak Telekom, a.s., IČO: 35763469 a povinného B. X., nar. X.X.XXXX, pričom išlo o preplatok povinného v exekučnom konaní v sume 56,77 Eur a odmenu exekútora za záložné právo v sume 31,06 Eur, čím spôsobil exekútorovi JUDr. Ľubomír Pekár škodu vo výške 87,83 Eur, - dňa 04.01.2016 zadal na prevod a dňa 07.01.2016 bola pripísaná na účet č. E. suma vo výške 72,37 Eur v exekučnom konaní pod číslom 4152/06 vo veci oprávneného Slovak Telekom, a.s., IČO: 35763469 a povinného J. K., nar. XX.X.XXXX, pričom išlo o preplatok povinného v exekučnom konaní, čím spôsobil exekútorovi JUDr. Ľubomír Pekár škodu vo výške 72,37 Eur, - dňa 04.01.2016 zadal na prevod a dňa 07.01.2016 bola pripísaná na účet č. XXXXXXXXXX/XXXX suma vo výške 28,23 Eur v exekučnom konaní pod číslom 4342/06 vo veci oprávneného Slovak Telekom, a.s., IČO: 35763469 a povinného A. E., nar. XX.X.XXXX, pričom išlo o preplatok povinného v exekučnom konaní, čím spôsobil exekútorovi JUDr. Ľubomír Pekár škodu vo výške 28,23 Eur, - dňa 04.01.2016 zadal na prevod a dňa 07.01.2016 bola pripísaná na účet č. XXXXXXXXXX/XXXX suma vo výške 72,15 Eur v exekučnom konaní pod číslom 3109/06 vo veci oprávneného Slovak Telekom, a.s., IČO: 35763469 a povinného B. C., nar. XX.X.XXXX, pričom išlo o preplatok povinného v exekučnom konaní, čím spôsobil exekútorovi JUDr. Ľubomír Pekár škodu vo výške 72,15 Eur, - dňa 07.01.2016 zadal na prevod a dňa 08.01.2016 bola pripísaná na účet č. E. suma vo výške 24,43 Eur v exekučnom konaní pod číslom 2655/13 vo veci oprávneného Slovak Telekom, a.s., IČO: 35763469 a povinného E. I., nar. XX.X.XXXX, pričom išlo o preplatok povinného v exekučnom konaní, čím spôsobil exekútorovi JUDr. Ľubomír Pekár škodu vo výške 24,43 Eur, - dňa 12.01.2016 zadal na prevod a dňa 13.01.2016 bola pripísaná na účet č. E. suma vo výške 136,13 Eur v exekučnom konaní pod číslom XXXX/XX vo veci oprávneného Slovak Telekom, a.s., IČO: 35763469 a povinného A. I., nar. XX.XX.XXXX, pričom išlo o preplatok povinného v exekučnom konaní, čím spôsobil exekútorovi JUDr. Ľubomír Pekár škodu vo výške 136,13 Eur, - dňa 12.01.2016 zadal na prevod a dňa 13.01.2016 bola pripísaná na účet č. E. suma vo výške 536,73 Eur v exekučnom konaní pod číslom 6609/07 vo veci oprávneného Across Financial Services, s.r.o., IČO: 35804319 a povinného B. D., nar. XX.X.XXXX, pričom išlo o preplatok povinného v exekučnom konaní, čím spôsobil exekútorovi JUDr. Ľubomír Pekár škodu vo výške 536,73 Eur, - dňa 14.01.2016 zadal na prevod a dňa 15.01.2016 bola pripísaná na účet č. E. suma vo výške 320,80 Eur v exekučnom konaní pod číslom 1479/13 vo veci oprávneného Slovak Telekom, a.s., IČO: 35763469 a povinného B. K., nar. X.X.XXXX, pričom išlo o preplatok povinného v exekučnom konaní, čím spôsobil exekútorovi JUDr. Ľubomír Pekár škodu vo výške 320,80 Eur, - dňa 14.01.2016 zadal na prevod a dňa 15.01.2016 bola pripísaná na účet č. E. suma vo výške 667,53 Eur v exekučnom konaní pod číslom 2238/15 vo veci oprávneného I. O., nar. XX.X.XXXX a povinného F. O., nar. XX.X.XXXX, pričom išlo o preplatok povinného v exekučnom konaní, čím spôsobil exekútorovi JUDr. Ľubomír Pekár škodu vo výške 667,53 Eur,</w:t>
      </w:r>
    </w:p>
    <w:p>
      <w:r>
        <w:t>- dňa 14.01.2016 zadal na prevod a dňa 18.01.2016 bola pripísaná na účet č. E. suma vo výške 11,82 Eur v exekučnom konaní pod číslom 4405/13 vo veci oprávneného Slovak Telekom, a.s., IČO: 35763469 a povinného A. T., nar. XX.X.XXXX, pričom išlo o preplatok povinného v exekučnom konaní, čím spôsobil exekútorovi JUDr. Ľubomír Pekár škodu vo výške 11,82 Eur, - dňa 15.01.2016 zadal na prevod a dňa 18.01.2016 bola pripísaná na účet č. XXXXXXXXXX/XXXX suma vo výške 10,- Eur v exekučnom konaní pod číslom 611/05 vo veci oprávneného Slovak Telekom, a.s., IČO: 35763469 a povinného F. E., nar. XX.XX.XXXX, pričom išlo o preplatok povinného v exekučnom konaní, čím spôsobil exekútorovi A. N. K. škodu vo výške 10,- Eur, - dňa 15.01.2016 zadal na prevod a dňa 19.01.2016 bola pripísaná na účet č. E. suma vo výške 66,38 Eur v exekučnom konaní pod číslom 20044/05 vo veci oprávneného mal. H. G. a povinného P. O., nar. XX.X.XXXX, pričom išlo o preplatok povinného v exekučnom konaní, čím spôsobil exekútorovi JUDr. Ľubomír Pekár škodu vo výške 66,38 Eur, - dňa 19.01.2016 zadal na prevod a dňa 20.01.2016 bola pripísaná na účet č. XXXXXXXXXX/XXXX suma vo výške 8,75 Eur v exekučnom konaní pod číslom 374/09 vo veci oprávneného Slovak Telekom, a.s., IČO: 35763469 a povinného Q. M., nar. XX.X.XXXX, pričom išlo o preplatok povinného v exekučnom konaní, čím spôsobil exekútorovi JUDr. Ľubomír Pekár škodu vo výške 8,75 Eur, - dňa 26.01.2016 zadal na prevod a dňa 28.01.2016 bola pripísaná na účet č. E. suma vo výške 225,62 Eur v exekučnom konaní pod číslom 2291/09 vo veci oprávneného Slovak Telekom, a.s., IČO: 35763469 a povinného Q. V., nar. X.XX.XXXX, pričom išlo o preplatok povinného v exekučnom konaní v sume 186,12 Eur a odmenu exekútora za záložné právo v sume 39,50 Eur, čím spôsobil exekútorovi A. N. K. škodu vo výške 225,62 Eur, - dňa 27.01.2016 zadal na prevod a dňa 28.01.2016 bola pripísaná na účet č. E. suma vo výške 32,59 Eur v exekučnom konaní pod číslom 4152/06 vo veci oprávneného Slovak Telekom, a.s., IČO: 35763469 a povinného J. K., nar. XX.X.XXXX, pričom išlo o preplatok povinného v exekučnom konaní, čím spôsobil exekútorovi JUDr. Ľubomír Pekár škodu vo výške 32,59 Eur, - dňa 01.02.2016 zadal na prevod a dňa 03.02.2016 bola pripísaná na účet č. E. suma vo výške 2.411,60 Eur v exekučnom konaní pod číslom 3235/07 vo veci oprávneného Across Financial Services, s.r.o., IČO: 35804319 a povinného Q. [., nar. XX.X.XXXX, pričom išlo o preplatok povinného v exekučnom konaní v sume 633,51 Eur a odmenu exekútora za záložné právo v sume 1778,09 Eur, čím spôsobil exekútorovi JUDr. Ľubomír Pekár škodu vo výške 2.411,60 Eur, - dňa 01.02.2016 zadal na prevod a dňa 03.02.2016 bola pripísaná na účet č. E. suma vo výške 88,43 Eur v exekučnom konaní pod číslom 3108/06 vo veci oprávneného Slovak Telekom, a.s., IČO: 35763469 a povinného B. X., nar. X.X.XXXX, pričom išlo o odmenu exekútora za záložné právo, čím spôsobil exekútorovi JUDr. Ľubomír Pekár škodu vo výške 88,43 Eur, - dňa 02.02.2016 zadal na prevod a dňa 03.02.2016 bola pripísaná na účet č. E. suma vo výške 73,- Eur v exekučnom konaní pod číslom XXXX/XX vo veci oprávneného Slovak Telekom, a.s., IČO: 35763469 a povinného J. K., nar. XX.X.XXXX, pričom išlo o preplatok povinného v exekučnom konaní, čím spôsobil exekútorovi JUDr. Ľubomír Pekár škodu vo výške 73,- Eur, - dňa 02.02.2016 zadal na prevod a dňa 03.02.2016 bola pripísaná na účet č. XXXXXXXXXX/XXXX suma vo výške 40,93 Eur v exekučnom konaní pod číslom 1385/04 vo veci oprávneného Slovak Telekom, a.s., IČO: 35763469 a povinného F. X., nar. XX.X.XXXX, pričom išlo o preplatok povinného v exekučnom konaní v sume 2,20 Eur a a odmenu exekútora za záložné právo v sume 38,73 Eur, čím spôsobil exekútorovi JUDr. Ľubomír Pekár škodu vo výške 40,93 Eur, - dňa 02.02.2016 zadal na prevod a dňa 03.02.2016 bola pripísaná na účet č. XXXXXXXXXX/XXXX suma vo výške 28,87 Eur v exekučnom konaní pod číslom 4342/06 vo veci oprávneného Slovak Telekom, a.s., IČO: 35763469 a povinného A. E., nar. XX.X.XXXX, pričom išlo o preplatok povinného v exekučnom konaní, čím spôsobil exekútorovi JUDr. Ľubomír Pekár škodu vo výške 28,87 Eur, - dňa 02.02.2016 zadal na prevod a dňa 03.02.2016 bola pripísaná na účet č. XXXXXXXXXX/XXXX suma vo výške 45,94 Eur v exekučnom konaní pod číslom 3109/06 vo veci oprávneného Slovak Telekom, a.s., IČO: 35763469 a povinného B. C., nar. XX.X.XXXX, pričom išlo o preplatok povinného v exekučnom konaní, čím spôsobil exekútorovi JUDr. Ľubomír Pekár škodu vo výške 45,94 Eur, - dňa 10.02.2016 zadal na prevod a dňa 11.02.2016 bola pripísaná na účet č. E. suma vo výške 157,65 Eur v exekučnom konaní pod číslom 3318/07 vo veci oprávneného Slovak Telekom, a.s., IČO: 35763469 a povinného B. H., nar. X.X.XXXX, pričom išlo o preplatok povinného v exekučnom konaní, čím spôsobil exekútorovi JUDr. Ľubomír Pekár škodu vo výške 157,65 Eur, - dňa 12.02.2016 zadal na prevod a dňa 15.02.2016 bola pripísaná na účet č. XXXXXXXXXX/XXXX suma vo výške 25,27 Eur v exekučnom konaní pod číslom 5480/07 vo veci oprávneného Slovak Telekom,</w:t>
      </w:r>
    </w:p>
    <w:p>
      <w:r>
        <w:t>a.s., IČO: 35763469 a povinného B. A., nar. XX.X.XXXX, pričom išlo o preplatok povinného v exekučnom konaní, čím spôsobil exekútorovi JUDr. Ľubomír Pekár škodu vo výške 25,27 Eur, - dňa 16.02.2016 zadal na prevod a dňa 17.02.2016 bola pripísaná na účet č. E. suma vo výške 432,26 Eur v exekučnom konaní pod číslom 1514/14 vo veci oprávneného F. E., nar. X.X.XXXX a povinného F. E., nar. XX.X.XXXX, pričom išlo o preplatok povinného v exekučnom konaní, čím spôsobil exekútorovi JUDr. Ľubomír Pekár škodu vo výške 432,26 Eur, - dňa 16.02.2016 zadal na prevod a dňa 17.02.2016 bola pripísaná na účet č. E. suma vo výške 96,09 Eur v exekučnom konaní pod číslom 2238/15 vo veci oprávneného I. O., nar. XX.X.XXXX a povinného F. O., nar. XX.X.XXXX, pričom išlo o preplatok povinného v exekučnom konaní, čím spôsobil exekútorovi JUDr. Ľubomír Pekár škodu vo výške 96,09 Eur, - dňa 17.02.2016 zadal na prevod a dňa 18.02.2016 bola pripísaná na účet č. XXXXXXXXXX/XXXX suma vo výške 10,00 Eur v exekučnom konaní pod číslom 611/05 vo veci oprávneného Slovak Telekom, a.s., IČO: 35763469 a povinného F. E., nar. XX.XX.XXXX, pričom išlo o preplatok povinného v exekučnom konaní, čím spôsobil exekútorovi JUDr. Ľubomír Pekár škodu vo výške 10,00 Eur, - dňa 18.02.2016 zadal na prevod a dňa 19.02.2016 bola pripísaná na účet č. E. suma vo výške 122,32 Eur v exekučnom konaní pod číslom 2081/06 vo veci oprávneného Slovak Telekom, a.s., IČO: 35763469 a povinného K. B., nar. XX.X.XXXX, pričom išlo o vymoženú čiastku oprávneného v exekučnom konaní, čím spôsobil exekútorovi JUDr. Ľubomír Pekár škodu vo výške 122,32 Eur, - dňa 22.02.2016 zadal na prevod a dňa 23.02.2016 bola pripísaná na účet č. E. suma vo výške 130,00 Eur v exekučnom konaní pod číslom 4422/13 vo veci oprávneného Slovak Telekom, a.s., IČO: 35763469 a povinného O. O., nar. XX.X.XXXX, pričom išlo o preplatok povinného v exekučnom konaní v sume 50,34 Eur a a odmenu exekútora za záložné právo v sume 79,66 Eur, čím spôsobil exekútorovi JUDr. Ľubomír Pekár škodu vo výške 130,00 Eur, - dňa 23.02.2016 zadal na prevod a dňa 24.02.2016 bola pripísaná na účet č. E. suma vo výške 151,24 Eur v exekučnom konaní pod číslom 7916/07 vo veci oprávneného Slovak Telekom, a.s., IČO: 35763469 a povinného B. T., nar. XX.X.XXXX, pričom išlo o preplatok povinného v exekučnom konaní, čím spôsobil exekútorovi JUDr. Ľubomír Pekár škodu vo výške 151,24 Eur, - dňa 25.02.2016 zadal na prevod a dňa 26.02.2016 bola pripísaná na účet č. E. suma vo výške 300,00 Eur v exekučnom konaní pod číslom 2796/10 vo veci oprávneného mal. E. K., mal. V. K. a povinného H. K., nar. XX.X.XXXX, pričom išlo o preplatok povinného v exekučnom konaní, čím spôsobil exekútorovi JUDr. Ľubomír Pekár škodu vo výške 300,00 Eur, - dňa 29.02.2016 zadal na prevod a dňa 01.03.2016 bola pripísaná na účet č. E. suma vo výške 27,67 Eur v exekučnom konaní pod číslom 3982/06 vo veci oprávneného Slovak Telekom, a.s., IČO: 35763469 a povinného H. B., štátny občan SR, nar. X.X.XXXX, pričom išlo o preplatok povinného v exekučnom konaní, čím spôsobil exekútorovi JUDr. Ľubomír Pekár škodu vo výške 27,67 Eur, - dňa 29.02.2016 zadal na prevod a dňa 01.03.2016 bola pripísaná na účet č. XXXXXXXXXX/XXXX suma vo výške 34,48 Eur v exekučnom konaní pod číslom 162/07 vo veci oprávneného Slovak Telekom, a.s., IČO: 35763469 a povinného [. M., nar. X.X.XXXX, pričom išlo o preplatok povinného v exekučnom konaní, čím spôsobil exekútorovi JUDr. Ľubomír Pekár škodu vo výške 34,48 Eur, - dňa 01.03.2016 zadal na prevod a dňa 02.03.2016 bola pripísaná na účet č. E. suma vo výške 179,73 Eur v exekučnom konaní pod číslom 5439/13 vo veci oprávneného Slovak Telekom, a.s., IČO: 35763469 a povinného D. U., nar. XX.X.XXXX, pričom išlo o preplatok povinného v exekučnom konaní, čím spôsobil exekútorovi A. N. K. škodu vo výške 179,73 Eur, - dňa 01.03.2016 zadal na prevod a dňa 02.03.2016 bola pripísaná na účet č. XXXXXXXXXX/XXXX suma vo výške 40,93 Eur v exekučnom konaní pod číslom 1385/04 vo veci oprávneného Slovak Telekom, a.s., IČO: 35763469 a povinného F. X., nar. XX.X.XXXX, pričom išlo o odmenu exekútora za záložné právo, čím spôsobil exekútorovi JUDr. Ľubomír Pekár škodu vo výške 40,93 Eur, - dňa 02.03.2016 zadal na prevod a dňa 03.03.2016 bola pripísaná na účet č. E. suma vo výške 73,- Eur v exekučnom konaní pod číslom 4152/06 vo veci oprávneného Slovak Telekom, a.s., IČO: 35763469 a povinného J. K., štátny občan SR, nar. XX.X.XXXX, pričom išlo o preplatok povinného v exekučnom konaní, čím spôsobil exekútorovi JUDr. Ľubomír Pekár škodu vo výške 73,- Eur, - dňa 02.03.2016 zadal na prevod a dňa 03.03.2016 bola pripísaná na účet č. XXXXXXXXXX/XXXX suma vo výške 21,66 Eur v exekučnom konaní pod číslom 4342/06 vo veci oprávneného Slovak Telekom, a.s., IČO: 35763469 a povinného A. E., nar. XX.X.XXXX, pričom išlo o preplatok povinného v exekučnom konaní, čím spôsobil exekútorovi JUDr. Ľubomír Pekár škodu vo výške 21,66 Eur, - dňa 02.03.2016 zadal na prevod a dňa 03.03.2016 bola pripísaná na účet č. XXXXXXXXXX/XXXX suma vo výške 62,00 Eur v exekučnom konaní pod číslom 374/09 vo veci oprávneného Slovak Telekom,</w:t>
      </w:r>
    </w:p>
    <w:p>
      <w:r>
        <w:t>a.s., IČO: 35763469 a povinného Q. M., nar. XX.X.XXXX, pričom išlo o preplatok povinného v exekučnom konaní, čím spôsobil exekútorovi A. N. K. škodu vo výške 62,00 Eur, - dňa 07.03.2016 zadal na prevod a dňa 08.03.2016 bola pripísaná na účet č. E. suma vo výške 257,41 Eur v exekučnom konaní pod číslom 144/11 vo veci oprávneného Slovak Telekom, a.s., IČO: 35763469 a povinného B. B., nar. XX.X.XXXX, pričom išlo o preplatok povinného v exekučnom konaní v sume 138,26 Eur a a odmenu exekútora za záložné právo v sume 119,15 Eur, čím spôsobil exekútorovi JUDr. Ľubomír Pekár škodu vo výške 257,41 Eur, - dňa 07.03.2016 zadal na prevod a dňa 08.03.2016 bola pripísaná na účet č. E. suma vo výške 75,25 Eur v exekučnom konaní pod číslom 1594/15 vo veci oprávneného Lekáreň MERIDIES, s.r.o., IČO: 36710822 a povinného D. O. – K., nar. XX.X.XXXX, IČO: 37066943, pričom išlo o preplatok povinného v exekučnom konaní, čím spôsobil exekútorovi JUDr. Ľubomír Pekár škodu vo výške 75,25 Eur, - dňa 11.03.2016 zadal na prevod a dňa 14.03.2016 bola pripísaná na účet č. E. suma vo výške 47,47 Eur v exekučnom konaní pod číslom XXX/XX vo veci oprávneného Slovak Telekom, a.s., IČO: 35763469 a povinného F. O., nar. X.X.XXXX, pričom išlo o preplatok povinného v exekučnom konaní, čím spôsobil exekútorovi JUDr. Ľubomír Pekár škodu vo výške 47,47 Eur, - dňa 14.03.2016 zadal na prevod a dňa 15.03.2016 bola pripísaná na účet č. E. suma vo výške 34,58 Eur v exekučnom konaní pod číslom 191/10 vo veci oprávneného Slovak Telekom, a.s., IČO: 35763469 a povinného A. O., nar. XX.X.XXXX, pričom išlo o preplatok povinného v exekučnom konaní, čím spôsobil exekútorovi JUDr. Ľubomír Pekár škodu vo výške 34,58 Eur, - dňa 15.03.2016 zadal na prevod a dňa 16.03.2016 bola pripísaná na účet č. E. suma vo výške 300,08 Eur v exekučnom konaní pod číslom 1514/14 vo veci oprávneného F. E., nar. X.X.XXXX a povinného F. E., nar. XX.X.XXXX, pričom išlo o preplatok povinného v exekučnom konaní, čím spôsobil exekútorovi JUDr. Ľubomír Pekár škodu vo výške 300,08 Eur, - dňa 17.03.2016 zadal na prevod a dňa 18.03.2016 bola pripísaná na účet č. E. suma vo výške 85,41 Eur v exekučnom konaní pod číslom 1366/14 vo veci oprávneného mal. B. E. a povinného F. E., nar. XX.X.XXXX, pričom išlo o trovy konania exekútora, čím spôsobil exekútorovi JUDr. Ľubomír Pekár škodu vo výške 85,41 Eur, - dňa 17.03.2016 zadal na prevod a dňa 18.03.2016 bola pripísaná na účet č. E. suma vo výške 160,73 Eur v exekučnom konaní pod číslom 4009/06 vo veci oprávneného Slovak Telekom, a.s., IČO: 35763469 a povinného D. E., nar. XX.X.XXXX, pričom išlo o preplatok povinného v exekučnom konaní, čím spôsobil exekútorovi JUDr. Ľubomír Pekár škodu vo výške 160,73 Eur, - dňa 17.03.2016 zadal na prevod a dňa 18.03.2016 bola pripísaná na účet č. E. suma vo výške 62,00 Eur v exekučnom konaní pod číslom 3683/13 vo veci oprávneného Slovak Telekom, a.s., IČO: 35763469 a povinného K. H., nar. XX.X.XXXX, pričom išlo o preplatok povinného v exekučnom konaní, čím spôsobil exekútorovi JUDr. Ľubomír Pekár škodu vo výške 62,00 Eur, - dňa 17.03.2016 zadal na prevod a dňa 18.03.2016 bola pripísaná na účet č. XXXXXXXXXX/XXXX suma vo výške 10,00 Eur v exekučnom konaní pod číslom 611/05 vo veci oprávneného Slovak Telekom, a.s., IČO: 35763469 a povinného F. E., nar. XX.XX.XXXX, pričom išlo o preplatok povinného v exekučnom konaní, čím spôsobil exekútorovi JUDr. Ľubomír Pekár škodu vo výške 10,00 Eur, - dňa 18.03.2016 zadal na prevod a dňa 21.03.2016 bola pripísaná na účet č. E. suma vo výške 47,24 Eur v exekučnom konaní pod číslom 8665/07 vo veci oprávneného Slovak Telekom, a.s., IČO: 35763469 a povinného U. [., nar. XX.X.XXXX, IČO: 33484066, pričom išlo o preplatok povinného v exekučnom konaní, čím spôsobil exekútorovi JUDr. Ľubomír Pekár škodu vo výške 47,24 Eur, - dňa 21.03.2016 zadal na prevod a dňa 22.03.2016 bola pripísaná na účet č. E. suma vo výške 125,02 Eur v exekučnom konaní pod číslom 2551/10 vo veci oprávneného Slovak Telekom, a.s., IČO: 35763469 a povinného B. R., nar. X.X.XXXX, pričom išlo o preplatok povinného v exekučnom konaní, čím spôsobil exekútorovi JUDr. Ľubomír Pekár škodu vo výške 125,02 Eur, - dňa 21.03.2016 zadal na prevod a dňa 22.03.2016 bola pripísaná na účet č. E. suma vo výške 230,00 Eur v exekučnom konaní pod číslom 2013/05 vo veci oprávneného Slovak Telekom, a.s., IČO: 35763469 a povinného F. K., nar. XX.X.XXXX, pričom išlo o preplatok povinného v exekučnom konaní, čím spôsobil exekútorovi JUDr. Ľubomír Pekár škodu vo výške 230,00 Eur, - dňa 31.03.2016 zadal na prevod a dňa 01.04.2016 bola pripísaná na účet č. E. suma vo výške 394,38 Eur v exekučnom konaní pod číslom 1660/00 vo veci oprávneného Bratislavská aukčná dražobná spoločnosť, s.r.o., IČO: 36664219 a povinného N. D., nar. XX.X.XXXX, pričom išlo o odmenu exekútora za záložné právo a trovy konania exekútora, čím spôsobil exekútorovi JUDr. Ľubomír Pekár škodu vo výške 394,38 Eur, - dňa 01.04.2016 zadal na prevod a dňa 04.04.2016 bola pripísaná na účet č. E. suma vo výške 1,83 Eur v exekučnom konaní pod číslom 466/08 vo veci oprávneného Slovak Telekom, a.s., IČO: 35763469</w:t>
      </w:r>
    </w:p>
    <w:p>
      <w:r>
        <w:t>a povinného K. I., nar. X.XX.XXXX, pričom išlo o preplatok povinného v exekučnom konaní, čím spôsobil exekútorovi JUDr. Ľubomír Pekár škodu vo výške 1,83 Eur, - dňa 01.04.2016 zadal na prevod a dňa 04.04.2016 bola pripísaná na účet č. E. suma vo výške 47,21 Eur v exekučnom konaní pod číslom 3982/06 vo veci oprávneného Slovak Telekom, a.s., IČO: 35763469 a povinného H. B., štátny občan SR, nar. X.X.XXXX, pričom išlo o preplatok povinného v exekučnom konaní, čím spôsobil exekútorovi JUDr. Ľubomír Pekár škodu vo výške 47,21 Eur, - dňa 01.04.2016 zadal na prevod a dňa 04.04.2016 bola pripísaná na účet č. XXXXXXXXXX/XXXX suma vo výške 29,41 Eur v exekučnom konaní pod číslom 1385/04 vo veci oprávneného Slovak Telekom, a.s., IČO: 35763469 a povinného F. X., nar. XX.X.XXXX, pričom išlo o preplatok povinného v exekučnom konaní, čím spôsobil exekútorovi JUDr. Ľubomír Pekár škodu vo výške 29,41 Eur, - dňa 11.04.2016 zadal na prevod a dňa 12.04.2016 bola pripísaná na účet č. E. suma vo výške 143,92 Eur v exekučnom konaní pod číslom XXXX/XX vo veci oprávneného Slovak Telekom, a.s., IČO: 35763469 a povinného A. Q., nar. XX.X.XXXX, pričom išlo o preplatok povinného v exekučnom konaní, čím spôsobil exekútorovi JUDr. Ľubomír Pekár škodu vo výške 143,92 Eur, - dňa 11.04.2016 zadal na prevod a dňa 12.04.2016 bola pripísaná na účet č. E. suma vo výške 87,92 Eur v exekučnom konaní pod číslom 728/09 vo veci oprávneného Slovak Telekom, a.s., IČO: 35763469 a povinného F. O., nar. X.X.XXXX, pričom išlo o preplatok povinného v exekučnom konaní, čím spôsobil exekútorovi JUDr. Ľubomír Pekár škodu vo výške 87,92 Eur, - dňa 15.04.2016 zadal na prevod a dňa 18.04.2016 bola pripísaná na účet č. E. suma vo výške 133,55 Eur v exekučnom konaní pod číslom 1514/14 vo veci oprávneného F. E., nar. X.X.XXXX a povinného F. E., nar. XX.X.XXXX, pričom išlo o preplatok povinného v exekučnom konaní, čím spôsobil exekútorovi JUDr. Ľubomír Pekár škodu vo výške 133,55 Eur, - dňa 15.04.2016 zadal na prevod a dňa 18.04.2016 bola pripísaná na účet č. E. suma vo výške 55,97 Eur v exekučnom konaní pod číslom 1366/14 vo veci oprávneného mal. B. E. a povinného F. E., nar. XX.X.XXXX, pričom išlo o trovy konania exekútora, čím spôsobil exekútorovi JUDr. Ľubomír Pekár škodu vo výške 55,97 Eur, - dňa 15.04.2016 zadal na prevod a dňa 18.04.2016 bola pripísaná na účet č. E. suma vo výške 88,56 Eur v exekučnom konaní pod číslom 1366/14 vo veci oprávneného mal. B. E. a povinného F. E., nar. XX.X.XXXX, pričom išlo o trovy konania exekútora, čím spôsobil exekútorovi JUDr. Ľubomír Pekár škodu vo výške 88,56 Eur, - dňa 15.04.2016 zadal na prevod a dňa 18.04.2016 bola pripísaná na účet č. E. suma vo výške 65,65 Eur v exekučnom konaní pod číslom 7966/07 vo veci oprávneného Slovak Telekom, a.s., IČO: 35763469 a povinného A. S., nar. XX.X.XXXX, pričom išlo o preplatok povinného v exekučnom konaní, čím spôsobil exekútorovi JUDr. Ľubomír Pekár škodu vo výške 65,65 Eur, - dňa 15.04.2016 zadal na prevod a dňa 18.04.2016 bola pripísaná na účet č. XXXXXXXXXX/XXXX suma vo výške 10,00 Eur v exekučnom konaní pod číslom 611/05 vo veci oprávneného Slovak Telekom, a.s., IČO: 35763469 a povinného F. E., nar. XX.XX.XXXX, pričom išlo o preplatok povinného v exekučnom konaní, čím spôsobil exekútorovi JUDr. Ľubomír Pekár škodu vo výške 10,00 Eur, - dňa 19.04.2016 zadal na prevod a dňa 20.04.2016 bola pripísaná na účet č. E. suma vo výške 63,13 Eur v exekučnom konaní pod číslom 20157/03 vo veci oprávneného Sociálna poisťovňa, Prievidza, IČO: 30807484 a povinného P. F. H., IČO: 35384425, pričom išlo o preplatok povinného v exekučnom konaní, čím spôsobil exekútorovi JUDr. Ľubomír Pekár škodu vo výške 63,13 Eur, - dňa 26.04.2016 zadal na prevod a dňa 27.04.2016 bola pripísaná na účet č. E. suma vo výške 18,78 Eur v exekučnom konaní pod číslom 2362/15 vo veci oprávneného J. R., nar. XX.X.XXXX a povinného J. R., nar. XX.X.XXXX, pričom išlo o preplatok povinného v exekučnom konaní, čím spôsobil exekútorovi JUDr. Ľubomír Pekár škodu vo výške 18,78 Eur, - dňa 26.04.2016 zadal na prevod a dňa 27.04.2016 bola pripísaná na účet č. E. suma vo výške 58,37 Eur v exekučnom konaní pod číslom 7926/07 vo veci oprávneného Slovak Telekom, a.s., IČO: 35763469 a povinného T. P. – [., nar. XX.X.XXXX, IČO: 35102080, pričom išlo o preplatok povinného v exekučnom konaní v sume 38,88 Eur a odmenu exekútora za záložné právo v sume 19,49 Eur, čím spôsobil exekútorovi JUDr. Ľubomír Pekár škodu vo výške 58,37 Eur, - dňa 29.04.2016 zadal na prevod a dňa 02.05.2016 bola pripísaná na účet č. E. suma vo výške 219,00 Eur v exekučnom konaní pod číslom XXXX/XX vo veci oprávneného Across Financial Services, s.r.o., IČO: 35804319 a povinného B. T., nar. XX.X.XXXX, pričom išlo o preplatok povinného v exekučnom konaní, čím spôsobil exekútorovi JUDr. Ľubomír Pekár škodu vo výške 219,00 Eur, - dňa 02.05.2016 zadal na prevod a dňa 03.05.2016 bola pripísaná na účet č. E. suma vo výške 177,47 Eur v exekučnom konaní pod číslom 4444/13 vo veci oprávneného Slovak Telekom, a.s., IČO: 35763469</w:t>
      </w:r>
    </w:p>
    <w:p>
      <w:r>
        <w:t>a povinného W. K., nar. X.X.XXXX, pričom išlo o preplatok povinného v exekučnom konaní, čím spôsobil exekútorovi JUDr. Ľubomír Pekár škodu vo výške 177,47 Eur, - dňa 02.05.2016 zadal na prevod a dňa 03.05.2016 bola pripísaná na účet č. E. suma vo výške 58,01 Eur v exekučnom konaní pod číslom 742/09 vo veci oprávneného Slovak Telekom, a.s., IČO: 35763469 a povinného R. B., nar. X.XX.XXXX, pričom išlo o preplatok povinného v exekučnom konaní, čím spôsobil exekútorovi A. N. K. škodu vo výške 58,01 Eur, - dňa 02.05.2016 zadal na prevod a dňa 03.05.2016 bola pripísaná na účet č. E. suma vo výške 58,35 Eur v exekučnom konaní pod číslom 7966/07 vo veci oprávneného Slovak Telekom, a.s., IČO: 35763469 a povinného A. S., nar. XX.X.XXXX, pričom išlo o preplatok povinného v exekučnom konaní, čím spôsobil exekútorovi JUDr. Ľubomír Pekár škodu vo výške 58,35 Eur, - dňa 02.05.2016 zadal na prevod a dňa 04.05.2016 bola pripísaná na účet č. E. suma vo výške 38,67 Eur v exekučnom konaní pod číslom 466/08 vo veci oprávneného Slovak Telekom, a.s., IČO: 35763469 a povinného K. I., nar. X.XX.XXXX, pričom išlo o preplatok povinného v exekučnom konaní, čím spôsobil exekútorovi JUDr. Ľubomír Pekár škodu vo výške 38,67 Eur, - dňa 03.05.2016 zadal na prevod a dňa 04.05.2016 bola pripísaná na účet č. XXXXXXXXXX/XXXX suma vo výške 11,24 Eur v exekučnom konaní pod číslom 3335/99 vo veci oprávneného INKASO pohľadávok s.r.o., IČO: 36039039 a povinného S. K., nar. XX.X.XXXX, pričom išlo o preplatok povinného v exekučnom konaní, čím spôsobil exekútorovi JUDr. Ľubomír Pekár škodu vo výške 11,24 Eur, - dňa 03.05.2016 zadal na prevod a dňa 04.05.2016 bola pripísaná na účet č. XXXXXXXXXX/XXXX suma vo výške 45,04 Eur v exekučnom konaní pod číslom 8315/07 vo veci oprávneného ARTIN, spol. s r.o., IČO: 31666183 a povinného J. B., nar. X.X.XXXX, pričom išlo o preplatok povinného v exekučnom konaní, čím spôsobil exekútorovi JUDr. Ľubomír Pekár škodu vo výške 45,04 Eur, - dňa 03.05.2016 zadal na prevod a dňa 05.05.2016 bola pripísaná na účet č. E. suma vo výške 170,38 Eur v exekučnom konaní pod číslom 20102/96 vo veci oprávneného Poľnohospodárske družstvo Horná Nitra, IČO: 201243 a povinného B. G., IČO: 30421926, pričom išlo o trovy konania exekútora, čím spôsobil exekútorovi JUDr. Ľubomír Pekár škodu vo výške 170,38 Eur, - dňa 11.05.2016 zadal na prevod a dňa 12.05.2016 bola pripísaná na účet č. E. suma vo výške 14,61 Eur v exekučnom konaní pod číslom 728/09 vo veci oprávneného Slovak Telekom, a.s., IČO: 35763469 a povinného F. O., nar. X.X.XXXX, pričom išlo o preplatok povinného v exekučnom konaní, čím spôsobil exekútorovi JUDr. Ľubomír Pekár škodu vo výške 14,61 Eur, - dňa 17.05.2016 zadal na prevod a dňa 18.05.2016 bola pripísaná na účet č. E. suma vo výške 115,53 Eur v exekučnom konaní pod číslom 1366/14 vo veci oprávneného mal. B. E. a povinného F. E., nar. XX.X.XXXX, pričom išlo o trovy konania exekútora, čím spôsobil exekútorovi JUDr. Ľubomír Pekár škodu vo výške 115,53 Eur, - dňa 17.05.2016 zadal na prevod a dňa 18.05.2016 bola pripísaná na účet č. E. suma vo výške 85,94 Eur v exekučnom konaní pod číslom 1366/14 vo veci oprávneného mal. B. E. a povinného F. E., nar. XX.X.XXXX, pričom išlo o trovy konania exekútora, čím spôsobil exekútorovi JUDr. Ľubomír Pekár škodu vo výške 85,94 Eur, - dňa 17.05.2016 zadal na prevod a dňa 18.05.2016 bola pripísaná na účet č. E. suma vo výške 34,31 Eur v exekučnom konaní pod číslom 884/07 vo veci oprávneného Slovak Telekom, a.s., IČO: 35763469 a povinného J. E., nar. XX.X.XXXX, pričom išlo o preplatok povinného v exekučnom konaní, čím spôsobil exekútorovi JUDr. Ľubomír Pekár škodu vo výške 34,31 Eur, - dňa 18.05.2016 zadal na prevod a dňa 19.05.2016 bola pripísaná na účet č. XXXXXXXXXX/XXXX suma vo výške 10,00 Eur v exekučnom konaní pod číslom 611/05 vo veci oprávneného Slovak Telekom, a.s., IČO: 35763469 a povinného F. E., nar. XX.XX.XXXX, pričom išlo o preplatok povinného v exekučnom konaní, čím spôsobil exekútorovi JUDr. Ľubomír Pekár škodu vo výške 10,00 Eur, - dňa 25.05.2016 zadal na prevod a dňa 26.05.2016 bola pripísaná na účet č. E. suma vo výške 100,00 Eur v exekučnom konaní pod číslom 7926/07 vo veci oprávneného Slovak Telekom, a.s., IČO: 35763469 a povinného T. P. – [., nar. XX.X.XXXX, IČO: 35102080, pričom išlo o preplatok povinného v exekučnom konaní, čím spôsobil exekútorovi A. N. K. škodu vo výške 100,00 Eur, - dňa 26.05.2016 zadal na prevod a dňa 27.05.2016 bola pripísaná na účet č. E. suma vo výške 51,46 Eur v exekučnom konaní pod číslom 2362/15 vo veci oprávneného J. R., nar. XX.X.XXXX a povinného J. R., nar. XX.X.XXXX, pričom išlo o preplatok povinného v exekučnom konaní, čím spôsobil exekútorovi JUDr. Ľubomír Pekár škodu vo výške 51,46 Eur, - dňa 01.06.2016 zadal na prevod a dňa 02.06.2016 bola pripísaná na účet č. E. suma vo výške 70,64 Eur v exekučnom konaní pod číslom 4444/13 vo veci oprávneného Slovak Telekom, a.s., IČO: 35763469 a povinného W. K., nar. X.X.XXXX, pričom išlo o preplatok povinného v exekučnom konaní v sume 19,60</w:t>
      </w:r>
    </w:p>
    <w:p>
      <w:r>
        <w:t>Eur a trovy exekútora v sume 51,04 Eur, čím spôsobil exekútorovi JUDr. Ľubomír Pekár škodu vo výške 70,64 Eur, - dňa 01.06.2016 zadal na prevod a dňa 02.06.2016 bola pripísaná na účet č. E. suma vo výške 38,63 Eur v exekučnom konaní pod číslom 742/09 vo veci oprávneného Slovak Telekom, a.s., IČO: 35763469 a povinného R. B., nar. X.XX.XXXX, pričom išlo o preplatok povinného v exekučnom konaní, čím spôsobil exekútorovi JUDr. Ľubomír Pekár škodu vo výške 38,63 Eur, - dňa 01.06.2016 zadal na prevod a dňa 03.06.2016 bola pripísaná na účet č. E. suma vo výške 38,67 Eur v exekučnom konaní pod číslom 466/08 vo veci oprávneného Slovak Telekom, a.s., IČO: 35763469 a povinného K. I., nar. X.XX.XXXX, pričom išlo o preplatok povinného v exekučnom konaní, čím spôsobil exekútorovi A. N. K. škodu vo výške 38,67 Eur, - dňa 01.06.2016 zadal na prevod a dňa 03.06.2016 bola pripísaná na účet č. XXXXXXXXXX/XXXX suma vo výške 63,38 Eur v exekučnom konaní pod číslom 8315/07 vo veci oprávneného ARTIN, spol. s r.o., IČO: 31666183 a povinného J. B., nar. X.X.XXXX, pričom išlo o preplatok povinného v exekučnom konaní, čím spôsobil exekútorovi JUDr. Ľubomír Pekár škodu vo výške 63,38 Eur, - dňa 13.06.2016 zadal na prevod a dňa 14.06.2016 bola pripísaná na účet č. E. suma vo výške 108,52 Eur v exekučnom konaní pod číslom 5465/07 vo veci oprávneného Slovak Telekom, a.s., IČO: 35763469 a povinného H. G., nar. XX.X.XXXX, pričom išlo o preplatok povinného v exekučnom konaní, čím spôsobil exekútorovi JUDr. Ľubomír Pekár škodu vo výške 108,52 Eur, - dňa 13.06.2016 zadal na prevod a dňa 14.06.2016 bola pripísaná na účet č. E. suma vo výške 16,70 Eur v exekučnom konaní pod číslom 1969/10 vo veci oprávneného Slovak Telekom, a.s., IČO: 35763469 a povinného Q. I., nar. X.X.XXXX, pričom išlo o preplatok povinného v exekučnom konaní, čím spôsobil exekútorovi A. N. K. škodu vo výške 16,70 Eur, - dňa 13.06.2016 zadal na prevod a dňa 14.06.2016 bola pripísaná na účet č. E. suma vo výške 79,92 Eur v exekučnom konaní pod číslom 4417/13 vo veci oprávneného Slovak Telekom, a.s., IČO: 35763469 a povinného I. O., nar. XX.X.XXXX, pričom išlo o preplatok povinného v exekučnom konaní, čím spôsobil exekútorovi A. N. K. škodu vo výške 79,92 Eur, - dňa 13.06.2016 zadal na prevod a dňa 14.06.2016 bola pripísaná na účet č. XXXXXXXXXX/XXXX suma vo výške 24,69 Eur v exekučnom konaní pod číslom 5434/13 vo veci oprávneného Slovak Telekom, a.s., IČO: 35763469 a povinného R. ^., nar. X.X.XXXX, pričom išlo o preplatok povinného v exekučnom konaní, čím spôsobil exekútorovi JUDr. Ľubomír Pekár škodu vo výške 24,69 Eur, - dňa 14.06.2016 zadal na prevod a dňa 15.06.2016 bola pripísaná na účet č. E. suma vo výške 25,14 Eur v exekučnom konaní pod číslom 1366/14 vo veci oprávneného mal. B. E. a povinného F. E., nar. XX.X.XXXX, pričom išlo o trovy konania exekútora, čím spôsobil exekútorovi JUDr. Ľubomír Pekár škodu vo výške 25,14 Eur, - dňa 15.06.2016 zadal na prevod a dňa 16.06.2016 bola pripísaná na účet č. XXXXXXXXXX/XXXX suma vo výške 10,00 Eur v exekučnom konaní pod číslom 611/05 vo veci oprávneného Slovak Telekom, a.s., IČO: 35763469 a povinného F. E., nar. XX.XX.XXXX pričom išlo o preplatok povinného v exekučnom konaní, čím spôsobil exekútorovi JUDr. Ľubomír Pekár škodu vo výške 10,00 Eur, - dňa 16.06.2016 zadal na prevod a dňa 17.06.2016 bola pripísaná na účet č. E. suma vo výške 87,86 Eur v exekučnom konaní pod číslom 1366/14 vo veci oprávneného mal. B. E. a povinného F. E., nar. XX.X.XXXX, pričom išlo o trovy konania exekútora, čím spôsobil exekútorovi JUDr. Ľubomír Pekár škodu vo výške 87,86 Eur, - dňa 17.06.2016 zadal na prevod a dňa 20.06.2016 bola pripísaná na účet č. E. suma vo výške 64,86 Eur v exekučnom konaní pod číslom 884/07 vo veci oprávneného Slovak Telekom, a.s., IČO: 35763469 a povinného J. E., nar. XX.X.XXXX, pričom išlo o preplatok povinného v exekučnom konaní, čím spôsobil exekútorovi JUDr. Ľubomír Pekár škodu vo výške 64,86 Eur, - dňa 24.06.2016 zadal na prevod a dňa 27.06.2016 bola pripísaná na účet č. E. suma vo výške 161,24 Eur v exekučnom konaní pod číslom 269/12 vo veci oprávneného Slovak Telekom, a.s., IČO: 35763469 a povinného A. X., nar. XX.X.XXXX, pričom išlo o preplatok povinného v exekučnom konaní, čím spôsobil exekútorovi JUDr. Ľubomír Pekár škodu vo výške 161,24 Eur, - dňa 24.06.2016 zadal na prevod a dňa 27.06.2016 bola pripísaná na účet č. E. suma vo výške 10,13 Eur v exekučnom konaní pod číslom 20062/01 vo veci oprávneného Prvá česko - slovenská poisťovňa a.s., Košice, IČO: 31690904 a povinného W. O. – O., nar. X.XX.XXXX, pričom išlo o preplatok povinného v exekučnom konaní, čím spôsobil exekútorovi A. N. K. škodu vo výške 10,13 Eur, - dňa 01.07.2016 zadal na prevod a dňa 04.07.2016 bola pripísaná na účet č. E. suma vo výške 63,96 Eur v exekučnom konaní pod číslom 2653/13 vo veci oprávneného Slovak Telekom, a.s., IČO: 35763469 a povinného I. O., nar. X.X.XXXX, pričom išlo o preplatok povinného v exekučnom konaní, čím spôsobil exekútorovi JUDr. Ľubomír Pekár škodu vo výške 63,96 Eur,</w:t>
      </w:r>
    </w:p>
    <w:p>
      <w:r>
        <w:t>- dňa 01.07.2016 zadal na prevod a dňa 04.07.2016 bola pripísaná na účet č. E. suma vo výške 38,67 Eur v exekučnom konaní pod číslom 466/08 vo veci oprávneného Slovak Telekom, a.s., IČO: 35763469 a povinného K. I., nar. X.XX.XXXX, pričom išlo o preplatok povinného v exekučnom konaní, čím spôsobil exekútorovi JUDr. Ľubomír Pekár škodu vo výške 38,67 Eur, - dňa 01.07.2016 zadal na prevod a dňa 04.07.2016 bola pripísaná na účet č. E. suma vo výške 31,98 Eur v exekučnom konaní pod číslom 5544/08 vo veci oprávneného Slovak Telekom, a.s., IČO: 35763469 a povinného A. O., nar. XX.X.XXXX, pričom išlo o preplatok povinného v exekučnom konaní v sume 3,49 Eur a odmenu exekútora za záložné právo v sume 28,49 Eur, čím spôsobil exekútorovi JUDr. Ľubomír Pekár škodu vo výške 31,98 Eur, - dňa 01.07.2016 zadal na prevod a dňa 04.07.2016 bola pripísaná na účet č. E. suma vo výške 31,25 Eur v exekučnom konaní pod číslom 742/09 vo veci oprávneného Slovak Telekom, a.s., IČO: 35763469 a povinného R. B., nar. X.XX.XXXX, pričom išlo o preplatok povinného v exekučnom konaní, čím spôsobil exekútorovi JUDr. Ľubomír Pekár škodu vo výške 31,25 Eur, - dňa 06.07.2016 zadal na prevod a dňa 07.07.2016 bola pripísaná na účet č. E. suma vo výške 200,00 Eur v exekučnom konaní pod číslom XXXX/XX vo veci oprávneného Slovak Telekom, a.s. , IČO: 35763469 a povinného K. J., nar. X.X.XXXX, pričom išlo o trovy konania exekútora, čím spôsobil exekútorovi JUDr. Ľubomír Pekár škodu vo výške 200,00 Eur, - dňa 11.07.2016 zadal na prevod a dňa 12.07.2016 bola pripísaná na účet č. E. suma vo výške 174,24 Eur v exekučnom konaní pod číslom 3765/06 vo veci oprávneného Slovak Telekom, a.s., IČO: 35763469 a povinného B. K., nar. XX.X.XXXX, pričom išlo o preplatok povinného v exekučnom konaní v sume 94,58 Eur a odmenu exekútora za záložné právo v sume 79,66 Eur, čím spôsobil exekútorovi JUDr. Ľubomír Pekár škodu vo výške 174,24 Eur, - dňa 13.07.2016 zadal na prevod a dňa 14.07.2016 bola pripísaná na účet č. E. suma vo výške 4,42 Eur v exekučnom konaní pod číslom 1366/14 vo veci oprávneného mal. B. E. a povinného F. E., nar. XX.X.XXXX, pričom išlo o trovy konania exekútora, čím spôsobil exekútorovi JUDr. Ľubomír Pekár škodu vo výške 4,42 Eur, - dňa 13.07.2016 zadal na prevod a dňa 14.07.2016 bola pripísaná na účet č. E. suma vo výške 23,79 Eur v exekučnom konaní pod číslom 1969/10 vo veci oprávneného Slovak Telekom, a.s., IČO: 35763469 a povinného Q. I., nar. X.X.XXXX, pričom išlo o preplatok povinného v exekučnom konaní, čím spôsobil exekútorovi JUDr. Ľubomír Pekár škodu vo výške 23,79 Eur, - dňa 15.07.2016 zadal na prevod a dňa 18.07.2016 bola pripísaná na účet č. E. suma vo výške 40,77 Eur v exekučnom konaní pod číslom 1366/14 vo veci oprávneného mal. B. E. a povinného F. E., nar. XX.X.XXXX, pričom išlo o trovy konania exekútora, čím spôsobil exekútorovi JUDr. Ľubomír Pekár škodu vo výške 40,77 Eur, - dňa 15.07.2016 zadal na prevod a dňa 18.07.2016 bola pripísaná na účet č. E. suma vo výške 64,86 Eur v exekučnom konaní pod číslom 884/07 vo veci oprávneného Slovak Telekom, a.s., IČO: 35763469 a povinného J. E., nar. XX.X.XXXX, pričom išlo o preplatok povinného v exekučnom konaní, čím spôsobil exekútorovi JUDr. Ľubomír Pekár škodu vo výške 64,86 Eur, - dňa 18.07.2016 zadal na prevod a dňa 19.07.2016 bola pripísaná na účet č. XXXXXXXXXX/XXXX suma vo výške 10,00 Eur v exekučnom konaní pod číslom 611/05 vo veci oprávneného Slovak Telekom, a.s., IČO: 35763469 a povinného F. E., nar. XX.XX.XXXX, pričom išlo o preplatok povinného v exekučnom konaní, čím spôsobil exekútorovi JUDr. Ľubomír Pekár škodu vo výške 10,00 Eur, - dňa 21.07.2016 zadal na prevod a dňa 22.07.2016 bola pripísaná na účet č. E. suma vo výške 100,00 Eur v exekučnom konaní pod číslom 7926/07 vo veci oprávneného Slovak Telekom, a.s., IČO: 35763469 a povinného T. P. – [., nar. XX.X.XXXX, IČO: 35102080, pričom išlo o odmenu exekútora za záložné právo, čím spôsobil exekútorovi A. N. K. škodu vo výške 100,00 Eur, - dňa 28.07.2016 zadal na prevod a dňa 29.07.2016 bola pripísaná na účet č. E. suma vo výške 123,97 Eur v exekučnom konaní pod číslom 298/08 vo veci oprávneného Across Financial Services, s.r.o., IČO: 35804319 a povinného J. D., nar. XX.X.XXXX, pričom išlo o preplatok povinného v exekučnom konaní, čím spôsobil exekútorovi JUDr. Ľubomír Pekár škodu vo výške 123,97 Eur, - dňa 29.07.2016 zadal na prevod a dňa 01.08.2016 bola pripísaná na účet č. E. suma vo výške 14,75 Eur v exekučnom konaní pod číslom 3632/99 vo veci oprávneného Bratislavská aukčná dražobná spoločnosť, IČO: 36664219 a povinného H. S., nar. XX.X.XXXX, pričom išlo o preplatok povinného v exekučnom konaní, čím spôsobil exekútorovi A. N. K. škodu vo výške 14,75 Eur, - dňa 03.08.2016 zadal na prevod a dňa 04.08.2016 bola pripísaná na účet č. E. suma vo výške 72,63 Eur v exekučnom konaní pod číslom 2653/13 vo veci oprávneného Slovak Telekom, a.s., IČO: 35763469 a povinného I. O. , nar. X.X.XXXX, pričom išlo o preplatok povinného v exekučnom konaní, čím spôsobil exekútorovi JUDr. Ľubomír Pekár škodu vo výške 72,63 Eur,</w:t>
      </w:r>
    </w:p>
    <w:p>
      <w:r>
        <w:t>- dňa 03.08.2016 zadal na prevod a dňa 04.08.2016 bola pripísaná na účet č. E. suma vo výške 154,52 Eur v exekučnom konaní pod číslom 5544/08 vo veci oprávneného Slovak Telekom, a.s., IČO: 35763469 a povinného A. O., nar. XX.X.XXXX, pričom išlo o preplatok povinného v exekučnom konaní, čím spôsobil exekútorovi JUDr. Ľubomír Pekár škodu vo výške 154,52 Eur, - dňa 03.08.2016 zadal na prevod a dňa 04.08.2016 bola pripísaná na účet č. E. suma vo výške 9,46 Eur v exekučnom konaní pod číslom 466/08 vo veci oprávneného Slovak Telekom, a.s., IČO: 35763469 a povinného K. I., nar. X.XX.XXXX, pričom išlo o preplatok povinného v exekučnom konaní, čím spôsobil exekútorovi JUDr. Ľubomír Pekár škodu vo výške 9,46 Eur, - dňa 03.08.2016 zadal na prevod a dňa 04.08.2016 bola pripísaná na účet č. E. suma vo výške 3,52 Eur v exekučnom konaní pod číslom 6303/09 vo veci oprávneného Slovak Telekom, a.s., IČO: 35763469 a povinného B. F., nar. XX.X.XXXX, pričom išlo o odmenu exekútora za záložné právo, čím spôsobil exekútorovi JUDr. Ľubomír Pekár škodu vo výške 3,52 Eur, - dňa 03.08.2016 zadal na prevod a dňa 04.08.2016 bola pripísaná na účet č. E. suma vo výške 42,76 Eur v exekučnom konaní pod číslom 3491/06 vo veci oprávneného Slovak Telekom, a.s., IČO: 35763469 a povinného N. ]., nar. XX.X.XXXX, pričom išlo o preplatok povinného v exekučnom konaní, čím spôsobil exekútorovi JUDr. Ľubomír Pekár škodu vo výške 42,76 Eur, - dňa 08.08.2016 zadal na prevod a dňa 09.08.2016 bola pripísaná na účet č. E. suma vo výške 20,00 Eur v exekučnom konaní pod číslom 355/08 vo veci oprávneného ARTIN, spol. s r.o., IČO: 31666183 a povinného B. H., nar. X.X.XXXX, pričom išlo o preplatok povinného v exekučnom konaní, čím spôsobil exekútorovi JUDr. Ľubomír Pekár škodu vo výške 20,00 Eur, - dňa 08.08.2016 zadal na prevod a dňa 09.08.2016 bola pripísaná na účet č. E. suma vo výške 20,00 Eur v exekučnom konaní pod číslom 355/08 vo veci oprávneného ARTIN, spol. s r.o., IČO: 31666183 a povinného B. H., nar. X.X.XXXX, pričom išlo o preplatok povinného v exekučnom konaní, čím spôsobil exekútorovi JUDr. Ľubomír Pekár škodu vo výške 20,00 Eur, - dňa 08.08.2016 zadal na prevod a dňa 09.08.2016 bola pripísaná na účet č. E. suma vo výške 280,02 Eur v exekučnom konaní pod číslom 355/08 vo veci oprávneného ARTIN, spol. s r.o., IČO: 31666183 a povinného B. H., nar. X.X.XXXX, pričom išlo o preplatok povinného v exekučnom konaní, čím spôsobil exekútorovi JUDr. Ľubomír Pekár škodu vo výške 280,02 Eur, - dňa 10.08.2016 zadal na prevod a dňa 11.08.2016 bola pripísaná na účet č. E. suma vo výške 308,21 Eur v exekučnom konaní pod číslom 1519/13 vo veci oprávneného Slovak Telekom, a.s., IČO: 35763469 a povinného A. D., nar. X.X.XXXX, pričom išlo o preplatok povinného v exekučnom konaní, čím spôsobil exekútorovi JUDr. Ľubomír Pekár škodu vo výške 308,21 Eur, - dňa 10.08.2016 zadal na prevod a dňa 11.08.2016 bola pripísaná na účet č. XXXXXXXXXX/XXXX suma vo výške 12,73 Eur v exekučnom konaní pod číslom 1489/13 vo veci oprávneného Slovak Telekom, a.s., IČO: 35763469 a povinného K. F., nar. XX.XX.XXXX, pričom išlo o preplatok povinného v exekučnom konaní, čím spôsobil exekútorovi JUDr. Ľubomír Pekár škodu vo výške 12,73 Eur, - dňa 11.08.2016 zadal na prevod a dňa 12.08.2016 bola pripísaná na účet č. E. suma vo výške 29,07 Eur v exekučnom konaní pod číslom 1366/14 vo veci oprávneného mal. B. E. a povinného F. E., nar. XX.X.XXXX, pričom išlo o trovy konania exekútora, čím spôsobil exekútorovi JUDr. Ľubomír Pekár škodu vo výške 29,07 Eur, - dňa 11.08.2016 zadal na prevod a dňa 12.08.2016 bola pripísaná na účet č. E. suma vo výške 278,16 Eur v exekučnom konaní pod číslom 1174/98 vo veci oprávneného Bratislavská aukčná dražobná spoločnosť, s.r.o., IČO: 36664219 a povinného D. G., nar. XX.X.XXXX, pričom išlo o preplatok povinného v exekučnom konaní v sume 79,02 Eur a odmenu exekútora za záložné právo v sume 199,14 Eur, čím spôsobil exekútorovi JUDr. Ľubomír Pekár škodu vo výške 278,16 Eur, - dňa 11.08.2016 zadal na prevod a dňa 12.08.2016 bola pripísaná na účet č. XXXXXXXXXX/XXXX suma vo výške 77,12 Eur v exekučnom konaní pod číslom 1496/13 vo veci oprávneného Slovak Telekom, a.s., IČO: 35763469 a povinného E. J., nar. XX.XX.XXXX, pričom išlo o preplatok povinného v exekučnom konaní, spôsobil exekútorovi JUDr. Ľubomír Pekár škodu vo výške 77,12 Eur, - dňa 12.08.2016 zadal na prevod a dňa 15.08.2016 bola pripísaná na účet č. E. suma vo výške 267,37 Eur v exekučnom konaní pod číslom 4394/13 vo veci oprávneného Slovak Telekom, a.s., IČO: 35763469 a povinného A. J., nar. XX.X.XXXX, pričom išlo o preplatok povinného v exekučnom konaní v sume 166,70 Eur a odmenu exekútora za záložné právo v sume 119,48 Eur, čím spôsobil exekútorovi JUDr. Ľubomír Pekár škodu vo výške 267,37 Eur, - dňa 12.08.2016 zadal na prevod a dňa 15.08.2016 bola pripísaná na účet č. XXXXXXXXXX/XXXX suma vo výške 43,56 Eur v exekučnom konaní pod číslom 5046/09 vo veci oprávneného Slovak Telekom, a.s., IČO: 35763469 a povinného B. H., nar. X.X.XXXX, pričom išlo o preplatok povinného v exekučnom konaní, čím spôsobil exekútorovi JUDr. Ľubomír Pekár škodu vo výške 43,56 Eur,</w:t>
      </w:r>
    </w:p>
    <w:p>
      <w:r>
        <w:t>- dňa 15.08.2016 zadal na prevod a dňa 16.08.2016 bola pripísaná na účet č. E. suma vo výške 36,30 Eur v exekučnom konaní pod číslom 1366/14 vo veci oprávneného mal. B. E. a povinného F. E., nar. XX.X.XXXX, pričom išlo o trovy konania exekútora, čím spôsobil exekútorovi JUDr. Ľubomír Pekár škodu vo výške 36,30 Eur, - dňa 15.08.2016 zadal na prevod a dňa 16.08.2016 bola pripísaná na účet č. E. suma vo výške 63,24 Eur v exekučnom konaní pod číslom 3724/06 vo veci oprávneného Slovak Telekom, a.s., IČO: 35763469 a povinného E. T., nar. X.X.XXXX, pričom išlo o preplatok povinného v exekučnom konaní, čím spôsobil exekútorovi JUDr. Ľubomír Pekár škodu vo výške 63,24 Eur, - dňa 15.08.2016 zadal na prevod a dňa 16.08.2016 bola pripísaná na účet č. XXXXXXXXXX/XXXX suma vo výške 10,00 Eur v exekučnom konaní pod číslom 611/05 vo veci oprávneného Slovak Telekom, a.s., IČO: 35763469 a povinného F. E., nar. XX.XX.XXXX, pričom išlo o preplatok povinného v exekučnom konaní, čím spôsobil exekútorovi JUDr. Ľubomír Pekár škodu vo výške 10,00 Eur, - dňa 17.08.2016 zadal na prevod a dňa 18.08.2016 bola pripísaná na účet č. E. suma vo výške 64,86 Eur v exekučnom konaní pod číslom 884/07 vo veci oprávneného Slovak Telekom, a.s., IČO: 35763469 a povinného J. E., nar. XX.X.XXXX, pričom išlo o preplatok povinného v exekučnom konaní, čím spôsobil exekútorovi JUDr. Ľubomír Pekár škodu vo výške 64,86 Eur, - dňa 22.08.2016 zadal na prevod a dňa 23.08.2016 bola pripísaná na účet č. E. suma vo výške 200,00 Eur v exekučnom konaní pod číslom 3235/07 vo veci oprávneného Across Financial Services, s.r.o., IČO: 35804319 a povinného Q. [., nar. XX.X.XXXX, pričom išlo o preplatok povinného v exekučnom konaní, čím spôsobil exekútorovi JUDr. Ľubomír Pekár škodu vo výške 200,00 Eur, - dňa 22.08.2016 zadal na prevod a dňa 23.08.2016 bola pripísaná na účet č. XXXXXXXXXX/XXXX suma vo výške 31,14 Eur v exekučnom konaní pod číslom 4983/09 vo veci oprávneného Slovak Telekom, a.s., IČO: 35763469 a povinného F. M., nar. X.X.XXXX, pričom išlo o preplatok povinného v exekučnom konaní, čím spôsobil exekútorovi JUDr. Ľubomír Pekár škodu vo výške 31,14 Eur, - dňa 26.08.2016 zadal na prevod a dňa 30.08.2016 bola pripísaná na účet č. E. suma vo výške 259,36 Eur v exekučnom konaní pod číslom 8988/07 vo veci oprávneného Across Financial Services, s.r.o., IČO: 35804319 a povinného A. C., nar. X.XX.XXXX, pričom išlo o preplatok povinného v exekučnom konaní, čím spôsobil exekútorovi JUDr. Ľubomír Pekár škodu vo výške 259,36 Eur, - dňa 05.09.2016 zadal na prevod a dňa 06.09.2016 bola pripísaná na účet č. E. suma vo výške 34,47 Eur v exekučnom konaní pod číslom 2653/13 vo veci oprávneného Slovak Telekom, a.s., IČO: 35763469 a povinného I. O. , nar. X.X.XXXX, pričom išlo o preplatok povinného v exekučnom konaní, čím spôsobil exekútorovi JUDr. Ľubomír Pekár škodu vo výške 34,47 Eur, - dňa 05.09.2016 zadal na prevod a dňa 06.09.2016 bola pripísaná na účet č. E. suma vo výške 121,19 Eur v exekučnom konaní pod číslom 4639/09 vo veci oprávneného Slovak Telekom, a.s., IČO: 35763469 a povinného F. D., nar. XX.X.XXXX, pričom išlo o preplatok povinného v exekučnom konaní, čím spôsobil exekútorovi A. N. K. škodu vo výške 121,19 Eur, - dňa 05.09.2016 zadal na prevod a dňa 06.09.2016 bola pripísaná na účet č. E. suma vo výške 51,17 Eur v exekučnom konaní pod číslom 5544/08 vo veci oprávneného Slovak Telekom, a.s., IČO: 35763469 a povinného A. O., nar. XX.X.XXXX, pričom išlo o odmenu exekútora za záložné právo, čím spôsobil exekútorovi JUDr. Ľubomír Pekár škodu vo výške 51,17 Eur, - dňa 05.09.2016 zadal na prevod a dňa 06.09.2016 bola pripísaná na účet č. E. suma vo výške 50,00 Eur v exekučnom konaní pod číslom 2689/06 vo veci oprávneného Slovak Telekom, a.s., IČO: 35763469 a povinného T. B., nar. XX.XX.XXXX, pričom išlo o preplatok povinného v exekučnom konaní v sume 10,17 Eur a odmenu exekútora za záložné právo v sume 39,83 Eur, čím spôsobil exekútorovi JUDr. Ľubomír Pekár škodu vo výške 50,00 Eur, - dňa 05.09.2016 zadal na prevod a dňa 06.09.2016 bola pripísaná na účet č. E. suma vo výške 19,03 Eur v exekučnom konaní pod číslom 6303/09 vo veci oprávneného Slovak Telekom, a.s., IČO: 35763469 a povinného B. F., nar. XX.X.XXXX, pričom išlo o preplatok povinného v exekučnom konaní, čím spôsobil exekútorovi JUDr. Ľubomír Pekár škodu vo výške 19,03 Eur, - dňa 05.09.2016 zadal na prevod a dňa 06.09.2016 bola pripísaná na účet č. E. suma vo výške 52,90 Eur v exekučnom konaní pod číslom 3491/06 vo veci oprávneného Slovak Telekom, a.s., IČO: 35763469 a povinného N. ]., nar. XX.X.XXXX, pričom išlo o preplatok povinného v exekučnom konaní, čím spôsobil exekútorovi JUDr. Ľubomír Pekár škodu vo výške 52,90 Eur, - dňa 05.09.2016 zadal na prevod a dňa 06.09.2016 bola pripísaná na účet č. E. suma vo výške 51,75 Eur v exekučnom konaní pod číslom 55/99 vo veci oprávneného Bratislavská aukčná dražobná spoločnosť, s.r.o., IČO: 36664219 a povinného D. O., nar. X.XX.XXXX, pričom išlo o preplatok povinného v exekučnom konaní, čím spôsobil exekútorovi JUDr. Ľubomír Pekár škodu vo výške 51,75 Eur,</w:t>
      </w:r>
    </w:p>
    <w:p>
      <w:r>
        <w:t>- dňa 05.09.2016 zadal na prevod a dňa 06.09.2016 bola pripísaná na účet č. XXXXXXXXXX/XXXX suma vo výške 43,02 Eur v exekučnom konaní pod číslom 3386/14 vo veci oprávneného mal. I. E. a povinného K. E., nar. XX.X.XXXX, pričom išlo o preplatok povinného v exekučnom konaní, čím spôsobil exekútorovi JUDr. Ľubomír Pekár škodu vo výške 43,02 Eur, - dňa 12.09.2016 zadal na prevod a dňa 13.09.2016 bola pripísaná na účet č. E. suma vo výške 204,01 Eur v exekučnom konaní pod číslom 1519/13 vo veci oprávneného Slovak Telekom, a.s., IČO: 35763469 a povinného A. D., nar. X.X.XXXX, pričom išlo o preplatok povinného v exekučnom konaní, čím spôsobil exekútorovi JUDr. Ľubomír Pekár škodu vo výške 204,01 Eur, - dňa 12.09.2016 zadal na prevod a dňa 13.09.2016 bola pripísaná na účet č. XXXXXXXXXX/XXXX suma vo výške 69,16 Eur v exekučnom konaní pod číslom 1489/13 vo veci oprávneného Slovak Telekom, a.s., IČO: 35763469 a povinného K. F., nar. XX.XX.XXXX, pričom išlo o preplatok povinného v exekučnom konaní, čím spôsobil exekútorovi JUDr. Ľubomír Pekár škodu vo výške 69,16 Eur, - dňa 14.09.2016 zadal na prevod a dňa 16.09.2016 bola pripísaná na účet č. E. suma vo výške 124,06 Eur v exekučnom konaní pod číslom 1481/10 vo veci oprávneného Slovak Telekom, a.s., IČO: 35763469 a povinného B. G., nar. 24.4.1978, pričom išlo o preplatok povinného v exekučnom konaní, čím spôsobil exekútorovi JUDr. Ľubomír Pekár škodu vo výške 124,06 Eur, - dňa 14.09.2016 zadal na prevod a dňa 16.09.2016 bola pripísaná na účet č. E. suma vo výške 54,63 Eur v exekučnom konaní pod číslom 1366/14 vo veci oprávneného mal. B. E. a povinného F. E., nar. XX.X.XXXX, pričom išlo o trovy konania exekútora, čím spôsobil exekútorovi JUDr. Ľubomír Pekár škodu vo výške 54,63 Eur, - dňa 14.09.2016 zadal na prevod a dňa 16.09.2016 bola pripísaná na účet č. E. suma vo výške 73,44 Eur v exekučnom konaní pod číslom 3724/06 vo veci oprávneného Slovak Telekom, a.s., IČO: 35763469 a povinného E. T., nar. 6.7.1981, pričom išlo o preplatok povinného v exekučnom konaní, čím spôsobil exekútorovi JUDr. Ľubomír Pekár škodu vo výške 73,44 Eur, - dňa 19.09.2016 zadal na prevod a dňa 20.09.2016 bola pripísaná na účet č. XXXXXXXXXX/XXXX suma vo výške 10,00 Eur v exekučnom konaní pod číslom 611/05 vo veci oprávneného Slovak Telekom, a.s., IČO: 35763469 a povinného F. E., nar. XX.XX.XXXX, pričom išlo o preplatok povinného v exekučnom konaní, čím spôsobil exekútorovi JUDr. Ľubomír Pekár škodu vo výške 10,00 Eur, - dňa 20.09.2016 zadal na prevod a dňa 21.09.2016 bola pripísaná na účet č. XXXXXXXXXX/XXXX suma vo výške 92,86 Eur v exekučnom konaní pod číslom XXXX/XX vo veci oprávneného Slovak Telekom, a.s., IČO: 35763469 a povinného F. M., nar. X.X.XXXX, pričom išlo o preplatok povinného v exekučnom konaní, čím spôsobil exekútorovi A. N. K. škodu vo výške 92,86 Eur, - dňa 21.09.2016 zadal na prevod a dňa 22.09.2016 bola pripísaná na účet č. E. suma vo výške 41,95 Eur v exekučnom konaní pod číslom 3491/06 vo veci oprávneného Slovak Telekom, a.s., IČO: 35763469 a povinného N. ]., nar. XX.X.XXXX, pričom išlo o preplatok povinného v exekučnom konaní, čím spôsobil exekútorovi JUDr. Ľubomír Pekár škodu vo výške 41,95 Eur, - dňa 27.09.2016 zadal na prevod a dňa 28.09.2016 bola pripísaná na účet č. E. suma vo výške 134,67 Eur v exekučnom konaní pod číslom 712/09 vo veci oprávneného Slovak Telekom, a.s., IČO: 35763469 a povinného P. P., nar. XX.X.XXXX, pričom išlo o preplatok povinného v exekučnom konaní, čím spôsobil exekútorovi JUDr. Ľubomír Pekár škodu vo výške 134,67 Eur, - dňa 27.09.2016 zadal na prevod a dňa 28.09.2016 bola pripísaná na účet č. E. suma vo výške 288,50 Eur v exekučnom konaní pod číslom 8988/07 vo veci oprávneného Across Financial Services, s.r.o., IČO: 35804319 a povinného A. C., nar. X.XX.XXXX, pričom išlo o preplatok povinného v exekučnom konaní, čím spôsobil exekútorovi JUDr. Ľubomír Pekár škodu vo výške 288,50 Eur, - dňa 03.10.2016 zadal na prevod a dňa 04.10.2016 bola pripísaná na účet č. E. suma vo výške 55,03 Eur v exekučnom konaní pod číslom 2689/06 vo veci oprávneného Slovak Telekom, a.s., IČO: 35763469 a povinného T. B., nar. XX.XX.XXXX, pričom išlo o preplatok povinného v exekučnom konaní, čím spôsobil exekútorovi JUDr. Ľubomír Pekár škodu vo výške 55,03 Eur, - dňa 07.10.2016 zadal na prevod a dňa 10.10.2016 bola pripísaná na účet č. E. suma vo výške 133,00 Eur v exekučnom konaní pod číslom 508/00 vo veci oprávneného Silverside a.s. , IČO: 50052560 a povinného G. G., nar. XX.XX.XXXX, pričom išlo o preplatok povinného v exekučnom konaní, čím spôsobil exekútorovi JUDr. Ľubomír Pekár škodu vo výške 133,00 Eur, - dňa 07.10.2016 zadal na prevod a dňa 10.10.2016 bola pripísaná na účet č. E. suma vo výške 187,94 Eur v exekučnom konaní pod číslom 1212/04 vo veci oprávneného Slovak Telekom, a.s. , IČO: 35763469 a povinného B. K., nar. XX.X.XXXX, pričom išlo o preplatok povinného v exekučnom konaní v sume 68,47 Eur a trovy konania exekútora v sume 119,47 Eur, čím spôsobil exekútorovi JUDr. Ľubomír Pekár škodu vo výške 187,94 Eur,</w:t>
      </w:r>
    </w:p>
    <w:p>
      <w:r>
        <w:t>- dňa 10.10.2016 zadal na prevod a dňa 11.10.2016 bola pripísaná na účet č. E. suma vo výške 40,15 Eur v exekučnom konaní pod číslom 1519/13 vo veci oprávneného Slovak Telekom, a.s., IČO: 35763469 a povinného A. D., nar. X.X.XXXX, pričom išlo o preplatok povinného v exekučnom konaní, čím spôsobil exekútorovi JUDr. Ľubomír Pekár škodu vo výške 40,15 Eur, - dňa 10.10.2016 zadal na prevod a dňa 11.10.2016 bola pripísaná na účet č. XXXXXXXXXX/XXXX suma vo výške 17,71 Eur v exekučnom konaní pod číslom 2064/06 vo veci oprávneného Slovak Telekom, a.s., IČO: 35763469 a povinného [. M., nar. XX.X.XXXX, pričom išlo o preplatok povinného v exekučnom konaní, čím spôsobil exekútorovi A. N. K. škodu vo výške 17,71 Eur, - dňa 11.10.2016 zadal na prevod a dňa 12.10.2016 bola pripísaná na účet č. XXXXXXXXXX/XXXX suma vo výške 42,11 Eur v exekučnom konaní pod číslom 1489/13 vo veci oprávneného Slovak Telekom, a.s., IČO: 35763469 a povinného K. F., nar. XX.XX.XXXX, pričom išlo o preplatok povinného v exekučnom konaní, čím spôsobil exekútorovi JUDr. Ľubomír Pekár škodu vo výške 42,11 Eur, - dňa 13.10.2016 zadal na prevod a dňa 14.10.2016 bola pripísaná na účet č. E. suma vo výške 241,57 Eur v exekučnom konaní pod číslom 4782/10 vo veci oprávneného Slovak Telekom, a.s., IČO: 35763469 a povinného F. Q., nar. XX.X.XXXX, pričom išlo o preplatok povinného v exekučnom konaní, čím spôsobil exekútorovi JUDr. Ľubomír Pekár škodu vo výške 241,57 Eur, - dňa 13.10.2016 zadal na prevod a dňa 14.10.2016 bola pripísaná na účet č. XXXXXXXXXX/XXXX suma vo výške 13,34 Eur v exekučnom konaní pod číslom 2611/09 vo veci oprávneného mal. J. X. a povinného A. X., nar. XX.X.XXXX, pričom išlo o preplatok povinného v exekučnom konaní, čím spôsobil exekútorovi JUDr. Ľubomír Pekár škodu vo výške 13,34 Eur, - dňa 14.10.2016 zadal na prevod a dňa 17.10.2016 bola pripísaná na účet č. E. suma vo výške 17,16 Eur v exekučnom konaní pod číslom 1366/14 vo veci oprávneného mal. B. E. a povinného F. E., nar. XX.X.XXXX, pričom išlo o trovy konania exekútora, čím spôsobil exekútorovi JUDr. Ľubomír Pekár škodu vo výške 17,16 Eur, - dňa 17.10.2016 zadal na prevod a dňa 18.10.2016 bola pripísaná na účet č. XXXXXXXXXX/XXXX suma vo výške 10,00 Eur v exekučnom konaní pod číslom 611/05 vo veci oprávneného Slovak Telekom, a.s., IČO: 35763469 a povinného F. E., nar. XX.XX.XXXX, pričom išlo o preplatok povinného v exekučnom konaní, čím spôsobil exekútorovi JUDr. Ľubomír Pekár škodu vo výške 10,00 Eur, - dňa 18.10.2016 zadal na prevod a dňa 19.10.2016 bola pripísaná na účet č. E. suma vo výške 254,20 Eur v exekučnom konaní pod číslom 4325/06 vo veci oprávneného Slovak Telekom, a.s. , IČO: 35763469 a povinného P. V., nar. XX.X.XXXX, pričom išlo o preplatok povinného v exekučnom konaní v sume 15,22 Eur a trovy konania exekútora v sume 238,98 Eur, čím spôsobil exekútorovi JUDr. Ľubomír Pekár škodu vo výške 254,20 Eur, - dňa 24.10.2016 zadal na prevod a dňa 25.10.2016 bola pripísaná na účet č. E. suma vo výške 139,92 Eur v exekučnom konaní pod číslom 2890/08 vo veci oprávneného Slovak Telekom, a.s., IČO: 35763469 a povinného B. V., nar. X.X.XXXX, pričom išlo o preplatok povinného v exekučnom konaní, čím spôsobil exekútorovi JUDr. Ľubomír Pekár škodu vo výške 139,92 Eur, - dňa 25.10.2016 zadal na prevod a dňa 26.10.2016 bola pripísaná na účet č. E. suma vo výške 40,00 Eur v exekučnom konaní pod číslom 8988/07 vo veci oprávneného Across Financial Services, s.r.o., IČO: 35804319 a povinného A. C., nar. X.XX.XXXX, pričom išlo o preplatok povinného v exekučnom konaní, čím spôsobil exekútorovi JUDr. Ľubomír Pekár škodu vo výške 40,00 Eur, - dňa 27.10.2016 zadal na prevod a dňa 28.10.2016 bola pripísaná na účet č. E. suma vo výške 80,00 Eur v exekučnom konaní pod číslom 1899/00 vo veci oprávneného Bratislavská aukčná dražobná spoločnosť, s.r.o., IČO: 36664219 a povinného K. B., nar. X.X.XXXX, pričom išlo o preplatok povinného v exekučnom konaní, čím spôsobil exekútorovi JUDr. Ľubomír Pekár škodu vo výške 80,00 Eur, - dňa 02.11.2016 zadal na prevod a dňa 03.11.2016 bola pripísaná na účet č. E. suma vo výške 183,43 Eur v exekučnom konaní pod číslom 1468/13 vo veci oprávneného Slovak Telekom, a.s., IČO: 35763469 a povinného B. B., nar. X.XX.XXXX, pričom išlo o preplatok povinného v exekučnom konaní, čím spôsobil exekútorovi JUDr. Ľubomír Pekár škodu vo výške 183,43 Eur, - dňa 02.11.2016 zadal na prevod a dňa 03.11.2016 bola pripísaná na účet č. E. suma vo výške 55,03 Eur v exekučnom konaní pod číslom 2689/06 vo veci oprávneného Slovak Telekom, a.s., IČO: 35763469 a povinného T. B., nar. XX.XX.XXXX, pričom išlo o preplatok povinného v exekučnom konaní, čím spôsobil exekútorovi JUDr. Ľubomír Pekár škodu vo výške 55,03 Eur, - dňa 02.11.2016 zadal na prevod a dňa 03.11.2016 bola pripísaná na účet č. E. suma vo výške 19,03 Eur v exekučnom konaní pod číslom 6303/09 vo veci oprávneného Slovak Telekom, a.s., IČO: 35763469 a povinného B. F., nar. XX.X.XXXX, pričom išlo o preplatok povinného v exekučnom konaní, čím spôsobil exekútorovi JUDr. Ľubomír Pekár škodu vo výške 19,03 Eur,</w:t>
      </w:r>
    </w:p>
    <w:p>
      <w:r>
        <w:t>- dňa 04.11.2016 zadal na prevod a dňa 07.11.2016 bola pripísaná na účet č. XXXXXXXXXX/XXXX suma vo výške 116,10 Eur v exekučnom konaní pod číslom 2611/09 vo veci oprávneného mal. J. X. a povinného A. X., nar. XX.X.XXXX, pričom išlo o preplatok povinného v exekučnom konaní, čím spôsobil exekútorovi JUDr. Ľubomír Pekár škodu vo výške 116,10 Eur, - dňa 09.11.2016 zadal na prevod a dňa 10.11.2016 bola pripísaná na účet č. E. suma vo výške 97,50 Eur v exekučnom konaní pod číslom 59/99 vo veci oprávneného Bratislavská aukčná dražobná spoločnosť, s.r.o., IČO: 36664219 a povinného Q. O., nar. X.XX.XXXX, pričom išlo o preplatok povinného v exekučnom konaní, čím spôsobil exekútorovi A. N. K. škodu vo výške 97,50 Eur, - dňa 11.11.2016 zadal na prevod a dňa 14.11.2016 bola pripísaná na účet č. XXXXXXXXXX/XXXX suma vo výške 20,00 Eur v exekučnom konaní pod číslom 2064/06 vo veci oprávneného Slovak Telekom, a.s., IČO: 35763469 a povinného [. M., nar. XX.X.XXXX, pričom išlo o preplatok povinného v exekučnom konaní, čím spôsobil exekútorovi JUDr. Ľubomír Pekár škodu vo výške 20,00 Eur, - dňa 14.11.2016 zadal na prevod a dňa 16.11.2016 bola pripísaná na účet č. E. suma vo výške 36,74 Eur v exekučnom konaní pod číslom 1366/14 vo veci oprávneného mal. B. E. a povinného F. E., nar. XX.X.XXXX, pričom išlo o trovy konania exekútora, čím spôsobil exekútorovi JUDr. Ľubomír Pekár škodu vo výške 36,74 Eur, - dňa 17.11.2016 zadal na prevod a dňa 18.11.2016 bola pripísaná na účet č. XXXXXXXXXX/XXXX suma vo výške 10,00 Eur v exekučnom konaní pod číslom 611/05 vo veci oprávneného Slovak Telekom, a.s., IČO: 35763469 a povinného F. E., nar. XX.XX.XXXX, pričom išlo o preplatok povinného v exekučnom konaní, čím spôsobil exekútorovi JUDr. Ľubomír Pekár škodu vo výške 10,00 Eur, - dňa 22.11.2016 zadal na prevod a dňa 23.11.2016 bola pripísaná na účet č. E. suma vo výške 17,05 Eur v exekučnom konaní pod číslom 785/13 vo veci oprávneného Stavebné bytové družstvo Šaľa, IČO: 170747 a povinného B. T., nar. XX.X.XXXX, pričom išlo o preplatok povinného v exekučnom konaní, čím spôsobil exekútorovi JUDr. Ľubomír Pekár škodu vo výške 17,05 Eur, - dňa 28.11.2016 zadal na prevod a dňa 29.11.2016 bola pripísaná na účet č. E. suma vo výške 124,00 Eur v exekučnom konaní pod číslom 287/12 vo veci oprávneného Slovak Telekom, a.s., IČO: 35763469 a povinného J. H., nar. XX.X.XXXX, pričom išlo o preplatok povinného v exekučnom konaní, čím spôsobil exekútorovi JUDr. Ľubomír Pekár škodu vo výške 124,00 Eur, - dňa 01.12.2016 zadal na prevod a dňa 05.12.2016 bola pripísaná na účet č. E. suma vo výške 0,89 Eur v exekučnom konaní pod číslom 2689/06 vo veci oprávneného Slovak Telekom, a.s., IČO: 35763469 a povinného T. B., nar. XX.XX.XXXX, pričom išlo o preplatok povinného v exekučnom konaní, čím spôsobil exekútorovi JUDr. Ľubomír Pekár škodu vo výške 0,89 Eur, - dňa 02.12.2016 zadal na prevod a dňa 05.12.2016 bola pripísaná na účet č. E. suma vo výške 310,50 Eur v exekučnom konaní pod číslom 1460/98 vo veci oprávneného Bratislavská aukčná dražobná spoločnosť, s.r.o., IČO: 36664219 a povinného K. G., nar. 4.9.1952, pričom išlo o vymoženú čiastku oprávneného v exekučnom konaní v sume 250,40 Eur a trovy konania exekútora v sume 60,10 Eur, čím spôsobil exekútorovi JUDr. Ľubomír Pekár škodu vo výške 310,50 Eur, - dňa 01.12.2016 zadal na prevod a dňa 05.12.2016 bola pripísaná na účet č. E. suma vo výške 19,03 Eur v exekučnom konaní pod číslom 6303/09 vo veci oprávneného Slovak Telekom, a.s., IČO: 35763469 a povinného B. F., nar. XX.X.XXXX, pričom išlo o preplatok povinného v exekučnom konaní, čím spôsobil exekútorovi JUDr. Ľubomír Pekár škodu vo výške 19,03 Eur, - dňa 06.12.2016 zadal na prevod a dňa 07.12.2016 bola pripísaná na účet č. E. suma vo výške 143,75 Eur v exekučnom konaní pod číslom 3297/07 vo veci oprávneného Slovak Telekom, a.s., IČO: 35763469 a povinného B. S., nar. XX.X.XXXX, pričom išlo o preplatok povinného v exekučnom konaní, čím spôsobil exekútorovi JUDr. Ľubomír Pekár škodu vo výške 143,75 Eur, - dňa 09.12.2016 zadal na prevod a dňa 12.12.2016 bola pripísaná na účet č. XXXXXXXXXX/XXXX suma vo výške 20,00 Eur v exekučnom konaní pod číslom 2064/06 vo veci oprávneného Slovak Telekom, a.s., IČO: 35763469 a povinného [. M., nar. XX.X.XXXX, pričom išlo o preplatok povinného v exekučnom konaní, čím spôsobil exekútorovi JUDr. Ľubomír Pekár škodu vo výške 20,00 Eur, - dňa 12.12.2016 zadal na prevod a dňa 13.12.2016 bola pripísaná na účet č. E. suma vo výške 143,71 Eur v exekučnom konaní pod číslom 881/07 vo veci oprávneného Slovak Telekom, a.s., IČO: 35763469 a povinného B. F., nar. XX.X.XXXX, pričom išlo o preplatok povinného v exekučnom konaní, čím spôsobil exekútorovi JUDr. Ľubomír Pekár škodu vo výške 143,71 Eur, - dňa 13.12.2016 zadal na prevod a dňa 14.12.2016 bola pripísaná na účet č. E. suma vo výške 324,94 Eur v exekučnom konaní pod číslom 4002/08 vo veci oprávneného Slovak Telekom, a.s., IČO: 35763469 a povinného P. G., nar. XX.X.XXXX, pričom išlo o preplatok povinného v exekučnom konaní, čím spôsobil exekútorovi A. N. K. škodu vo výške 324,94 Eur,</w:t>
      </w:r>
    </w:p>
    <w:p>
      <w:r>
        <w:t>- dňa 15.12.2016 zadal na prevod a dňa 16.12.2016 bola pripísaná na účet č. E. suma vo výške 52,05 Eur v exekučnom konaní pod číslom 1474/13 vo veci oprávneného Slovak Telekom, a.s., IČO: 35763469 a povinného A. S., nar. XX.X.XXXX, pričom išlo o preplatok povinného v exekučnom konaní, čím spôsobil exekútorovi JUDr. Ľubomír Pekár škodu vo výške 52,05 Eur, - dňa 16.12.2016 zadal na prevod a dňa 19.12.2016 bola pripísaná na účet č. E. suma vo výške 143,30 Eur v exekučnom konaní pod číslom 4123/10 vo veci oprávneného Slovak Telekom, a.s., IČO: 35763469 a povinného H. H. , nar. XX.X.XXXX, pričom išlo o preplatok povinného v exekučnom konaní, čím spôsobil exekútorovi JUDr. Ľubomír Pekár škodu vo výške 143,30 Eur, - dňa 16.12.2016 zadal na prevod a dňa 19.12.2016 bola pripísaná na účet č. E. suma vo výške 100,01 Eur v exekučnom konaní pod číslom 4864/06 vo veci oprávneného Slovak Telekom, a.s., IČO: 35763469 a povinného E. I., nar. XX.X.XXXX, pričom išlo o preplatok povinného v exekučnom konaní, čím spôsobil exekútorovi JUDr. Ľubomír Pekár škodu vo výške 100,01 Eur, - dňa 16.12.2016 zadal na prevod a dňa 19.12.2016 bola pripísaná na účet č. XXXXXXXXXX/XXXX suma vo výške 10,00 Eur v exekučnom konaní pod číslom 611/05 vo veci oprávneného Slovak Telekom, a.s., IČO: 35763469 a povinného F. E., nar. XX.XX.XXXX, pričom išlo o preplatok povinného v exekučnom konaní, čím spôsobil exekútorovi JUDr. Ľubomír Pekár škodu vo výške 10,00 Eur, - dňa 16.12.2016 zadal na prevod a dňa 19.12.2016 bola pripísaná na účet č. XXXXXXXXXX/XXXX suma vo výške 56,42 Eur v exekučnom konaní pod číslom 1732/12 vo veci oprávneného D. H. a povinného J. H., nar. X.X.XXXX, pričom išlo o preplatok povinného v exekučnom konaní, čím spôsobil exekútorovi JUDr. Ľubomír Pekár škodu vo výške 56,42 Eur, - dňa 20.12.2016 zadal na prevod a dňa 21.12.2016 bola pripísaná na účet č. E. suma vo výške 50,00 Eur v exekučnom konaní pod číslom 785/13 vo veci oprávneného Stavebné bytové družstvo Šaľa, IČO: 170747 a povinného B. T., nar. XX.X.XXXX, pričom išlo o preplatok povinného v exekučnom konaní, čím spôsobil exekútorovi JUDr. Ľubomír Pekár škodu vo výške 50,00 Eur, - dňa 21.12.2016 zadal na prevod a dňa 22.12.2016 bola pripísaná na účet č. E. suma vo výške 143,18 Eur v exekučnom konaní pod číslom 1622/09 vo veci oprávneného Slovak Telekom, a.s., IČO: 35763469 a povinného B. G., nar. XX.XX.XXXX, pričom išlo o preplatok povinného v exekučnom konaní, čím spôsobil exekútorovi JUDr. Ľubomír Pekár škodu vo výške 143,18 Eur, - dňa 22.12.2016 zadal na prevod a dňa 23.12.2016 bola pripísaná na účet č. E. suma vo výške 288,50 Eur v exekučnom konaní pod číslom 8988/07 vo veci oprávneného Across Financial Services, s.r.o., IČO: 35804319 a povinného A. C., nar. X.XX.XXXX, pričom išlo o preplatok povinného v exekučnom konaní v sume 208,84 Eur a odmenu exekútora za záložné právo v sume 79,66 Eur, čím spôsobil exekútorovi JUDr. Ľubomír Pekár škodu vo výške 288,50 Eur, - dňa 22.12.2016 zadal na prevod a dňa 23.12.2016 bola pripísaná na účet č. E. suma vo výške 154,05 Eur v exekučnom konaní pod číslom 1427/13 vo veci oprávneného Slovak Telekom, a.s., IČO: 35763469 a povinného B. T., nar. XX.X.XXXX, pričom išlo o preplatok povinného v exekučnom konaní, čím spôsobil exekútorovi JUDr. Ľubomír Pekár škodu vo výške 154,05 Eur, - dňa 03.01.2017 zadal na prevod a dňa 04.01.2017 bola pripísaná na účet č. E. suma vo výške 13,73 Eur v exekučnom konaní pod číslom 5509/13 vo veci oprávneného Slovak Telekom, a.s., IČO: 35763469 a povinného Q. D., nar. XX.XX.XXXX, pričom išlo o preplatok povinného v exekučnom konaní, čím spôsobil exekútorovi JUDr. Ľubomír Pekár škodu vo výške 13,73 Eur, - dňa 03.01.2017 zadal na prevod a dňa 04.01.2017 bola pripísaná na účet č. E. suma vo výške 137,12 Eur v exekučnom konaní pod číslom 5469/13 vo veci oprávneného Slovak Telekom, a.s., IČO: 35763469 a povinného F. O., nar. XX.X.XXXX, pričom išlo o preplatok povinného v exekučnom konaní, čím spôsobil exekútorovi JUDr. Ľubomír Pekár škodu vo výške 137,12 Eur, - dňa 03.01.2017 zadal na prevod a dňa 04.01.2017 bola pripísaná na účet č. E. suma vo výške 28,35 Eur v exekučnom konaní pod číslom 1447/13 vo veci oprávneného Slovak Telekom, a.s., IČO: 35763469 a povinného [. O., nar. XX.XX.XXXX, pričom išlo o preplatok povinného v exekučnom konaní, čím spôsobil exekútorovi JUDr. Ľubomír Pekár škodu vo výške 28,35 Eur, - dňa 03.01.2017 zadal na prevod a dňa 04.01.2017 bola pripísaná na účet č. E. suma vo výške 19,03 Eur v exekučnom konaní pod číslom 6303/09 vo veci oprávneného Slovak Telekom, a.s., IČO: 35763469 a povinného B. F., nar. XX.X.XXXX, pričom išlo o preplatok povinného v exekučnom konaní v sume 9,92 Eur a odmenu exekútora za záložné právo v sume 9,11 Eur, čím spôsobil exekútorovi JUDr. Ľubomír Pekár škodu vo výške 19,03 Eur, - dňa 09.01.2017 zadal na prevod a dňa 10.01.2017 bola pripísaná na účet č. E. suma vo výške 73,95 Eur v exekučnom konaní pod číslom 3677/13 vo veci oprávneného Slovak Telekom, a.s., IČO: 35763469 a povinného K. X., nar. XX.X.XXXX, pričom išlo o preplatok povinného v exekučnom konaní, čím spôsobil exekútorovi JUDr. Ľubomír Pekár škodu vo výške 73,95 Eur,</w:t>
      </w:r>
    </w:p>
    <w:p>
      <w:r>
        <w:t>- dňa 11.01.2017 zadal na prevod a dňa 12.01.2017 bola pripísaná na účet č. E. suma vo výške 335,94 Eur v exekučnom konaní pod číslom 4338/06 vo veci oprávneného Slovak Telekom, a.s. , IČO: 35763469 a povinného P. E. E., nar. X.X.XXXX, IČO:17577161, pričom išlo o preplatok povinného v exekučnom konaní v sume 216,45 Eur a odmenu exekútora za záložné právo v sume 119,49 Eur, čím spôsobil exekútorovi JUDr. Ľubomír Pekár škodu vo výške 335,94 Eur, - dňa 11.01.2017 zadal na prevod a dňa 12.01.2017 bola pripísaná na účet č. XXXXXXXXXX/XXXX suma vo výške 20,00 Eur v exekučnom konaní pod číslom 2064/06 vo veci oprávneného Slovak Telekom, a.s., IČO: 35763469 a povinného [. M., nar. XX.X.XXXX, pričom išlo o preplatok povinného v exekučnom konaní v sume 0,85 Eur a odmenu exekútora za záložné právo v sume 19,15 Eur, čím spôsobil exekútorovi JUDr. Ľubomír Pekár škodu vo výške 20,00 Eur, - dňa 12.01.2017 zadal na prevod a dňa 13.01.2017 bola pripísaná na účet č. E. suma vo výške 67,66 Eur v exekučnom konaní pod číslom 1474/13 vo veci oprávneného Slovak Telekom, a.s., IČO: 35763469 a povinného A. S., nar. XX.X.XXXX, pričom išlo o preplatok povinného v exekučnom konaní, čím spôsobil exekútorovi JUDr. Ľubomír Pekár škodu vo výške 67,66 Eur, - dňa 12.01.2017 zadal na prevod a dňa 13.01.2017 bola pripísaná na účet č. XXXXXXXXXX/XXXX suma vo výške 30,00 Eur v exekučnom konaní pod číslom 3704/05 vo veci oprávneného Slovak Telekom, a.s., IČO: 35763469 a povinného [. H., nar. XX.X.XXXX, pričom išlo o preplatok povinného v exekučnom konaní, čím spôsobil exekútorovi JUDr. Ľubomír Pekár škodu vo výške 30,00 Eur, - dňa 13.01.2017 zadal na prevod a dňa 16.01.2017 bola pripísaná na účet č. E. suma vo výške 143,75 Eur v exekučnom konaní pod číslom 3250/07 vo veci oprávneného Slovak Telekom, a.s., IČO: 35763469 a povinného B. G., nar. XX.X.XXXX, pričom išlo o preplatok povinného v exekučnom konaní, čím spôsobil exekútorovi JUDr. Ľubomír Pekár škodu vo výške 143,75 Eur, - dňa 12.01.2017 zadal na prevod a dňa 16.01.2017 bola pripísaná na účet č. E. suma vo výške 94,79 Eur v exekučnom konaní pod číslom XXXX/XX vo veci oprávneného ARTIN, spol. s r.o., IČO: 31666183 a povinného B. G., nar. XX.XX.XXXX, pričom išlo o preplatok povinného v exekučnom konaní, čím spôsobil exekútorovi JUDr. Ľubomír Pekár škodu vo výške 94,79 Eur, - dňa 13.01.2017 zadal na prevod a dňa 16.01.2017 bola pripísaná na účet č. E. suma vo výške 95,65 Eur v exekučnom konaní pod číslom 1447/13 vo veci oprávneného Slovak Telekom, a.s., IČO: 35763469 a povinného [. O., nar. XX.XX.XXXX, pričom išlo o preplatok povinného v exekučnom konaní, čím spôsobil exekútorovi JUDr. Ľubomír Pekár škodu vo výške 95,65 Eur, - dňa 13.01.2017 zadal na prevod a dňa 16.01.2017 bola pripísaná na účet č. E. suma vo výške 256,51 Eur v exekučnom konaní pod číslom 1951/10 vo veci oprávneného Slovak Telekom, a.s., IČO: 35763469 a povinného K. X., nar. XX.X.XXXX, IČO: 45510849, pričom išlo o preplatok povinného v exekučnom konaní, čím spôsobil exekútorovi JUDr. Ľubomír Pekár škodu vo výške 256,51 Eur, - dňa 16.01.2017 zadal na prevod a dňa 17.01.2017 bola pripísaná na účet č. E. suma vo výške 15,43 Eur v exekučnom konaní pod číslom 1474/07 vo veci oprávneného Slovak Telekom, a.s., IČO: 35763469 a povinného O. O., nar. XX.X.XXXX, pričom išlo o preplatok povinného v exekučnom konaní, čím spôsobil exekútorovi A. N. K. škodu vo výške 15,43 Eur, - dňa 16.01.2017 zadal na prevod a dňa 17.01.2017 bola pripísaná na účet č. XXXXXXXXXX/XXXX suma vo výške 10,00 Eur v exekučnom konaní pod číslom 611/05 vo veci oprávneného Slovak Telekom, a.s., IČO: 35763469 a povinného F. E., nar. XX.XX.XXXX, pričom išlo o preplatok povinného v exekučnom konaní v sume 0,34 Eur a a odmenu exekútora za záložné právo v sume 9,66 Eur, čím spôsobil exekútorovi JUDr. Ľubomír Pekár škodu vo výške 10,00 Eur, - dňa 17.01.2017 zadal na prevod a dňa 18.01.2017 bola pripísaná na účet č. E. suma vo výške 41,78 Eur v exekučnom konaní pod číslom 5509/13 vo veci oprávneného Slovak Telekom, a.s., IČO: 35763469 a povinného Q. D., nar. XX.XX.XXXX, pričom išlo o preplatok povinného v exekučnom konaní, čím spôsobil exekútorovi JUDr. Ľubomír Pekár škodu vo výške 41,78 Eur, - dňa 20.01.2017 zadal na prevod a dňa 23.01.2017 bola pripísaná na účet č. E. suma vo výške 22,35 Eur v exekučnom konaní pod číslom 785/13 vo veci oprávneného Stavebné bytové družstvo Šaľa, IČO: 170747 a povinného B. T., nar. XX.X.XXXX, pričom išlo o preplatok povinného v exekučnom konaní, čím spôsobil exekútorovi JUDr. Ľubomír Pekár škodu vo výške 22,35 Eur, - dňa 23.01.2017 zadal na prevod a dňa 25.01.2017 bola pripísaná na účet č. E. suma vo výške 186,27 Eur v exekučnom konaní pod číslom 8989/07 vo veci oprávneného Across Financial Services, s.r.o., IČO: 35804319 a povinného A. U., nar. XX.X.XXXX, pričom išlo o preplatok povinného v exekučnom konaní, čím spôsobil exekútorovi JUDr. Ľubomír Pekár škodu vo výške 186,27 Eur, - dňa 26.01.2017 zadal na prevod a dňa 27.01.2017 bola pripísaná na účet č. E. suma vo výške 11,63 Eur v exekučnom konaní pod číslom 5469/13 vo veci oprávneného Slovak Telekom, a.s., IČO: 35763469 a</w:t>
      </w:r>
    </w:p>
    <w:p>
      <w:r>
        <w:t>povinného F. O., nar. XX.X.XXXX, pričom išlo o preplatok povinného v exekučnom konaní, čím spôsobil exekútorovi JUDr. Ľubomír Pekár škodu vo výške 11,63 Eur, - dňa 26.01.2017 zadal na prevod a dňa 27.01.2017 bola pripísaná na účet č. XXXXXXXXXX/XXXX suma vo výške 60,92 Eur v exekučnom konaní pod číslom 66/01 vo veci oprávneného Bratislavská aukčná dražobná spoločnosť, s.r.o., IČO: 36664219 a povinného B. O., nar. XX.XX.XXXX, pričom išlo o preplatok povinného v exekučnom konaní, čím spôsobil exekútorovi JUDr. Ľubomír Pekár škodu vo výške 60,92 Eur, - dňa 01.02.2017 zadal na prevod a dňa 02.02.2017 bola pripísaná na účet č. E. suma vo výške 37,87 Eur v exekučnom konaní pod číslom 618/05 vo veci oprávneného Slovak Telekom, a.s., IČO: 35763469 a povinného D. E., nar. XX.X.XXXX, pričom išlo o preplatok povinného v exekučnom konaní, čím spôsobil exekútorovi JUDr. Ľubomír Pekár škodu vo výške 37,87 Eur, - dňa 02.02.2017 zadal na prevod a dňa 03.02.2017 bola pripísaná na účet č. E. suma vo výške 52,86 Eur v exekučnom konaní pod číslom 1468/13 vo veci oprávneného Slovak Telekom, a.s., IČO: 35763469 a povinného B. B., nar. X.XX.XXXX, pričom išlo o preplatok povinného v exekučnom konaní, čím spôsobil exekútorovi JUDr. Ľubomír Pekár škodu vo výške 52,86 Eur, - dňa 02.02.2017 zadal na prevod a dňa 03.02.2017 bola pripísaná na účet č. E. suma vo výške 7,84 Eur v exekučnom konaní pod číslom 6303/09 vo veci oprávneného Slovak Telekom, a.s., IČO: 35763469 a povinného B. F., nar. XX.X.XXXX, pričom išlo o odmenu exekútora za záložné právo, čím spôsobil exekútorovi JUDr. Ľubomír Pekár škodu vo výške 7,84 Eur, - dňa 03.02.2017 zadal na prevod a dňa 06.02.2017 bola pripísaná na účet č. E. suma vo výške 89,47 Eur v exekučnom konaní pod číslom 5509/13 vo veci oprávneného Slovak Telekom, a.s., IČO: 35763469 a povinného Q. D., nar. XX.XX.XXXX, pričom išlo o preplatok povinného v exekučnom konaní, čím spôsobil exekútorovi JUDr. Ľubomír Pekár škodu vo výške 89,47 Eur, - dňa 03.02.2017 zadal na prevod a dňa 06.02.2017 bola pripísaná na účet č. E. suma vo výške 66,38 Eur v exekučnom konaní pod číslom XXXX/XX vo veci oprávneného ARTIN, spol. s r.o., IČO: 31666183 a povinného B. G., nar. XX.XX.XXXX, pričom išlo o preplatok povinného v exekučnom konaní, čím spôsobil exekútorovi JUDr. Ľubomír Pekár škodu vo výške 66,38 Eur, - dňa 06.02.2017 zadal na prevod a dňa 07.02.2017 bola pripísaná na účet č. E. suma vo výške 33,27 Eur v exekučnom konaní pod číslom 4117/14 vo veci oprávneného Slovak Telekom, a.s., IČO: 35763469 a povinného N. J., nar. XX.XX.XXXX, pričom išlo o preplatok povinného v exekučnom konaní, čím spôsobil exekútorovi JUDr. Ľubomír Pekár škodu vo výške 33,27 Eur, - dňa 10.02.2017 zadal na prevod a dňa 13.02.2017 bola pripísaná na účet č. XXXXXXXXXX/XXXX suma vo výške 20,00 Eur v exekučnom konaní pod číslom 2064/06 vo veci oprávneného Slovak Telekom, a.s., IČO: 35763469 a povinného [. M., nar. XX.X.XXXX, pričom išlo o odmenu exekútora za záložné právo, čím spôsobil exekútorovi JUDr. Ľubomír Pekár škodu vo výške 20,00 Eur, - dňa 13.02.2017 zadal na prevod a dňa 14.02.2017 bola pripísaná na účet č. XXXXXXXXXX/XXXX suma vo výške 30,00 Eur v exekučnom konaní pod číslom 3704/05 vo veci oprávneného Slovak Telekom, a.s., IČO: 35763469 a povinného [. H., nar. XX.X.XXXX, pričom išlo o preplatok povinného v exekučnom konaní, čím spôsobil exekútorovi A. N. K. škodu vo výške 30,00 Eur, - dňa 14.02.2017 zadal na prevod a dňa 15.02.2017 bola pripísaná na účet č. E. suma vo výške 74,93 Eur v exekučnom konaní pod číslom 1474/13 vo veci oprávneného Slovak Telekom, a.s., IČO: 35763469 a povinného A. S., nar. XX.X.XXXX, pričom išlo o preplatok povinného v exekučnom konaní, čím spôsobil exekútorovi JUDr. Ľubomír Pekár škodu vo výške 74,93 Eur, - dňa 14.02.2017 zadal na prevod a dňa 15.02.2017 bola pripísaná na účet č. E. suma vo výške 53,50 Eur v exekučnom konaní pod číslom 582/16 vo veci oprávneného mal. K. H. a povinného P. H., nar. XX.X.XXXX, pričom išlo o trovy konania exekútora, čím spôsobil exekútorovi JUDr. Ľubomír Pekár škodu vo výške 53,50 Eur, - dňa 16.02.2017 zadal na prevod a dňa 17.02.2017 bola pripísaná na účet č. E. suma vo výške 22,00 Eur v exekučnom konaní pod číslom 1474/07 vo veci oprávneného Slovak Telekom, a.s., IČO: 35763469 a povinného O. O., nar. XX.X.XXXX, pričom išlo o preplatok povinného v exekučnom konaní, čím spôsobil exekútorovi JUDr. Ľubomír Pekár škodu vo výške 22,00 Eur, - dňa 16.02.2017 zadal na prevod a dňa 17.02.2017 bola pripísaná na účet č. XXXXXXXXXX/XXXX suma vo výške 10,00 Eur v exekučnom konaní pod číslom 611/05 vo veci oprávneného Slovak Telekom, a.s., IČO: 35763469 a povinného F. E., nar. XX.XX.XXXX, pričom išlo o odmenu exekútora za záložné právo, čím spôsobil exekútorovi JUDr. Ľubomír Pekár škodu vo výške 10,00 Eur, - dňa 17.02.2017 zadal na prevod a dňa 20.02.2017 bola pripísaná na účet č. E. suma vo výške 159,31 Eur v exekučnom konaní pod číslom 195/05 vo veci oprávneného Slovak Telekom, a.s., IČO: 35763469 a</w:t>
      </w:r>
    </w:p>
    <w:p>
      <w:r>
        <w:t>povinného S. U., nar. XX.XX.XXXX, pričom išlo o preplatok povinného v exekučnom konaní, čím spôsobil exekútorovi JUDr. Ľubomír Pekár škodu vo výške 159,31 Eur, - dňa 20.02.2017 zadal na prevod a dňa 21.02.2017 bola pripísaná na účet č. E. suma vo výške 146,00 Eur v exekučnom konaní pod číslom 4089/08 vo veci oprávneného mal. X. [., zast. zák. zást. matkou Y. G. a povinného B. [., nar. X.X.XXXX, pričom išlo o trovy konania exekútora, čím spôsobil exekútorovi JUDr. Ľubomír Pekár škodu vo výške 146,00 Eur, - dňa 22.02.2017 zadal na prevod a dňa 23.02.2017 bola pripísaná na účet č. E. suma vo výške 84,38 Eur v exekučnom konaní pod číslom 2024/08 vo veci oprávneného ARTIN, spol. s r.o., IČO: 31666183 a povinného B. B. [., nar. XX.XX.XXXX, pričom išlo o preplatok povinného v exekučnom konaní, čím spôsobil exekútorovi JUDr. Ľubomír Pekár škodu vo výške 84,38 Eur, - dňa 22.02.2017 zadal na prevod a dňa 23.02.2017 bola pripísaná na účet č. E. suma vo výške 126,18 Eur v exekučnom konaní pod číslom 1086/09 vo veci oprávneného BENCONT INVESTMENTS, s.r.o. , IČO: 36432105 a povinného B. R., nar. XX.X.XXXX, pričom išlo o preplatok povinného v exekučnom konaní, čím spôsobil exekútorovi JUDr. Ľubomír Pekár škodu vo výške 126,18 Eur, - dňa 01.03.2017 zadal na prevod a dňa 02.03.2017 bola pripísaná na účet č. E. suma vo výške 26,43 Eur v exekučnom konaní pod číslom 1468/13 vo veci oprávneného Slovak Telekom, a.s., IČO: 35763469 a povinného B. B., nar. X.XX.XXXX, pričom išlo o preplatok povinného v exekučnom konaní, čím spôsobil exekútorovi JUDr. Ľubomír Pekár škodu vo výške 26,43 Eur, - dňa 02.03.2017 zadal na prevod a dňa 03.03.2017 bola pripísaná na účet č. E. suma vo výške 33,27 Eur v exekučnom konaní pod číslom 4117/14 vo veci oprávneného Slovak Telekom, a.s., IČO: 35763469 a povinného N. J., nar. XX.XX.XXXX, pričom išlo o preplatok povinného v exekučnom konaní, čím spôsobil exekútorovi JUDr. Ľubomír Pekár škodu vo výške 33,27 Eur, - dňa 02.03.2017 zadal na prevod a dňa 03.03.2017 bola pripísaná na účet č. E. suma vo výške 225,42 Eur v exekučnom konaní pod číslom 6194/11 vo veci oprávneného Všeobecná zdravotná poisťovňa, a.s., IČO: 35937874 a povinného O. O., nar. X.X.XXXX, pričom išlo o preplatok povinného v exekučnom konaní, čím spôsobil exekútorovi JUDr. Ľubomír Pekár škodu vo výške 225,42 Eur, - dňa 01.03.2017 zadal na prevod a dňa 03.03.2017 bola pripísaná na účet č. E. suma vo výške 37,87 Eur v exekučnom konaní pod číslom 618/05 vo veci oprávneného Slovak Telekom, a.s., IČO: 35763469 a povinného D. E., nar. XX.X.XXXX, pričom išlo o preplatok povinného v exekučnom konaní, čím spôsobil exekútorovi JUDr. Ľubomír Pekár škodu vo výške 37,87 Eur, - dňa 02.03.2017 zadal na prevod a dňa 03.03.2017 bola pripísaná na účet č. E. suma vo výške 24,21 Eur v exekučnom konaní pod číslom XXXX/XX vo veci oprávneného Slovak Telekom, a.s., IČO: 35763469 a povinného O. F., nar. XX.X.XXXX, pričom išlo o odmenu exekútora za záložné právo, čím spôsobil exekútorovi JUDr. Ľubomír Pekár škodu vo výške 24,21 Eur, - dňa 02.03.2017 zadal na prevod a dňa 03.03.2017 bola pripísaná na účet č. XXXXXXXXXX/XXXX suma vo výške 21,21 Eur v exekučnom konaní pod číslom XXXX/XX vo veci oprávneného Slovak Telekom, a.s., IČO: 35763469 a povinného B. T., nar. XX.X.XXXX, pričom išlo o odmenu exekútora za záložné právo, čím spôsobil exekútorovi JUDr. Ľubomír Pekár škodu vo výške 21,21 Eur, - dňa 10.03.2017 zadal na prevod a dňa 13.03.2017 bola pripísaná na účet č. E. suma vo výške 97,52 Eur v exekučnom konaní pod číslom 3587/06 vo veci oprávneného Slovak Telekom, a.s., IČO: 35763469 a povinného U. E., nar. XX.X.XXXX, pričom išlo o preplatok povinného v exekučnom konaní, čím spôsobil exekútorovi JUDr. Ľubomír Pekár škodu vo výške 97,52 Eur, - dňa 10.03.2017 zadal na prevod a dňa 13.03.2017 bola pripísaná na účet č. XXXXXXXXXX/XXXX suma vo výške 20,00 Eur v exekučnom konaní pod číslom 2064/06 vo veci oprávneného Slovak Telekom, a.s., IČO: 35763469 a povinného [. M., nar. XX.X.XXXX, pričom išlo o odmenu exekútora za záložné právo, čím spôsobil exekútorovi JUDr. Ľubomír Pekár škodu vo výške 20,00 Eur, - dňa 13.03.2017 zadal na prevod a dňa 14.03.2017 bola pripísaná na účet č. E. suma vo výške 427,59 Eur v exekučnom konaní pod číslom 707/01 vo veci oprávneného Bratislavská aukčná dražobná spoločnosť, s.r.o., IČO: 36664219 a povinného A. D., nar. XX.XX.XXXX, pričom išlo o vymoženú čiastku oprávneného v exekučnom konaní, čím spôsobil exekútorovi JUDr. Ľubomír Pekár škodu vo výške 427,59 Eur, - dňa 13.03.2017 zadal na prevod a dňa 14.03.2017 bola pripísaná na účet č. E. suma vo výške 91,17 Eur v exekučnom konaní pod číslom 582/16 vo veci oprávneného mal. K. H. a povinného P. H., nar. XX.X.XXXX, pričom išlo o trovy konania exekútora, čím spôsobil exekútorovi JUDr. Ľubomír Pekár škodu vo výške 91,17 Eur, - dňa 13.03.2017 zadal na prevod a dňa 14.03.2017 bola pripísaná na účet č. XXXXXXXXXX/XXXX suma vo výške 30,00 Eur v exekučnom konaní pod číslom XXXX/XX vo veci oprávneného Slovak</w:t>
      </w:r>
    </w:p>
    <w:p>
      <w:r>
        <w:t>Telekom, a.s., IČO: 35763469 a povinného [. H., nar. XX.X.XXXX, pričom išlo o preplatok povinného v exekučnom konaní, čím spôsobil exekútorovi JUDr. Ľubomír Pekár škodu vo výške 30,00 Eur, - dňa 14.03.2017 zadal na prevod a dňa 15.03.2017 bola pripísaná na účet č. E. suma vo výške 76,10 Eur v exekučnom konaní pod číslom 1474/13 vo veci oprávneného Slovak Telekom, a.s., IČO: 35763469 a povinného A. S., nar. XX.X.XXXX, pričom išlo o preplatok povinného v exekučnom konaní, čím spôsobil exekútorovi JUDr. Ľubomír Pekár škodu vo výške 76,10 Eur, - dňa 14.03.2017 zadal na prevod a dňa 15.03.2017 bola pripísaná na účet č. E. suma vo výške 706,31 Eur v exekučnom konaní pod číslom 799/09 vo veci oprávneného BENCONT INVESTMENTS, s.r.o., IČO: 36432105 a povinného P. J., nar. X.XX.XXXX, pričom išlo o preplatok povinného v exekučnom konaní, čím spôsobil exekútorovi JUDr. Ľubomír Pekár škodu vo výške 706,31 Eur, - dňa 16.03.2017 zadal na prevod a dňa 17.03.2017 bola pripísaná na účet č. XXXXXXXXXX/XXXX suma vo výške 10,00 Eur v exekučnom konaní pod číslom 611/05 vo veci oprávneného Slovak Telekom, a.s., IČO: 35763469 a povinného F. E., nar. XX.XX.XXXX, pričom išlo o odmenu exekútora za záložné právo, čím spôsobil exekútorovi JUDr. Ľubomír Pekár škodu vo výške 10,00 Eur, - dňa 20.03.2017 zadal na prevod a dňa 21.03.2017 bola pripísaná na účet č. E. suma vo výške 106,13 Eur v exekučnom konaní pod číslom 2058/09 vo veci oprávneného Bencont Investments, s.r.o.., IČO: 36432105 a povinného B. U., nar. XX.X.XXXX, pričom išlo o odmenu exekútora za záložné právo, čím spôsobil exekútorovi JUDr. Ľubomír Pekár škodu vo výške 106,13 Eur, - dňa 20.03.2017 zadal na prevod a dňa 21.03.2017 bola pripísaná na účet č. E. suma vo výške 61,44 Eur v exekučnom konaní pod číslom 1086/09 vo veci oprávneného BENCONT INVESTMENTS, s.r.o. , IČO: 36432105 a povinného B. R., nar. XX.X.XXXX, pričom išlo o preplatok povinného v exekučnom konaní, čím spôsobil exekútorovi A. N. K. škodu vo výške 61,44 Eur, - dňa 23.03.2017 zadal na prevod a dňa 24.03.2017 bola pripísaná na účet č. E. suma vo výške 30,00 Eur v exekučnom konaní pod číslom 5509/13 vo veci oprávneného Slovak Telekom, a.s., IČO: 35763469 a povinného Q. D., nar. XX.XX.XXXX, pričom išlo o preplatok povinného v exekučnom konaní, čím spôsobil exekútorovi JUDr. Ľubomír Pekár škodu vo výške 30,00 Eur, - dňa 24.03.2017 zadal na prevod a dňa 27.03.2017 bola pripísaná na účet č. E. suma vo výške 143,92 Eur v exekučnom konaní pod číslom 1406/13 vo veci oprávneného Slovak Telekom, a.s., IČO: 35763469 a povinného B. J., nar. XX.X.XXXX, pričom išlo o preplatok povinného v exekučnom konaní, čím spôsobil exekútorovi A. N. K. škodu vo výške 143,92 Eur, - dňa 27.03.2017 zadal na prevod a dňa 29.03.2017 bola pripísaná na účet č. E. suma vo výške 76,54 Eur v exekučnom konaní pod číslom 3130/14 vo veci oprávneného Q. G., nar. XX.X.XXXX a povinného P. G., nar. XX.XX.XXXX, pričom išlo o preplatok povinného v exekučnom konaní, čím spôsobil exekútorovi JUDr. Ľubomír Pekár škodu vo výške 76,54 Eur, - dňa 31.03.2017 zadal na prevod a dňa 03.04.2017 bola pripísaná na účet č. E. suma vo výške 12,05 Eur v exekučnom konaní pod číslom 4452/13 vo veci oprávneného Slovak Telekom, a.s., IČO: 35763469 a povinného A. K., nar. XX.X.XXXX, pričom išlo o preplatok povinného v exekučnom konaní, čím spôsobil exekútorovi JUDr. Ľubomír Pekár škodu vo výške 12,05 Eur, - dňa 31.03.2017 zadal na prevod a dňa 03.04.2017 bola pripísaná na účet č. E. suma vo výške 104,99 Eur v exekučnom konaní pod číslom 4411/08 vo veci oprávneného Slovak Telekom, a.s., IČO: 35763469 a povinného I. J., nar. XX.X.XXXX, pričom išlo o preplatok povinného v exekučnom konaní, čím spôsobil exekútorovi JUDr. Ľubomír Pekár škodu vo výške 104,99 Eur, - dňa 03.04.2017 zadal na prevod a dňa 04.04.2017 bola pripísaná na účet č. E. suma vo výške 26,43 Eur v exekučnom konaní pod číslom 1468/13 vo veci oprávneného Slovak Telekom, a.s., IČO: 35763469 a povinného B. B., nar. X.XX.XXXX, pričom išlo o preplatok povinného v exekučnom konaní, čím spôsobil exekútorovi JUDr. Ľubomír Pekár škodu vo výške 26,43 Eur, - dňa 03.04.2017 zadal na prevod a dňa 04.04.2017 bola pripísaná na účet č. E. suma vo výške 33,27 Eur v exekučnom konaní pod číslom 4117/14 vo veci oprávneného Slovak Telekom, a.s., IČO: 35763469 a povinného N. J., nar. XX.XX.XXXX, pričom išlo o preplatok povinného v exekučnom konaní, čím spôsobil exekútorovi A. N. K. škodu vo výške 33,27 Eur, - dňa 03.04.2017 zadal na prevod a dňa 04.04.2017 bola pripísaná na účet č. XXXXXXXXXX/XXXX suma vo výške 47,49 Eur v exekučnom konaní pod číslom XXXX/XX vo veci oprávneného Slovak Telekom, a.s., IČO: 35763469 a povinného B. T., nar. XX.X.XXXX, pričom išlo o odmenu exekútora za záložné právo, čím spôsobil exekútorovi JUDr. Ľubomír Pekár škodu vo výške 47,49 Eur, - dňa 03.04.2017 zadal na prevod a dňa 04.04.2017 bola pripísaná na účet č. XXXXXXXXXX/XXXX suma vo výške 15,60 Eur v exekučnom konaní pod číslom 2697/13 vo veci oprávneného Slovak Telekom, a.s., IČO: 35763469 a povinného [. E., nar. X.X.XXXX, pričom išlo o preplatok povinného v exekučnom konaní, čím spôsobil exekútorovi JUDr. Ľubomír Pekár škodu vo výške 15,60 Eur,</w:t>
      </w:r>
    </w:p>
    <w:p>
      <w:r>
        <w:t>- dňa 04.04.2017 zadal na prevod a dňa 05.04.2017 bola pripísaná na účet č. E. suma vo výške 31,69 Eur v exekučnom konaní pod číslom 307/09 vo veci oprávneného Slovak Telekom, a.s., IČO: 35763469 a povinného M. F., nar. X.X.XXXX, pričom išlo o preplatok povinného v exekučnom konaní, čím spôsobil exekútorovi JUDr. Ľubomír Pekár škodu vo výške 31,69 Eur, - dňa 03.04.2017 zadal na prevod a dňa 05.04.2017 bola pripísaná na účet č. E. suma vo výške 37,87 Eur v exekučnom konaní pod číslom 618/05 vo veci oprávneného Slovak Telekom, a.s., IČO: 35763469 a povinného D. E., nar. XX.X.XXXX, pričom išlo o preplatok povinného v exekučnom konaní, čím spôsobil exekútorovi JUDr. Ľubomír Pekár škodu vo výške 37,87 Eur, - dňa 04.04.2017 zadal na prevod a dňa 05.04.2017 bola pripísaná na účet č. E. suma vo výške 0,85 Eur v exekučnom konaní pod číslom 4411/08 vo veci oprávneného Slovak Telekom, a.s., IČO: 35763469 a povinného I. J., nar. XX.X.XXXX, pričom išlo o preplatok povinného v exekučnom konaní, čím spôsobil exekútorovi JUDr. Ľubomír Pekár škodu vo výške 0,85 Eur, - dňa 04.04.2017 zadal na prevod a dňa 05.04.2017 bola pripísaná na účet č. E. suma vo výške 97,23 Eur v exekučnom konaní pod číslom 4066/08 vo veci oprávneného Slovak Telekom, a.s., IČO: 35763469 a povinného O. F., nar. XX.X.XXXX, pričom išlo o preplatok povinného v exekučnom konaní, čím spôsobil exekútorovi JUDr. Ľubomír Pekár škodu vo výške 97,23 Eur, - dňa 07.04.2017 zadal na prevod a dňa 10.04.2017 bola pripísaná na účet č. E. suma vo výške 112,69 Eur v exekučnom konaní pod číslom 1469/17 vo veci oprávneného Sociálna poisťovňa so sídlom v Bratislave, IČO: 30807484 a povinného Peter - auto, s.r.o., IČO: 35938447, pričom išlo o preplatok povinného v exekučnom konaní, čím spôsobil exekútorovi JUDr. Ľubomír Pekár škodu vo výške 112,69 Eur, - dňa 11.04.2017 zadal na prevod a dňa 12.04.2017 bola pripísaná na účet č. E. suma vo výške 244,38 Eur v exekučnom konaní pod číslom 5436/11 vo veci oprávneného Všeobecná zdravotná poisťovňa, a.s., IČO: 35937874 a povinného I. U., nar. X.X.XXXX, pričom išlo o preplatok povinného v exekučnom konaní, čím spôsobil exekútorovi JUDr. Ľubomír Pekár škodu vo výške 244,38 Eur, - dňa 11.04.2017 zadal na prevod a dňa 12.04.2017 bola pripísaná na účet č. XXXXXXXXXX/XXXX suma vo výške 20,00 Eur v exekučnom konaní pod číslom 2064/06 vo veci oprávneného Slovak Telekom, a.s., IČO: 35763469 a povinného [. M., nar. XX.X.XXXX, pričom išlo o odmenu exekútora za záložné právo, čím spôsobil exekútorovi JUDr. Ľubomír Pekár škodu vo výške 20,00 Eur, - dňa 12.04.2017 zadal na prevod a dňa 13.04.2017 bola pripísaná na účet č. E. suma vo výške 89,05 Eur v exekučnom konaní pod číslom 4335/14 vo veci oprávneného G. K., nar. X.XX.XXXX a povinného F. K., nar. XX.XX.XXXX, pričom išlo o preplatok povinného v exekučnom konaní, čím spôsobil exekútorovi JUDr. Ľubomír Pekár škodu vo výške 89,05 Eur, - dňa 12.04.2017 zadal na prevod a dňa 13.04.2017 bola pripísaná na účet č. XXXXXXXXXX/XXXX suma vo výške 30,00 Eur v exekučnom konaní pod číslom 3704/05 vo veci oprávneného Slovak Telekom, a.s., IČO: 35763469 a povinného [. H., nar. XX.X.XXXX, pričom išlo o preplatok povinného v exekučnom konaní, čím spôsobil exekútorovi JUDr. Ľubomír Pekár škodu vo výške 30,00 Eur, - dňa 13.04.2017 zadal na prevod a dňa 18.04.2017 bola pripísaná na účet č. E. suma vo výške 83,46 Eur v exekučnom konaní pod číslom 5437/11 vo veci oprávneného Všeobecná zdravotná poisťovňa, a.s., IČO: 35937874 a povinného B. U., nar. XX.X.XXXX, IČO: 44969406, pričom išlo o preplatok povinného v exekučnom konaní, čím spôsobil exekútorovi JUDr. Ľubomír Pekár škodu vo výške 83,46 Eur, - dňa 18.04.2017 zadal na prevod a dňa 19.04.2017 bola pripísaná na účet č. E. suma vo výške 101,07 Eur v exekučnom konaní pod číslom 1820/13 vo veci oprávneného Sociálna poisťovňa so sídlom v Bratislave, IČO: 30807484 a povinného A. B., nar. XX.X.XXXX, IČO: 45676755,pričom išlo o preplatok povinného v exekučnom konaní, čím spôsobil exekútorovi JUDr. Ľubomír Pekár škodu vo výške 101,07 Eur, - dňa 18.04.2017 zadal na prevod a dňa 19.04.2017 bola pripísaná na účet č. E. suma vo výške 26,98 Eur v exekučnom konaní pod číslom 6165/09 vo veci oprávneného Bencont Investments, s.r.o.., IČO: 36432105 a povinného K. D., nar. XX.XX.XXXX, pričom išlo o preplatok povinného v exekučnom konaní, čím spôsobil exekútorovi JUDr. Ľubomír Pekár škodu vo výške 26,98 Eur, - dňa 18.04.2017 zadal na prevod a dňa 19.04.2017 bola pripísaná na účet č. XXXXXXXXXX/XXXX suma vo výške 10,00 Eur v exekučnom konaní pod číslom 611/05 vo veci oprávneného Slovak Telekom, a.s., IČO: 35763469 a povinného F. E., nar. XX.XX.XXXX, pričom išlo o odmenu exekútora za záložné právo, čím spôsobil exekútorovi A. N. K. škodu vo výške 10,00 Eur, - dňa 21.04.2017 zadal na prevod a dňa 24.04.2017 bola pripísaná na účet č. E. suma vo výške 63,32 Eur v exekučnom konaní pod číslom 1399/09 vo veci oprávneného BENCONT INVESTMENTS, s.r.o. , IČO: 36432105 a povinného B. I., nar. X.X.XXXX, pričom išlo o preplatok povinného v exekučnom konaní, čím spôsobil exekútorovi JUDr. Ľubomír Pekár škodu vo výške 63,32 Eur,</w:t>
      </w:r>
    </w:p>
    <w:p>
      <w:r>
        <w:t>- dňa 26.04.2017 zadal na prevod a dňa 27.04.2017 bola pripísaná na účet č. E. suma vo výške 3.156,38 Eur v exekučnom konaní pod číslom XXXX/XX vo veci oprávneného Ing. Milan Durec – HARMÓNIA, IČO: 33946965 a povinného HPK plus, s.r.o., IČO: 35699418, pričom išlo o vymoženú čiastku oprávneného v exekučnom konaní v sume 2.556,28 Eur a trovy konania exekútora v sume 600,10 Eur, čím spôsobil exekútorovi A. N. K. škodu vo výške 3.156,38 Eur, - dňa 26.04.2017 zadal na prevod a dňa 27.04.2017 bola pripísaná na účet č. E. suma vo výške 125,46 Eur v exekučnom konaní pod číslom 3130/14 vo veci oprávneného Q. G., nar. XX.X.XXXX a povinného P. G., nar. XX.XX.XXXX, pričom išlo o preplatok povinného v exekučnom konaní, čím spôsobil exekútorovi JUDr. Ľubomír Pekár škodu vo výške 125,46 Eur, - dňa 28.04.2017 zadal na prevod a dňa 28.04.2017 bola pripísaná na účet č. E. suma vo výške 13,40 Eur v exekučnom konaní pod číslom 2178/10 vo veci oprávneného P. B. J. – HARMÓNIA, IČO: 33946965 a povinného HPK plus, s.r.o., IČO: 35699418, pričom išlo o trovy konania exekútora, čím spôsobil exekútorovi JUDr. Ľubomír Pekár škodu vo výške 13,40 Eur, - dňa 02.05.2017 zadal na prevod a dňa 03.05.2017 bola pripísaná na účet č. E. suma vo výške 87,40 Eur v exekučnom konaní pod číslom XXXX/XX vo veci oprávneného Slovak Telekom, a.s., IČO: 35763469 a povinného A. K., nar. XX.X.XXXX, pričom išlo o preplatok povinného v exekučnom konaní, čím spôsobil exekútorovi JUDr. Ľubomír Pekár škodu vo výške 87,40 Eur, - dňa 02.05.2017 zadal na prevod a dňa 03.05.2017 bola pripísaná na účet č. E. suma vo výške 26,43 Eur v exekučnom konaní pod číslom 1468/13 vo veci oprávneného Slovak Telekom, a.s., IČO: 35763469 a povinného B. B., nar. X.XX.XXXX, pričom išlo o preplatok povinného v exekučnom konaní, čím spôsobil exekútorovi JUDr. Ľubomír Pekár škodu vo výške 26,43 Eur, - dňa 02.05.2017 zadal na prevod a dňa 03.05.2017 bola pripísaná na účet č. E. suma vo výške 12,93 Eur v exekučnom konaní pod číslom 618/05 vo veci oprávneného Slovak Telekom, a.s., IČO: 35763469 a povinného D. E., nar. XX.X.XXXX, pričom išlo o preplatok povinného v exekučnom konaní, čím spôsobil exekútorovi A. N. K. škodu vo výške 12,93 Eur, - dňa 02.05.2017 zadal na prevod a dňa 03.05.2017 bola pripísaná na účet č. E. suma vo výške 33,27 Eur v exekučnom konaní pod číslom 4117/14 vo veci oprávneného Slovak Telekom, a.s., IČO: 35763469 a povinného N. J., nar. XX.XX.XXXX, pričom išlo o preplatok povinného v exekučnom konaní, čím spôsobil exekútorovi JUDr. Ľubomír Pekár škodu vo výške 33,27 Eur, - dňa 02.05.2017 zadal na prevod a dňa 03.05.2017 bola pripísaná na účet č. XXXXXXXXXX/XXXX suma vo výške 25,00 Eur v exekučnom konaní pod číslom 2697/13 vo veci oprávneného Slovak Telekom, a.s., IČO: 35763469 a povinného [. E., nar. X.X.XXXX, pričom išlo o preplatok povinného v exekučnom konaní, čím spôsobil exekútorovi JUDr. Ľubomír Pekár škodu vo výške 25,00 Eur, - dňa 02.05.2017 zadal na prevod a dňa 04.05.2017 bola pripísaná na účet č. E. suma vo výške 20,56 Eur v exekučnom konaní pod číslom 4066/08 vo veci oprávneného Slovak Telekom, a.s., IČO: 35763469 a povinného O. F., nar. XX.X.XXXX, pričom išlo o preplatok povinného v exekučnom konaní v sume 4,94 Eur a odmenu exekútora za záložné právo v sume 15,62 Eur, čím spôsobil exekútorovi JUDr. Ľubomír Pekár škodu vo výške 20,56 Eur, - dňa 03.05.2017 zadal na prevod a dňa 04.05.2017 bola pripísaná na účet č. E. suma vo výške 86,73 Eur v exekučnom konaní pod číslom 5651/09 vo veci oprávneného Bencont Investments, s.r.o., IČO: 36432105 a povinného S. K., nar. X.X.XXXX, pričom išlo o preplatok povinného v exekučnom konaní, čím spôsobil exekútorovi JUDr. Ľubomír Pekár škodu vo výške 86,73 Eur, - dňa 03.05.2017 zadal na prevod a dňa 04.05.2017 bola pripísaná na účet č. XXXXXXXXXX/XXXX suma vo výške 25,75 Eur v exekučnom konaní pod číslom XXXX/XX vo veci oprávneného Slovak Telekom, a.s., IČO: 35763469 a povinného B. T., nar. XX.X.XXXX, pričom išlo o odmenu exekútora za záložné právo, čím spôsobil exekútorovi JUDr. Ľubomír Pekár škodu vo výške 25,75 Eur, - dňa 09.05.2017 zadal na prevod a dňa 10.05.2017 bola pripísaná na účet č. E. suma vo výške 51,82 Eur v exekučnom konaní pod číslom 1399/09 vo veci oprávneného BENCONT INVESTMENTS, s.r.o. , IČO: 36432105 a povinného B. I., nar. X.X.XXXX, pričom išlo o preplatok povinného v exekučnom konaní, čím spôsobil exekútorovi JUDr. Ľubomír Pekár škodu vo výške 51,82 Eur, - dňa 11.05.2017 zadal na prevod a dňa 12.05.2017 bola pripísaná na účet č. E. suma vo výške 147,62 Eur v exekučnom konaní pod číslom XXXX/XX vo veci oprávneného Všeobecná zdravotná poisťovňa, a.s., IČO: 35937874 a povinného N. G., nar. XX.X.XXXX, IČO: 44347367, pričom išlo o preplatok povinného v exekučnom konaní, čím spôsobil exekútorovi JUDr. Ľubomír Pekár škodu vo výške 147,62 Eur, - dňa 12.05.2017 zadal na prevod a dňa 15.05.2017 bola pripísaná na účet č. E. suma vo výške 112,50 Eur v exekučnom konaní pod číslom 4324/12 vo veci oprávneného Všeobecná zdravotná poisťovňa,</w:t>
      </w:r>
    </w:p>
    <w:p>
      <w:r>
        <w:t>a.s., IČO: 35937874 a povinného I. U., nar. X.X.XXXX, pričom išlo o preplatok povinného v exekučnom konaní, čím spôsobil exekútorovi JUDr. Ľubomír Pekár škodu vo výške 112,50 Eur, - dňa 12.05.2017 zadal na prevod a dňa 15.05.2017 bola pripísaná na účet č. XXXXXXXXXX/XXXX suma vo výške 20,00 Eur v exekučnom konaní pod číslom 2064/06 vo veci oprávneného Slovak Telekom, a.s., IČO: 35763469 a povinného [. M., nar. XX.X.XXXX, pričom išlo o odmenu exekútora za záložné právo, čím spôsobil exekútorovi JUDr. Ľubomír Pekár škodu vo výške 20,00 Eur, - dňa 12.05.2017 zadal na prevod a dňa 15.05.2017 bola pripísaná na účet č. XXXXXXXXXX/XXXX suma vo výške 30,00 Eur v exekučnom konaní pod číslom XXXX/XX vo veci oprávneného Slovak Telekom, a.s., IČO: 35763469 a povinného [. H., nar. XX.X.XXXX, pričom išlo o preplatok povinného v exekučnom konaní, čím spôsobil exekútorovi JUDr. Ľubomír Pekár škodu vo výške 30,00 Eur, - dňa 18.05.2017 zadal na prevod a dňa 19.05.2017 bola pripísaná na účet č. E. suma vo výške 23,26 Eur v exekučnom konaní pod číslom 1407/11 vo veci oprávneného Slovak Telekom, a.s., IČO: 35763469 a povinného O. I., nar. XX.X.XXXX, pričom išlo o preplatok povinného v exekučnom konaní, čím spôsobil exekútorovi JUDr. Ľubomír Pekár škodu vo výške 23,26 Eur, - dňa 18.05.2017 zadal na prevod a dňa 19.05.2017 bola pripísaná na účet č. E. suma vo výške 37,94 Eur v exekučnom konaní pod číslom 6165/09 vo veci oprávneného Bencont Investments, s.r.o.., IČO: 36432105 a povinného K. D., nar. XX.XX.XXXX, pričom išlo o preplatok povinného v exekučnom konaní, čím spôsobil exekútorovi JUDr. Ľubomír Pekár škodu vo výške 37,94 Eur, - dňa 18.05.2017 zadal na prevod a dňa 19.05.2017 bola pripísaná na účet č. E. suma vo výške 333,12 Eur v exekučnom konaní pod číslom 4678/12 vo veci oprávneného Všeobecná zdravotná poisťovňa, a.s., IČO: 35937874 a povinného H. G., nar. XX.X.XXXX, pričom išlo o preplatok povinného v exekučnom konaní, čím spôsobil exekútorovi JUDr. Ľubomír Pekár škodu vo výške 333,12 Eur, - dňa 18.05.2017 zadal na prevod a dňa 22.05.2017 bola pripísaná na účet č. XXXXXXXXXX/XXXX suma vo výške 10,00 Eur v exekučnom konaní pod číslom 611/05 vo veci oprávneného Slovak Telekom, a.s., IČO: 35763469 a povinného F. E., nar. XX.XX.XXXX, pričom išlo o odmenu exekútora za záložné právo, čím spôsobil exekútorovi JUDr. Ľubomír Pekár škodu vo výške 10,00 Eur, - dňa 22.05.2017 zadal na prevod a dňa 23.05.2017 bola pripísaná na účet č. E. suma vo výške 150,00 Eur v exekučnom konaní pod číslom 4335/14 vo veci oprávneného G. K., nar. X.XX.XXXX a povinného F. K., nar. XX.XX.XXXX, pričom išlo o preplatok povinného v exekučnom konaní, čím spôsobil exekútorovi JUDr. Ľubomír Pekár škodu vo výške 150,00 Eur, - dňa 22.05.2017 zadal na prevod a dňa 23.05.2017 bola pripísaná na účet č. E. suma vo výške 41,83 Eur v exekučnom konaní pod číslom 1291/00 vo veci oprávneného Bratislavská aukčná dražobná spoločnosť, s.r.o., IČO: 36664219 a povinného [. O., nar. X.X.XXXX, pričom išlo o preplatok povinného v exekučnom konaní, čím spôsobil exekútorovi JUDr. Ľubomír Pekár škodu vo výške 41,83 Eur, - dňa 19.05.2017 zadal na prevod a dňa 23.05.2017 bola pripísaná na účet č. E. suma vo výške 318,86 Eur v exekučnom konaní pod číslom 2038/08 vo veci oprávneného Across Financial Services, s.r.o., IČO: 35804319 a povinného P. B., nar. XX.X.XXXX, pričom išlo o preplatok povinného v exekučnom konaní, čím spôsobil exekútorovi A. N. K. škodu vo výške 318,86 Eur, - dňa 24.05.2017 zadal na prevod a dňa 25.05.2017 bola pripísaná na účet č. E. suma vo výške 124,00 Eur v exekučnom konaní pod číslom 1322/09 vo veci oprávneného BENCONT INVESTMENTS, s.r.o., IČO: 36432105 a povinného A. O., nar. X.XX.XXXX, pričom išlo o preplatok povinného v exekučnom konaní, čím spôsobil exekútorovi JUDr. Ľubomír Pekár škodu vo výške 124,00 Eur, - dňa 26.05.2017 zadal na prevod a dňa 29.05.2017 bola pripísaná na účet č. E. suma vo výške 125,46 Eur v exekučnom konaní pod číslom 3130/14 vo veci oprávneného Q. G., nar. XX.X.XXXX a povinného P. G., nar. XX.XX.XXXX, pričom išlo o preplatok povinného v exekučnom konaní, čím spôsobil exekútorovi JUDr. Ľubomír Pekár škodu vo výške 125,46 Eur, - dňa 30.05.2017 zadal na prevod a dňa 31.05.2017 bola pripísaná na účet č. E. suma vo výške 169,96 Eur v exekučnom konaní pod číslom 7196/11 vo veci oprávneného Všeobecná zdravotná poisťovňa, a.s., IČO: 35937874 a povinného J. U., nar. XX.XX.XXXX, IČO: 17708389, pričom išlo o preplatok povinného v exekučnom konaní, čím spôsobil exekútorovi JUDr. Ľubomír Pekár škodu vo výške 169,96 Eur, - dňa 31.05.2017 zadal na prevod a dňa 02.06.2017 bola pripísaná na účet č. E. suma vo výške 44,23 Eur v exekučnom konaní pod číslom 4452/13 vo veci oprávneného Slovak Telekom, a.s., IČO: 35763469 a povinného A. K., nar. XX.X.XXXX, pričom išlo o preplatok povinného v exekučnom konaní, čím spôsobil exekútorovi JUDr. Ľubomír Pekár škodu vo výške 44,23 Eur, - dňa 31.05.2017 zadal na prevod a dňa 02.06.2017 bola pripísaná na účet č. E. suma vo výške 26,43 Eur v exekučnom konaní pod číslom 1468/13 vo veci oprávneného Slovak Telekom, a.s., IČO: 35763469 a povinného B. B., nar. X.XX.XXXX, pričom išlo o preplatok povinného v exekučnom konaní, čím spôsobil exekútorovi JUDr. Ľubomír Pekár škodu vo výške 26,43 Eur,</w:t>
      </w:r>
    </w:p>
    <w:p>
      <w:r>
        <w:t>- dňa 31.05.2017 zadal na prevod a dňa 02.06.2017 bola pripísaná na účet č. E. suma vo výške 33,27 Eur v exekučnom konaní pod číslom 4117/14 vo veci oprávneného Slovak Telekom, a.s., IČO: 35763469 a povinného N. J., nar. XX.XX.XXXX, pričom išlo o preplatok povinného v exekučnom konaní, čím spôsobil exekútorovi A. N. K. škodu vo výške 33,27 Eur, - dňa 31.05.2017 zadal na prevod a dňa 02.06.2017 bola pripísaná na účet č. E. suma vo výške 137,38 Eur v exekučnom konaní pod číslom 5175/09 vo veci oprávneného Bencont Investments, s.r.o., IČO: 36432105 a povinného A. A., nar. XX.X.XXXX, pričom išlo o preplatok povinného v exekučnom konaní, čím spôsobil exekútorovi JUDr. Ľubomír Pekár škodu vo výške 137,38 Eur, - dňa 31.05.2017 zadal na prevod a dňa 02.06.2017 bola pripísaná na účet č. E. suma vo výške 97,07 Eur v exekučnom konaní pod číslom 5651/09 vo veci oprávneného Bencont Investments, s.r.o., IČO: 36432105 a povinného S. K., nar. X.X.XXXX, pričom išlo o odmenu exekútora za záložné právo, čím spôsobil exekútorovi JUDr. Ľubomír Pekár škodu vo výške 97,07 Eur, - dňa 31.05.2017 zadal na prevod a dňa 02.06.2017 bola pripísaná na účet č. E. suma vo výške 18,27 Eur v exekučnom konaní pod číslom 1465/13 vo veci oprávneného Slovak Telekom, a.s., IČO: 35763469 a povinného Q. B., nar. XX.XX.XXXX, pričom išlo o preplatok povinného v exekučnom konaní, čím spôsobil exekútorovi JUDr. Ľubomír Pekár škodu vo výške 18,27 Eur, - dňa 31.05.2017 zadal na prevod a dňa 02.06.2017 bola pripísaná na účet č. XXXXXXXXXX/XXXX suma vo výške 25,00 Eur v exekučnom konaní pod číslom 2697/13 vo veci oprávneného Slovak Telekom, a.s., IČO: 35763469 a povinného [. E., nar. X.X.XXXX, pričom išlo o preplatok povinného v exekučnom konaní, čím spôsobil exekútorovi JUDr. Ľubomír Pekár škodu vo výške 25,00 Eur, - dňa 06.06.2017 zadal na prevod a dňa 08.06.2017 bola pripísaná na účet č. E. suma vo výške 40,42 Eur v exekučnom konaní pod číslom 3120/06 vo veci oprávneného Slovak Telekom, a.s., IČO: 35763469 a povinného Q. U., nar. X.X.XXXX, pričom išlo o preplatok povinného v exekučnom konaní, čím spôsobil exekútorovi JUDr. Ľubomír Pekár škodu vo výške 40,42 Eur, - dňa 06.06.2017 zadal na prevod a dňa 08.06.2017 bola pripísaná na účet č. E. suma vo výške 128,54 Eur v exekučnom konaní pod číslom 622/09 vo veci oprávneného Bencont Investments, s.r.o., IČO: 36432105 a povinného T. E., nar. XX.X.XXXX, pričom išlo o preplatok povinného v exekučnom konaní, čím spôsobil exekútorovi JUDr. Ľubomír Pekár škodu vo výške 128,54 Eur, - dňa 06.06.2017 zadal na prevod a dňa 08.06.2017 bola pripísaná na účet č. E. suma vo výške 140,08 Eur v exekučnom konaní pod číslom 20108/01 vo veci oprávneného VJARSPOL, s.r.o. , IČO: 31645429 a povinného O. I., nar. XX.X.XXXX, IČO: 34958002, pričom išlo o preplatok povinného v exekučnom konaní, čím spôsobil exekútorovi JUDr. Ľubomír Pekár škodu vo výške 140,08 Eur, - dňa 07.06.2017 zadal na prevod a dňa 09.06.2017 bola pripísaná na účet č. XXXXXXXXXX/XXXX suma vo výške 20,00 Eur v exekučnom konaní pod číslom 2064/06 vo veci oprávneného Slovak Telekom, a.s., IČO: 35763469 a povinného [. M., nar. XX.X.XXXX, pričom išlo o odmenu exekútora za záložné právo, čím spôsobil exekútorovi JUDr. Ľubomír Pekár škodu vo výške 20,00 Eur, - dňa 09.06.2017 zadal na prevod a dňa 13.06.2017 bola pripísaná na účet č. XXXXXXXXXX/XXXX suma vo výške 30,00 Eur v exekučnom konaní pod číslom XXXX/XX vo veci oprávneného Slovak Telekom, a.s., IČO: 35763469 a povinného [. H., nar. XX.X.XXXX, pričom išlo o preplatok povinného v exekučnom konaní, čím spôsobil exekútorovi JUDr. Ľubomír Pekár škodu vo výške 30,00 Eur, - dňa 14.06.2017 zadal na prevod a dňa 19.06.2017 bola pripísaná na účet č. E. suma vo výške 136,95 Eur v exekučnom konaní pod číslom 1407/11 vo veci oprávneného Slovak Telekom, a.s., IČO: 35763469 a povinného O. I., nar. XX.X.XXXX, pričom išlo o preplatok povinného v exekučnom konaní, čím spôsobil exekútorovi JUDr. Ľubomír Pekár škodu vo výške 136,95 Eur, - dňa 15.06.2017 zadal na prevod a dňa 19.06.2017 bola pripísaná na účet č. E. suma vo výške 71,00 Eur v exekučnom konaní pod číslom 1474/07 vo veci oprávneného Slovak Telekom, a.s., IČO: 35763469 a povinného O. O., nar. XX.X.XXXX, pričom išlo o preplatok povinného v exekučnom konaní, čím spôsobil exekútorovi JUDr. Ľubomír Pekár škodu vo výške 71,00 Eur, - dňa 15.06.2017 zadal na prevod a dňa 19.06.2017 bola pripísaná na účet č. E. suma vo výške 61,07 Eur v exekučnom konaní pod číslom 3689/10 vo veci oprávneného Sociálna poisťovňa v Bratislave, IČO: 30807484 a povinného F. G., nar. XX.X.XXXX, IČO: 43758169, pričom išlo o preplatok povinného v exekučnom konaní, čím spôsobil exekútorovi JUDr. Ľubomír Pekár škodu vo výške 61,07 Eur, - dňa 16.06.2017 zadal na prevod a dňa 20.06.2017 bola pripísaná na účet č. XXXXXXXXXX/XXXX suma vo výške 10,00 Eur v exekučnom konaní pod číslom 611/05 vo veci oprávneného Slovak Telekom, a.s., IČO: 35763469 a povinného F. E., nar. XX.XX.XXXX, pričom išlo o odmenu exekútora za záložné právo, čím spôsobil exekútorovi JUDr. Ľubomír Pekár škodu vo výške 10,00 Eur, - dňa 20.06.2017 zadal na prevod a dňa 22.06.2017 bola pripísaná na účet č. E. suma vo výške 100,00 Eur v exekučnom konaní pod číslom 1291/00 vo veci oprávneného Bratislavská aukčná dražobná</w:t>
      </w:r>
    </w:p>
    <w:p>
      <w:r>
        <w:t>spoločnosť, s.r.o., IČO: 36664219 a povinného [. O., nar. X.X.XXXX, pričom išlo o preplatok povinného v exekučnom konaní, čím spôsobil exekútorovi JUDr. Ľubomír Pekár škodu vo výške 100,00 Eur, - dňa 22.06.2017 zadal na prevod a dňa 23.06.2017 bola pripísaná na účet č. E. suma vo výške 85,30 Eur v exekučnom konaní pod číslom 4941/10 vo veci oprávneného Slovak Telekom, a.s. , IČO: 35763469 a povinného F. A., nar. X.X.XXXX, pričom išlo o preplatok povinného v exekučnom konaní v sume 35,90 Eur a trovy exekútora v sume 49,40 Eur, čím spôsobil exekútorovi JUDr. Ľubomír Pekár škodu vo výške 85,30 Eur, - dňa 23.06.2017 zadal na prevod a dňa 27.06.2017 bola pripísaná na účet č. E. suma vo výške 125,46 Eur v exekučnom konaní pod číslom 3130/14 vo veci oprávneného Q. G., nar. XX.X.XXXX a povinného P. G., nar. XX.XX.XXXX, pričom išlo o preplatok povinného v exekučnom konaní, čím spôsobil exekútorovi JUDr. Ľubomír Pekár škodu vo výške 125,46 Eur, - dňa 27.06.2017 zadal na prevod a dňa 28.06.2017 bola pripísaná na účet č. E. suma vo výške 48,17 Eur v exekučnom konaní pod číslom 4024/10 vo veci oprávneného Slovak Telekom, a.s., IČO: 35763469 a povinného N. J., nar. X.XX.XXXX, pričom išlo o preplatok povinného v exekučnom konaní, čím spôsobil exekútorovi JUDr. Ľubomír Pekár škodu vo výške 48,17 Eur, - dňa 29.06.2017 zadal na prevod a dňa 30.06.2017 bola pripísaná na účet č. E. suma vo výške 143,94 Eur v exekučnom konaní pod číslom 4412/13 vo veci oprávneného Slovak Telekom, a.s., IČO: 35763469 a povinného B. A. , nar. XX.X.XXXX, pričom išlo o preplatok povinného v exekučnom konaní, čím spôsobil exekútorovi JUDr. Ľubomír Pekár škodu vo výške 143,94 Eur, - dňa 30.06.2017 zadal na prevod a dňa 04.07.2017 bola pripísaná na účet č. E. suma vo výške 26,43 Eur v exekučnom konaní pod číslom 1468/13 vo veci oprávneného Slovak Telekom, a.s., IČO: 35763469 a povinného B. B., nar. X.XX.XXXX, pričom išlo o preplatok povinného v exekučnom konaní, čím spôsobil exekútorovi JUDr. Ľubomír Pekár škodu vo výške 26,43 Eur, - dňa 03.07.2017 zadal na prevod a dňa 04.07.2017 bola pripísaná na účet č. E. suma vo výške 3,40 Eur v exekučnom konaní pod číslom 3689/10 vo veci oprávneného Sociálna poisťovňa v Bratislave, IČO: 30807484 a povinného F. G., nar. XX.X.XXXX, IČO: 43758169, pričom išlo o preplatok povinného v exekučnom konaní, čím spôsobil exekútorovi JUDr. Ľubomír Pekár škodu vo výške 3,40 Eur, - dňa 30.06.2017 zadal na prevod a dňa 04.07.2017 bola pripísaná na účet č. E. suma vo výške 42,63 Eur v exekučnom konaní pod číslom 1465/13 vo veci oprávneného Slovak Telekom, a.s., IČO: 35763469 a povinného Q. B., nar. XX.XX.XXXX, pričom išlo o preplatok povinného v exekučnom konaní, čím spôsobil exekútorovi JUDr. Ľubomír Pekár škodu vo výške 42,63 Eur, - dňa 30.06.2017 zadal na prevod a dňa 04.07.2017 bola pripísaná na účet č. E. suma vo výške 37,87 Eur v exekučnom konaní pod číslom 20108/01 vo veci oprávneného VJARSPOL, s.r.o. , IČO: 31645429 a povinného O. I., nar. XX.X.XXXX, IČO: 34958002, pričom išlo o preplatok povinného v exekučnom konaní, čím spôsobil exekútorovi JUDr. Ľubomír Pekár škodu vo výške 37,87 Eur, - dňa 03.07.2017 zadal na prevod a dňa 04.07.2017 bola pripísaná na účet č. E. suma vo výške 21,60 Eur v exekučnom konaní pod číslom 5651/09 vo veci oprávneného Bencont Investments, s.r.o., IČO: 36432105 a povinného S. K., nar. X.X.XXXX, pričom išlo o odmenu exekútora za záložné právo, čím spôsobil exekútorovi JUDr. Ľubomír Pekár škodu vo výške 21,60 Eur, - dňa 30.06.2017 zadal na prevod a dňa 04.07.2017 bola pripísaná na účet č. XXXXXXXXXX/XXXX suma vo výške 14,99 Eur v exekučnom konaní pod číslom 2697/13 vo veci oprávneného Slovak Telekom, a.s., IČO: 35763469 a povinného [. E., nar. X.X.XXXX, pričom išlo o preplatok povinného v exekučnom konaní, čím spôsobil exekútorovi A. N. K. škodu vo výške 14,99 Eur, - dňa 30.06.2017 zadal na prevod a dňa 06.07.2017 bola pripísaná na účet č. E. suma vo výške 68,66 Eur v exekučnom konaní pod číslom 2903/08 vo veci oprávneného Slovak Telekom, a.s., IČO: 35763469 a povinného W. K., nar. X.X.XXXX, pričom išlo o odmenu exekútora za záložné právo, čím spôsobil exekútorovi JUDr. Ľubomír Pekár škodu vo výške 68,66 Eur, - dňa 11.07.2017 zadal na prevod a dňa 13.07.2017 bola pripísaná na účet č. XXXXXXXXXX/XXXX suma vo výške 20,00 Eur v exekučnom konaní pod číslom 2064/06 vo veci oprávneného Slovak Telekom, a.s., IČO: 35763469 a povinného [. M., nar. XX.X.XXXX, pričom išlo o odmenu exekútora za záložné právo, čím spôsobil exekútorovi JUDr. Ľubomír Pekár škodu vo výške 20,00 Eur, - dňa 13.07.2017 zadal na prevod a dňa 17.07.2017 bola pripísaná na účet č. E. suma vo výške 67,23 Eur v exekučnom konaní pod číslom 1407/11 vo veci oprávneného Slovak Telekom, a.s., IČO: 35763469 a povinného O. I., nar. XX.X.XXXX, pričom išlo o preplatok povinného v exekučnom konaní, čím spôsobil exekútorovi JUDr. Ľubomír Pekár škodu vo výške 67,23 Eur, - dňa 17.07.2017 zadal na prevod a dňa 18.07.2017 bola pripísaná na účet č. XXXXXXXXXX/XXXX suma vo výške 10,00 Eur v exekučnom konaní pod číslom 611/05 vo veci oprávneného Slovak Telekom,</w:t>
      </w:r>
    </w:p>
    <w:p>
      <w:r>
        <w:t>a.s., IČO: 35763469 a povinného F. E., nar. XX.XX.XXXX, pričom išlo o odmenu exekútora za záložné právo, čím spôsobil exekútorovi JUDr. Ľubomír Pekár škodu vo výške 10,00 Eur, - dňa 20.07.2017 zadal na prevod a dňa 24.07.2017 bola pripísaná na účet č. E. suma vo výške 100,00 Eur v exekučnom konaní pod číslom 1291/00 vo veci oprávneného Bratislavská aukčná dražobná spoločnosť, s.r.o., IČO: 36664219 a povinného [. O., nar. X.X.XXXX, pričom išlo o preplatok povinného v exekučnom konaní, čím spôsobil exekútorovi JUDr. Ľubomír Pekár škodu vo výške 100,00 Eur, - dňa 24.07.2017 zadal na prevod a dňa 25.07.2017 bola pripísaná na účet č. E. suma vo výške 50,00 Eur v exekučnom konaní pod číslom XXXX/XX vo veci oprávneného Všeobecná zdravotná poisťovňa, a.s., IČO: 35937874 a povinného B. U., nar. X.X.XXXX, pričom išlo o preplatok povinného v exekučnom konaní, čím spôsobil exekútorovi JUDr. Ľubomír Pekár škodu vo výške 50,00 Eur, - dňa 14.07.2017 zadal na prevod a dňa 25.07.2017 bola pripísaná na účet č. E. suma vo výške 61,87 Eur v exekučnom konaní pod číslom 1040/09 vo veci oprávneného BENCONT INVESTMENTS, s.r.o. , IČO: 36432105 a povinného J. G., nar. XX.X.XXXX, pričom išlo o preplatok povinného v exekučnom konaní, čím spôsobil exekútorovi JUDr. Ľubomír Pekár škodu vo výške 61,87 Eur, - dňa 25.07.2017 zadal na prevod a dňa 26.07.2017 bola pripísaná na účet č. E. suma vo výške 85,98 Eur v exekučnom konaní pod číslom 5800/11 vo veci oprávneného Všeobecná zdravotná poisťovňa, a.s., IČO: 35937874 a povinného H. J., nar. XX.X.XXXX, pričom išlo o preplatok povinného v exekučnom konaní, čím spôsobil exekútorovi JUDr. Ľubomír Pekár škodu vo výške 85,98 Eur, - dňa 25.07.2017 zadal na prevod a dňa 27.07.2017 bola pripísaná na účet č. E. suma vo výške 124,19 Eur v exekučnom konaní pod číslom 3130/14 vo veci oprávneného Q. G., nar. XX.X.XXXX a povinného P. G., nar. XX.XX.XXXX, pričom išlo o preplatok povinného v exekučnom konaní, čím spôsobil exekútorovi JUDr. Ľubomír Pekár škodu vo výške 124,19 Eur, - dňa 27.07.2017 zadal na prevod a dňa 28.07.2017 bola pripísaná na účet č. E. suma vo výške 82,26 Eur v exekučnom konaní pod číslom 4735/12 vo veci oprávneného Všeobecná zdravotná poisťovňa, a.s., IČO: 35937874 a povinného K. U., nar. XX.XX.XXXX, pričom išlo o preplatok povinného v exekučnom konaní, čím spôsobil exekútorovi JUDr. Ľubomír Pekár škodu vo výške 82,26 Eur, - dňa 28.07.2017 zadal na prevod a dňa 31.07.2017 bola pripísaná na účet č. E. suma vo výške 125,56 Eur v exekučnom konaní pod číslom 4802/10 vo veci oprávneného Slovak Telekom, a.s. , IČO: 35763469 a povinného K. U., nar. XX.XX.XXXX, pričom išlo o preplatok povinného v exekučnom konaní, čím spôsobil exekútorovi JUDr. Ľubomír Pekár škodu vo výške 125,56 Eur, - dňa 28.07.2017 zadal na prevod a dňa 01.08.2017 bola pripísaná na účet č. E. suma vo výške 107,11 Eur v exekučnom konaní pod číslom 1550/15 vo veci oprávneného Sociálna poisťovňa so sídlom v Bratislave, IČO: 30807484 a povinného F. B., nar. XX.X.XXXX, IČO: 34520686, pričom išlo o preplatok povinného v exekučnom konaní, čím spôsobil exekútorovi JUDr. Ľubomír Pekár škodu vo výške 107,11 Eur, - dňa 31.07.2017 zadal na prevod a dňa 02.08.2017 bola pripísaná na účet č. E. suma vo výške 22,46 Eur v exekučnom konaní pod číslom 1468/13 vo veci oprávneného Slovak Telekom, a.s., IČO: 35763469 a povinného B. B., nar. X.XX.XXXX, pričom išlo o preplatok povinného v exekučnom konaní, čím spôsobil exekútorovi JUDr. Ľubomír Pekár škodu vo výške 22,46 Eur, - dňa 01.08.2017 zadal na prevod a dňa 02.08.2017 bola pripísaná na účet č. E. suma vo výške 6,68 Eur v exekučnom konaní pod číslom XXXX/XX vo veci oprávneného Sociálna poisťovňa so sídlom v Bratislave, IČO: 3080748 a povinného Paed. J. B. G., nar. XX.X.XXXX, IČO: 34395563, pričom išlo o preplatok povinného v exekučnom konaní, čím spôsobil exekútorovi JUDr. Ľubomír Pekár škodu vo výške 6,68 Eur, - dňa 01.08.2017 zadal na prevod a dňa 02.08.2017 bola pripísaná na účet č. E. suma vo výške 123,55 Eur v exekučnom konaní pod číslom 4785/11 vo veci oprávneného Sociálna poisťovňa so sídlom v Bratislave, IČO: 30807484 a povinného A. T., nar. X.XX.XXXX, pričom išlo o preplatok povinného v exekučnom konaní, čím spôsobil exekútorovi JUDr. Ľubomír Pekár škodu vo výške 123,55 Eur, - dňa 31.07.2017 zadal na prevod a dňa 02.08.2017 bola pripísaná na účet č. E. suma vo výške 22,64 Eur v exekučnom konaní pod číslom 2624/13 vo veci oprávneného Slovak Telekom, a.s., IČO: 35763469 a povinného W. G., nar. XX.X.XXXX, pričom išlo o preplatok povinného v exekučnom konaní, čím spôsobil exekútorovi JUDr. Ľubomír Pekár škodu vo výške 22,64 Eur, - dňa 31.07.2017 zadal na prevod a dňa 02.08.2017 bola pripísaná na účet č. E. suma vo výške 14,62 Eur v exekučnom konaní pod číslom 2115/05 vo veci oprávneného Slovak Telekom, a.s., IČO: 35763469 a povinného K. O., nar. XX.XX.XXXX, pričom išlo o odmenu exekútora za záložné právo, čím spôsobil exekútorovi A. N. K. škodu vo výške 14,62 Eur, - dňa 31.07.2017 zadal na prevod a dňa 02.08.2017 bola pripísaná na účet č. E. suma vo výške 69,64 Eur v exekučnom konaní pod číslom XXXX/XX vo veci oprávneného Bencont Investments, s.r.o., IČO:</w:t>
      </w:r>
    </w:p>
    <w:p>
      <w:r>
        <w:t>36432105 a povinného R. G., nar. XX.X.XXXX, pričom išlo o preplatok povinného v exekučnom konaní, čím spôsobil exekútorovi JUDr. Ľubomír Pekár škodu vo výške 69,64 Eur, - dňa 01.08.2017 zadal na prevod a dňa 02.08.2017 bola pripísaná na účet č. E. suma vo výške 2,94 Eur v exekučnom konaní pod číslom 3689/10 vo veci oprávneného Sociálna poisťovňa so sídlom v Bratislave, IČO: 30807484 a povinného F. G., nar. XX.X.XXXX, IČO: 43758169, pričom išlo o preplatok povinného v exekučnom konaní, čím spôsobil exekútorovi JUDr. Ľubomír Pekár škodu vo výške 2,94 Eur, - dňa 31.07.2017 zadal na prevod a dňa 02.08.2017 bola pripísaná na účet č. E. suma vo výške 42,17 Eur v exekučnom konaní pod číslom 1465/13 vo veci oprávneného Slovak Telekom, a.s., IČO: 35763469 a povinného Q. B., nar. XX.XX.XXXX, pričom išlo o preplatok povinného v exekučnom konaní, čím spôsobil exekútorovi JUDr. Ľubomír Pekár škodu vo výške 42,17 Eur, - dňa 07.08.2017 zadal na prevod a dňa 09.08.2017 bola pripísaná na účet č. E. suma vo výške 196,04 Eur v exekučnom konaní pod číslom 5106/06 vo veci oprávneného Slovak Telekom, a.s., IČO: 35763469 a povinného [. F., nar. X.X.XXXX, pričom išlo o preplatok povinného v exekučnom konaní, čím spôsobil exekútorovi JUDr. Ľubomír Pekár škodu vo výške 196,04 Eur, - dňa 09.08.2017 zadal na prevod a dňa 11.08.2017 bola pripísaná na účet č. XXXXXXXXXX/XXXX suma vo výške 20,00 Eur v exekučnom konaní pod číslom 2064/06 vo veci oprávneného Slovak Telekom, a.s., IČO: 35763469 a povinného [. M., nar. XX.X.XXXX, pričom išlo o odmenu exekútora za záložné právo, čím spôsobil exekútorovi JUDr. Ľubomír Pekár škodu vo výške 20,00 Eur, - dňa 10.08.2017 zadal na prevod a dňa 15.08.2017 bola pripísaná na účet č. E. suma vo výške 390,15 Eur v exekučnom konaní pod číslom 1552/15 vo veci oprávneného mal. F. G. a povinného B. Q., nar. XX.X.XXXX, pričom išlo o trovy konania exekútora, čím spôsobil exekútorovi JUDr. Ľubomír Pekár škodu vo výške 390,15 Eur, - dňa 14.08.2017 zadal na prevod a dňa 15.08.2017 bola pripísaná na účet č. E. suma vo výške 38,72 Eur v exekučnom konaní pod číslom XXXX/XX vo veci oprávneného Sociálna poisťovňa so sídlom v Bratislave, IČO: 30807484 a povinného P. I., nar. X.X.XXXX, IČO: 30943817, pričom išlo o preplatok povinného v exekučnom konaní, čím spôsobil exekútorovi JUDr. Ľubomír Pekár škodu vo výške 38,72 Eur, - dňa 15.08.2017 zadal na prevod a dňa 16.08.2017 bola pripísaná na účet č. E. suma vo výške 280,53 Eur v exekučnom konaní pod číslom 8331/07 vo veci oprávneného Artin, s.r.o., IČO: 31666183 a povinného B. R., nar. XX.X.XXXX, pričom išlo o trovy konania exekútora, čím spôsobil exekútorovi JUDr. Ľubomír Pekár škodu vo výške 280,53 Eur, - dňa 16.08.2017 zadal na prevod a dňa 18.08.2017 bola pripísaná na účet č. E. suma vo výške 40,00 Eur v exekučnom konaní pod číslom 4736/12 vo veci oprávneného Všeobecná zdravotná poisťovňa, a.s., IČO: 35937874 a povinného B. U., nar. X.X.XXXX, pričom išlo o preplatok povinného v exekučnom konaní, čím spôsobil exekútorovi A. N. K. škodu vo výške 40,00 Eur, - dňa 05.08.2017 zadal na prevod a dňa 18.08.2017 bola pripísaná na účet č. E. suma vo výške 118,00 Eur v exekučnom konaní pod číslom 1040/09 vo veci oprávneného BENCONT INVESTMENTS, s.r.o. , IČO: 36432105 a povinného J. G., nar. XX.X.XXXX, pričom išlo o preplatok povinného v exekučnom konaní, čím spôsobil exekútorovi JUDr. Ľubomír Pekár škodu vo výške 118,00 Eur, - dňa 16.08.2017 zadal na prevod a dňa 18.08.2017 bola pripísaná na účet č. XXXXXXXXXX/XXXX suma vo výške 10,00 Eur v exekučnom konaní pod číslom 611/05 vo veci oprávneného Slovak Telekom, a.s., IČO: 35763469 a povinného F. E., nar. XX.XX.XXXX, pričom išlo o odmenu exekútora za záložné právo, čím spôsobil exekútorovi JUDr. Ľubomír Pekár škodu vo výške 10,00 Eur, - dňa 18.08.2017 zadal na prevod a dňa 21.08.2017 bola pripísaná na účet č. E. suma vo výške 85,65 Eur v exekučnom konaní pod číslom 5106/06 vo veci oprávneného Slovak Telekom, a.s., IČO: 35763469 a povinného [. F., nar. X.X.XXXX, pričom išlo o preplatok povinného v exekučnom konaní, čím spôsobil exekútorovi JUDr. Ľubomír Pekár škodu vo výške 85,65 Eur, - dňa 22.08.2017 zadal na prevod a dňa 24.08.2017 bola pripísaná na účet č. E. suma vo výške 100,00 Eur v exekučnom konaní pod číslom 1291/00 vo veci oprávneného Bratislavská aukčná dražobná spoločnosť, s.r.o., IČO: 36664219 a povinného [. O., nar. X.X.XXXX, pričom išlo o preplatok povinného v exekučnom konaní, čím spôsobil exekútorovi JUDr. Ľubomír Pekár škodu vo výške 100,00 Eur, - dňa 23.08.2017 zadal na prevod a dňa 25.08.2017 bola pripísaná na účet č. E. suma vo výške 20,00 Eur v exekučnom konaní pod číslom 2624/13 vo veci oprávneného Slovak Telekom, a.s., IČO: 35763469 a povinného W. G., nar. XX.X.XXXX, pričom išlo o preplatok povinného v exekučnom konaní, čím spôsobil exekútorovi JUDr. Ľubomír Pekár škodu vo výške 20,00 Eur, - dňa 25.08.2017 zadal na prevod a dňa 28.08.2017 bola pripísaná na účet č. E. suma vo výške 72,44 Eur v exekučnom konaní pod číslom 8989/07 vo veci oprávneného Across Financial Services, s.r.o.,</w:t>
      </w:r>
    </w:p>
    <w:p>
      <w:r>
        <w:t>IČO: 35804319 a povinného A. U., nar. XX.X.XXXX, pričom išlo o preplatok povinného v exekučnom konaní, čím spôsobil exekútorovi JUDr. Ľubomír Pekár škodu vo výške 72,44 Eur, - dňa 25.08.2017 zadal na prevod a dňa 05.09.2017 bola pripísaná na účet č. E. suma vo výške 99,12 Eur v exekučnom konaní pod číslom 1746/12 vo veci oprávneného Všeobecná zdravotná poisťovňa, a.s., IČO: 35937874 a povinného U. G. O., nar. XX.X.XXXX, IČO: 37446444, pričom išlo o preplatok povinného v exekučnom konaní, čím spôsobil exekútorovi JUDr. Ľubomír Pekár škodu vo výške 99,12 Eur, - dňa 25.08.2017 zadal na prevod a dňa 05.09.2017 bola pripísaná na účet č. E. suma vo výške 124,19 Eur v exekučnom konaní pod číslom 3130/14 vo veci oprávneného Q. G., nar. XX.X.XXXX a povinného P. G., nar. XX.XX.XXXX, pričom išlo o preplatok povinného v exekučnom konaní, čím spôsobil exekútorovi JUDr. Ľubomír Pekár škodu vo výške 124,19 Eur, - dňa 31.08.2017 zadal na prevod a dňa 06.09.2017 bola pripísaná na účet č. E. suma vo výške 15,08 Eur v exekučnom konaní pod číslom 3238/06 vo veci oprávneného Slovak Telekom, a.s., IČO: 35763469 a povinného Q. G., nar. XX.XX.XXXX, pričom išlo o odmenu exekútora za záložné právo, čím spôsobil exekútorovi JUDr. Ľubomír Pekár škodu vo výške 15,08 Eur, - dňa 31.08.2017 zadal na prevod a dňa 06.09.2017 bola pripísaná na účet č. E. suma vo výške 15,01 Eur v exekučnom konaní pod číslom 1482/13 vo veci oprávneného Bencont Investments, s.r.o., IČO: 36432105 a povinného R. G., nar. XX.X.XXXX, pričom išlo o preplatok povinného v exekučnom konaní, čím spôsobil exekútorovi JUDr. Ľubomír Pekár škodu vo výške 15,01 Eur, - dňa 31.08.2017 zadal na prevod a dňa 06.09.2017 bola pripísaná na účet č. E. suma vo výške 26,12 Eur v exekučnom konaní pod číslom 2115/05 vo veci oprávneného Slovak Telekom, a.s., IČO: 35763469 a povinného K. O., nar. XX.XX.XXXX, pričom išlo o odmenu exekútora za záložné právo, čím spôsobil exekútorovi JUDr. Ľubomír Pekár škodu vo výške 26,12 Eur, - dňa 31.08.2017 zadal na prevod a dňa 06.09.2017 bola pripísaná na účet č. E. suma vo výške 22,64 Eur v exekučnom konaní pod číslom 2624/13 vo veci oprávneného Slovak Telekom, a.s., IČO: 35763469 a povinného W. G., nar. XX.X.XXXX, pričom išlo o preplatok povinného v exekučnom konaní, čím spôsobil exekútorovi JUDr. Ľubomír Pekár škodu vo výške 22,64 Eur, - dňa 31.08.2017 zadal na prevod a dňa 06.09.2017 bola pripísaná na účet č. E. suma vo výške 38,32 Eur v exekučnom konaní pod číslom 1465/13 vo veci oprávneného Slovak Telekom, a.s., IČO: 35763469 a povinného Q. B., nar. XX.XX.XXXX, pričom išlo o preplatok povinného v exekučnom konaní, čím spôsobil exekútorovi JUDr. Ľubomír Pekár škodu vo výške 38,32 Eur, - dňa 06.05.2017 zadal na prevod a dňa 06.09.2017 bola pripísaná na účet č. E. suma vo výške 61,20 Eur v exekučnom konaní pod číslom 539/97 vo veci oprávneného Duslo, a.s., IČO: 35826487 a povinného P. I. O., nar. XX.X.XXXX, pričom išlo o preplatok povinného v exekučnom konaní, čím spôsobil exekútorovi JUDr. Ľubomír Pekár škodu vo výške 61,20 Eur, - dňa 31.08.2017 zadal na prevod a dňa 06.09.2017 bola pripísaná na účet č. E. suma vo výške 58,61 Eur v exekučnom konaní pod číslom 3593/12 vo veci oprávneného Sociálna poisťovňa so sídlom v Bratislave, IČO: 30807484 a povinného A. S., nar. XX.X.XXXX, IČO: 41723091, pričom išlo o preplatok povinného v exekučnom konaní, čím spôsobil exekútorovi JUDr. Ľubomír Pekár škodu vo výške 58,61 Eur, - dňa 07.09.2017 zadal na prevod a dňa 08.09.2017 bola pripísaná na účet č. E. suma vo výške 204,69 Eur v exekučnom konaní pod číslom XXXX/XX vo veci oprávneného Slovak Telekom, a.s., IČO: 35763469 a povinného B. D., nar. X.X.XXXX, pričom išlo o preplatok povinného v exekučnom konaní, čím spôsobil exekútorovi JUDr. Ľubomír Pekár škodu vo výške 204,69 Eur, - dňa 07.09.2017 zadal na prevod a dňa 08.09.2017 bola pripísaná na účet č. E. suma vo výške 139,23 Eur v exekučnom konaní pod číslom 7033/07 vo veci oprávneného Slovak Telekom, a.s. , IČO: 35763469 a povinného D. R., nar. X.X.XXXX, pričom išlo o preplatok povinného v exekučnom konaní v sume 19,79 Eur a odmenu exekútora za záložné právo v sume 119,44 Eur, čím spôsobil exekútorovi JUDr. Ľubomír Pekár škodu vo výške 139,23 Eur, - dňa 07.09.2017 zadal na prevod a dňa 11.09.2017 bola pripísaná na účet č. E. suma vo výške 154,83 Eur v exekučnom konaní pod číslom 1358/09 vo veci oprávneného BENCONT INVESTMENTS, s.r.o. , IČO: 36432105 a povinného Q. D., nar. X.X.XXXX, pričom išlo o odmenu exekútora za záložné právo, čím spôsobil exekútorovi JUDr. Ľubomír Pekár škodu vo výške 154,83 Eur, - dňa 08.09.2017 zadal na prevod a dňa 11.09.2017 bola pripísaná na účet č. E. suma vo výške 264,77 Eur v exekučnom konaní pod číslom 4471/13 vo veci oprávneného Slovak Telekom, a.s. , IČO: 35763469 a povinného A. ]., nar. XX.X.XXXX, pričom išlo o preplatok povinného v exekučnom konaní v sume 145,29 Eur a odmenu exekútora za záložné právo v sume 119,48 Eur, čím spôsobil exekútorovi JUDr. Ľubomír Pekár škodu vo výške 264,77 Eur,</w:t>
      </w:r>
    </w:p>
    <w:p>
      <w:r>
        <w:t>- dňa 11.09.2017 zadal na prevod a dňa 12.09.2017 bola pripísaná na účet č. E. suma vo výške 21,36 Eur v exekučnom konaní pod číslom 4017/09 vo veci oprávneného Bencont Investments, s.r.o., IČO: 36432105 a povinného B. D., nar. X.X.XXXX, pričom išlo o odmenu exekútora za záložné právo, čím spôsobil exekútorovi JUDr. Ľubomír Pekár škodu vo výške 21,36 Eur, - dňa 08.09.2017 zadal na prevod a dňa 12.09.2017 bola pripísaná na účet č. XXXXXXXXXX/XXXX suma vo výške 20,00 Eur v exekučnom konaní pod číslom 2064/06 vo veci oprávneného Slovak Telekom, a.s., IČO: 35763469 a povinného [. M., nar. XX.X.XXXX, pričom išlo o odmenu exekútora za záložné právo, čím spôsobil exekútorovi JUDr. Ľubomír Pekár škodu vo výške 20,00 Eur, - dňa 12.09.2017 zadal na prevod a dňa 13.09.2017 bola pripísaná na účet č. E. suma vo výške 36,66 Eur v exekučnom konaní pod číslom XXXX/XX vo veci oprávneného Sociálna poisťovňa so sídlom v Bratislave, IČO: 3080748 a povinného Paed. J. B. G., nar. XX.X.XXXX, IČO: 34395563, pričom išlo o preplatok povinného v exekučnom konaní, čím spôsobil exekútorovi JUDr. Ľubomír Pekár škodu vo výške 36,66 Eur, - dňa 12.09.2017 zadal na prevod a dňa 13.09.2017 bola pripísaná na účet č. E. suma vo výške 48,60 Eur v exekučnom konaní pod číslom XXXX/XX vo veci oprávneného Sociálna poisťovňa so sídlom v Bratislave, IČO: 30807484 a povinného P. I., nar. X.X.XXXX, IČO: 30943817, pričom išlo o preplatok povinného v exekučnom konaní, čím spôsobil exekútorovi JUDr. Ľubomír Pekár škodu vo výške 48,60 Eur, - dňa 13.09.2017 zadal na prevod a dňa 14.09.2017 bola pripísaná na účet č. E. suma vo výške 42,41 Eur v exekučnom konaní pod číslom 5216/09 vo veci oprávneného Bencont Investments, s.r.o., IČO: 36432105 a povinného O. K., nar. X.X.XXXX, pričom išlo o preplatok povinného v exekučnom konaní, čím spôsobil exekútorovi JUDr. Ľubomír Pekár škodu vo výške 42,41 Eur, - dňa 13.09.2017 zadal na prevod a dňa 14.09.2017 bola pripísaná na účet č. E. suma vo výške 211,32 Eur v exekučnom konaní pod číslom 7190/11 vo veci oprávneného Všeobecná zdravotná poisťovňa, a.s., IČO: 35937874 a povinného B. U., nar. XX.X.XXXX, pričom išlo o preplatok povinného v exekučnom konaní, čím spôsobil exekútorovi A. N. K. škodu vo výške 211,32 Eur, - dňa 13.09.2017 zadal na prevod a dňa 18.09.2017 bola pripísaná na účet č. E. suma vo výške 11,24 Eur v exekučnom konaní pod číslom 4434/09 vo veci oprávneného Bencont Investments, s.r.o., IČO: 36432105 a povinného B. O., nar. XX.X.XXXX, pričom išlo o preplatok povinného v exekučnom konaní, čím spôsobil exekútorovi JUDr. Ľubomír Pekár škodu vo výške 11,24 Eur, - dňa 19.09.2017 zadal na prevod a dňa 20.09.2017 bola pripísaná na účet č. E. suma vo výške 11,88 Eur v exekučnom konaní pod číslom 5154/09 vo veci oprávneného Bencont Investments, s.r.o. , IČO: 36432105 a povinného A. U., nar. XX.X.XXXX, pričom išlo o preplatok povinného v exekučnom konaní, čím spôsobil exekútorovi JUDr. Ľubomír Pekár škodu vo výške 11,88 Eur, - dňa 21.09.2017 zadal na prevod a dňa 22.09.2017 bola pripísaná na účet č. E. suma vo výške 48,07 Eur v exekučnom konaní pod číslom 4047/09 vo veci oprávneného Bencont Investments, s.r.o., IČO: 36432105 a povinného S. K., nar. X.X.XXXX, pričom išlo o odmenu exekútora za záložné právo, čím spôsobil exekútorovi JUDr. Ľubomír Pekár škodu vo výške 48,07 Eur, - dňa 19.09.2017 zadal na prevod a dňa 22.09.2017 bola pripísaná na účet č. E. suma vo výške 94,32 Eur v exekučnom konaní pod číslom 2732/09 vo veci oprávneného Bencont Investments, s.r.o., IČO: 36432105 a povinného A. G., nar. XX.XX.XXXX, pričom išlo o odmenu exekútora za záložné právo, čím spôsobil exekútorovi JUDr. Ľubomír Pekár škodu vo výške 94,32 Eur, - dňa 21.09.2017 zadal na prevod a dňa 25.09.2017 bola pripísaná na účet č. E. suma vo výške 100,00 Eur v exekučnom konaní pod číslom XXXX/XX vo veci oprávneného Bratislavská aukčná dražobná spoločnosť, s.r.o., IČO: 36664219 a povinného [. O., nar. X.X.XXXX, pričom išlo o preplatok povinného v exekučnom konaní v sume 20,34 Eur a odmenu exekútora za záložné právo v sume 79,66 Eur, čím spôsobil exekútorovi JUDr. Ľubomír Pekár škodu vo výške 100,00 Eur, - dňa 25.09.2017 zadal na prevod a dňa 27.09.2017 bola pripísaná na účet č. E. suma vo výške 206,44 Eur v exekučnom konaní pod číslom 1402/11 vo veci oprávneného Slovak Telekom, a.s. , IČO: 35763469 a povinného Q. Q., nar. XX.XX.XXXX, pričom išlo o preplatok povinného v exekučnom konaní v sume 126,78 Eur a odmenu exekútora za záložné právo v sume 79,66 Eur, čím spôsobil exekútorovi JUDr. Ľubomír Pekár škodu vo výške 206,44 Eur, - dňa 25.09.2017 zadal na prevod a dňa 27.09.2017 bola pripísaná na účet č. E. suma vo výške 20,00 Eur v exekučnom konaní pod číslom 2624/13 vo veci oprávneného Slovak Telekom, a.s., IČO: 35763469 a povinného W. G., nar. XX.X.XXXX, pričom išlo o preplatok povinného v exekučnom konaní, čím spôsobil exekútorovi JUDr. Ľubomír Pekár škodu vo výške 20,00 Eur, - dňa 25.09.2017 zadal na prevod a dňa 27.09.2017 bola pripísaná na účet č. E. suma vo výške 124,19 Eur v exekučnom konaní pod číslom 3130/14 vo veci oprávneného Q. G., nar. XX.X.XXXX a povinného P.</w:t>
      </w:r>
    </w:p>
    <w:p>
      <w:r>
        <w:t>G., nar. XX.XX.XXXX, pričom išlo o preplatok povinného v exekučnom konaní, čím spôsobil exekútorovi JUDr. Ľubomír Pekár škodu vo výške 124,19 Eur, - dňa 29.09.2017 zadal na prevod a dňa 03.10.2017 bola pripísaná na účet č. E. suma vo výške 17,06 Eur v exekučnom konaní pod číslom 3238/06 vo veci oprávneného Slovak Telekom, a.s., IČO: 35763469 a povinného Q. G., nar. XX.XX.XXXX, pričom išlo o odmenu exekútora za záložné právo, čím spôsobil exekútorovi JUDr. Ľubomír Pekár škodu vo výške 17,06 Eur, - dňa 02.10.2017 zadal na prevod a dňa 03.10.2017 bola pripísaná na účet č. E. suma vo výške 16,88 Eur v exekučnom konaní pod číslom XXXX/XX vo veci oprávneného Sociálna poisťovňa so sídlom v Bratislave, IČO: 30807484 a povinného Paed. J. B. G., nar. XX.X.XXXX, IČO: 34395563, pričom išlo o preplatok povinného v exekučnom konaní, čím spôsobil exekútorovi JUDr. Ľubomír Pekár škodu vo výške 16,88 Eur, - dňa 29.09.2017 zadal na prevod a dňa 03.10.2017 bola pripísaná na účet č. E. suma vo výške 22,64 Eur v exekučnom konaní pod číslom 2624/13 vo veci oprávneného Slovak Telekom, a.s., IČO: 35763469 a povinného W. G., nar. XX.X.XXXX, pričom išlo o preplatok povinného v exekučnom konaní, čím spôsobil exekútorovi JUDr. Ľubomír Pekár škodu vo výške 22,64 Eur, - dňa 29.09.2017 zadal na prevod a dňa 03.10.2017 bola pripísaná na účet č. E. suma vo výške 59,53 Eur v exekučnom konaní pod číslom 3593/12 vo veci oprávneného Sociálna poisťovňa so sídlom v Bratislave, IČO: 30807484 a povinného A. S., nar. XX.X.XXXX, IČO: 41723091, pričom išlo o preplatok povinného v exekučnom konaní, čím spôsobil exekútorovi JUDr. Ľubomír Pekár škodu vo výške 59,53 Eur, - dňa 02.10.2017 zadal na prevod a dňa 03.10.2017 bola pripísaná na účet č. E. suma vo výške 111,07 Eur v exekučnom konaní pod číslom 662/16 vo veci oprávneného Sociálna poisťovňa so sídlom v Bratislave, IČO: 30807484 a povinného P. I., nar. X.X.XXXX, pričom išlo o preplatok povinného v exekučnom konaní, čím spôsobil exekútorovi JUDr. Ľubomír Pekár škodu vo výške 111,07 Eur, - dňa 02.10.2017 zadal na prevod a dňa 03.10.2017 bola pripísaná na účet č. E. suma vo výške 186,57 Eur v exekučnom konaní pod číslom 539/97 vo veci oprávneného Duslo, a.s., IČO: 35826487 a povinného P. I. O., nar. XX.X.XXXX, pričom išlo o preplatok povinného v exekučnom konaní, čím spôsobil exekútorovi JUDr. Ľubomír Pekár škodu vo výške 186,57 Eur, - dňa 28.09.2017 zadal na prevod a dňa 06.10.2017 bola pripísaná na účet č. E. suma vo výške 109,21 Eur v exekučnom konaní pod číslom 2073/15 vo veci oprávneného Sociálna poisťovňa so sídlom v Bratislave, IČO: 30807484 a povinného F. B., nar. XX.X.XXXX, IČO: 34520686, pričom išlo o preplatok povinného v exekučnom konaní, čím spôsobil exekútorovi A. N. K. škodu vo výške 109,21 Eur, - dňa 06.10.2017 zadal na prevod a dňa 10.10.2017 bola pripísaná na účet č. E. suma vo výške 874,34 Eur v exekučnom konaní pod číslom 3383/14 vo veci oprávneného P. F. O. a povinného B. O., nar. X.XX.XXXX, pričom išlo o trovy konania exekútora, čím spôsobil exekútorovi JUDr. Ľubomír Pekár škodu vo výške 874,34 Eur, - dňa 10.10.2017 zadal na prevod a dňa 12.10.2017 bola pripísaná na účet č. E. suma vo výške 62,57 Eur v exekučnom konaní pod číslom 4434/09 vo veci oprávneného Bencont Investments, s.r.o., IČO: 36432105 a povinného B. O., nar. XX.X.XXXX, pričom išlo o preplatok povinného v exekučnom konaní, čím spôsobil exekútorovi JUDr. Ľubomír Pekár škodu vo výške 62,57 Eur, - dňa 10.10.2017 zadal na prevod a dňa 12.10.2017 bola pripísaná na účet č. XXXXXXXXXX/XXXX suma vo výške 20,00 Eur v exekučnom konaní pod číslom 2064/06 vo veci oprávneného Slovak Telekom, a.s., IČO: 35763469 a povinného [. M., nar. XX.X.XXXX, pričom išlo o odmenu exekútora za záložné právo, čím spôsobil exekútorovi JUDr. Ľubomír Pekár škodu vo výške 20,00 Eur, - dňa 12.10.2017 zadal na prevod a dňa 13.10.2017 bola pripísaná na účet č. E. suma vo výške 82,75 Eur v exekučnom konaní pod číslom 4423/13 vo veci oprávneného Sociálna poisťovňa so sídlom v Bratislave, IČO: 30807484 a povinného P. I., nar. X.X.XXXX, IČO: 30943817, pričom išlo o preplatok povinného v exekučnom konaní, čím spôsobil exekútorovi JUDr. Ľubomír Pekár škodu vo výške 82,75 Eur, - dňa 13.10.2017 zadal na prevod a dňa 16.10.2017 bola pripísaná na účet č. E. suma vo výške 81,85 Eur v exekučnom konaní pod číslom 4435/13 vo veci oprávneného Slovak Telekom, a.s., IČO: 35763469 a povinného I. B., nar. X.X.XXXX, pričom išlo o preplatok povinného v exekučnom konaní, čím spôsobil exekútorovi JUDr. Ľubomír Pekár škodu vo výške 81,85 Eur, - dňa 16.10.2017 zadal na prevod a dňa 17.10.2017 bola pripísaná na účet č. E. suma vo výške 35,31 Eur v exekučnom konaní pod číslom 8657/07 vo veci oprávneného Slovak Telekom, a.s., IČO: 35763469 a povinného B. R., nar. XX.X.XXXX, pričom išlo o preplatok povinného v exekučnom konaní, čím spôsobil exekútorovi JUDr. Ľubomír Pekár škodu vo výške 35,31 Eur,</w:t>
      </w:r>
    </w:p>
    <w:p>
      <w:r>
        <w:t>- dňa 13.10.2017 zadal na prevod a dňa 17.10.2017 bola pripísaná na účet č. E. suma vo výške 25,17 Eur v exekučnom konaní pod číslom 2732/09 vo veci oprávneného Bencont Investments, s.r.o., IČO: 36432105 a povinného A. G., nar. XX.XX.XXXX, pričom išlo o odmenu exekútora za záložné právo, čím spôsobil exekútorovi JUDr. Ľubomír Pekár škodu vo výške 25,17 Eur, - dňa 16.10.2017 zadal na prevod a dňa 17.10.2017 bola pripísaná na účet č. E. suma vo výške 39,31 Eur v exekučnom konaní pod číslom XXXX/XX vo veci oprávneného Bencont Investments, s.r.o., IČO: 36432105 a povinného O. K., nar. X.X.XXXX, pričom išlo o preplatok povinného v exekučnom konaní, čím spôsobil exekútorovi JUDr. Ľubomír Pekár škodu vo výške 39,31 Eur, - dňa 16.10.2017 zadal na prevod a dňa 18.10.2017 bola pripísaná na účet č. E. suma vo výške 17,02 Eur v exekučnom konaní pod číslom XXXX/XX vo veci oprávneného Bencont Investments, s.r.o., IČO: 36432105 a povinného B. O., nar. XX.X.XXXX, pričom išlo o preplatok povinného v exekučnom konaní, čím spôsobil exekútorovi JUDr. Ľubomír Pekár škodu vo výške 17,02 Eur, - dňa 18.10.2017 zadal na prevod a dňa 19.10.2017 bola pripísaná na účet č. E. suma vo výške 40,00 Eur v exekučnom konaní pod číslom 5154/09 vo veci oprávneného Bencont Investments, s.r.o., IČO: 36432105 a povinného A. U., nar. XX.X.XXXX, pričom išlo o preplatok povinného v exekučnom konaní, čím spôsobil exekútorovi JUDr. Ľubomír Pekár škodu vo výške 40,00 Eur, - dňa 23.10.2017 zadal na prevod a dňa 24.10.2017 bola pripísaná na účet č. E. suma vo výške 72,12 Eur v exekučnom konaní pod číslom 5154/09 vo veci oprávneného Bencont Investments, s.r.o., IČO: 36432105 a povinného A. U., nar. XX.X.XXXX, pričom išlo o preplatok povinného v exekučnom konaní, čím spôsobil exekútorovi JUDr. Ľubomír Pekár škodu vo výške 72,12 Eur, - dňa 23.10.2017 zadal na prevod a dňa 24.10.2017 bola pripísaná na účet č. E. suma vo výške 50,00 Eur v exekučnom konaní pod číslom 4047/09 vo veci oprávneného Bencont Investments, s.r.o., IČO: 36432105 a povinného S. K., nar. X.X.XXXX, pričom išlo o odmenu exekútora za záložné právo, čím spôsobil exekútorovi JUDr. Ľubomír Pekár škodu vo výške 50,00 Eur, - dňa 23.10.2017 zadal na prevod a dňa 25.10.2017 bola pripísaná na účet č. E. suma vo výške 20,00 Eur v exekučnom konaní pod číslom 2624/13 vo veci oprávneného Slovak Telekom, a.s., IČO: 35763469 a povinného W. G., nar. XX.X.XXXX, pričom išlo o preplatok povinného v exekučnom konaní, čím spôsobil exekútorovi JUDr. Ľubomír Pekár škodu vo výške 20,00 Eur, - dňa 24.10.2017 zadal na prevod a dňa 25.10.2017 bola pripísaná na účet č. E. suma vo výške 65,61 Eur v exekučnom konaní pod číslom 5765/11 vo veci oprávneného Všeobecná zdravotná poisťovňa, a.s., IČO: 35937874 a povinného B. G., nar.XX.XX.XXXX, pričom išlo o preplatok povinného v exekučnom konaní, čím spôsobil exekútorovi JUDr. Ľubomír Pekár škodu vo výške 65,61 Eur, - dňa 25.10.2017 zadal na prevod a dňa 27.10.2017 bola pripísaná na účet č. E. suma vo výške 19,42 Eur v exekučnom konaní pod číslom 1096/08 vo veci oprávneného Slovak Telekom, a.s., IČO: 35763469 a povinného J. B., nar. XX.X.XXXX, pričom išlo o preplatok povinného v exekučnom konaní, čím spôsobil exekútorovi JUDr. Ľubomír Pekár škodu vo výške 19,42 Eur, - dňa 25.10.2017 zadal na prevod a dňa 27.10.2017 bola pripísaná na účet č. E. suma vo výške 123,02 Eur v exekučnom konaní pod číslom 2698/06 vo veci oprávneného Slovak Telekom, a.s., IČO: 35763469 a povinného D. E., nar. X.X.XXXX, pričom išlo o preplatok povinného v exekučnom konaní, čím spôsobil exekútorovi JUDr. Ľubomír Pekár škodu vo výške 123,02 Eur, - dňa 25.10.2017 zadal na prevod a dňa 27.10.2017 bola pripísaná na účet č. E. suma vo výške 124,19 Eur v exekučnom konaní pod číslom 3130/14 vo veci oprávneného Q. G., nar. XX.X.XXXX a povinného P. G., nar. XX.XX.XXXX, pričom išlo o preplatok povinného v exekučnom konaní, čím spôsobil exekútorovi JUDr. Ľubomír Pekár škodu vo výške 124,19 Eur, - dňa 25.10.2017 zadal na prevod a dňa 27.10.2017 bola pripísaná na účet č. E. suma vo výške 105,77 Eur v exekučnom konaní pod číslom XXXX/XX vo veci oprávneného Slovak Telekom, a.s., IČO: 35763469 a povinného Q. V., nar. XX.X.XXXX, pričom išlo o preplatok povinného v exekučnom konaní, čím spôsobil exekútorovi JUDr. Ľubomír Pekár škodu vo výške 105,77 Eur, - dňa 31.10.2017 zadal na prevod a dňa 03.11.2017 bola pripísaná na účet č. E. suma vo výške 17,06 Eur v exekučnom konaní pod číslom 3238/06 vo veci oprávneného Slovak Telekom, a.s., IČO: 35763469 a povinného Q. G., nar. XX.XX.XXXX, pričom išlo o odmenu exekútora za záložné právo, čím spôsobil exekútorovi JUDr. Ľubomír Pekár škodu vo výške 17,06 Eur, - dňa 31.10.2017 zadal na prevod a dňa 03.11.2017 bola pripísaná na účet č. E. suma vo výške 22,64 Eur v exekučnom konaní pod číslom 2624/13 vo veci oprávneného Slovak Telekom, a.s., IČO: 35763469 a povinného W. G., nar. XX.X.XXXX, pričom išlo o preplatok povinného v exekučnom konaní, čím spôsobil exekútorovi JUDr. Ľubomír Pekár škodu vo výške 22,64 Eur, - dňa 08.11.2017 zadal na prevod a dňa 10.11.2017 bola pripísaná na účet č. E. suma vo výške 407,00 Eur v exekučnom konaní pod číslom 135/11 vo veci oprávneného Slovak Telekom, a.s., IČO: 35763469</w:t>
      </w:r>
    </w:p>
    <w:p>
      <w:r>
        <w:t>a povinného O. M., nar. XX.X.XXXX, pričom išlo o vymoženú čiastku oprávneného v exekučnom konaní v sume 328,23 Eur a trovy konania exekútora v sume 78,77 Eur, čím spôsobil exekútorovi JUDr. Ľubomír Pekár škodu vo výške 407,00 Eur, - dňa 08.11.2017 zadal na prevod a dňa 10.11.2017 bola pripísaná na účet č. E. suma vo výške 153,92 Eur v exekučnom konaní pod číslom 3098/15 vo veci oprávneného Sociálna poisťovňa so sídlom v Bratislave, IČO: 30807484 a povinného P. I., nar. X.X.XXXX, IČO: 30943817, pričom išlo o preplatok povinného v exekučnom konaní, čím spôsobil exekútorovi JUDr. Ľubomír Pekár škodu vo výške 153,92 Eur, - dňa 09.11.2017 zadal na prevod a dňa 10.11.2017 bola pripísaná na účet č. E. suma vo výške 137,40 Eur v exekučnom konaní pod číslom 442/02 vo veci oprávneného Q. K. a povinného J. H., nar. XX.X.XXXX, pričom išlo o preplatok povinného v exekučnom konaní, čím spôsobil exekútorovi JUDr. Ľubomír Pekár škodu vo výške 137,40 Eur, - dňa 10.11.2017 zadal na prevod a dňa 13.11.2017 bola pripísaná na účet č. E. suma vo výške 79,78 Eur v exekučnom konaní pod číslom 5455/13 vo veci oprávneného Sociálna poisťovňa so sídlom v Bratislave, IČO: 30807484 a povinného P. I., nar. X.X.XXXX, IČO: 30943817, pričom išlo o preplatok povinného v exekučnom konaní, čím spôsobil exekútorovi JUDr. Ľubomír Pekár škodu vo výške 79,78 Eur, - dňa 10.11.2017 zadal na prevod a dňa 14.11.2017 bola pripísaná na účet č. E. suma vo výške 50,19 Eur v exekučnom konaní pod číslom 4434/09 vo veci oprávneného Bencont Investments, s.r.o., IČO: 36432105 a povinného B. O., nar. XX.X.XXXX, pričom išlo o preplatok povinného v exekučnom konaní, čím spôsobil exekútorovi JUDr. Ľubomír Pekár škodu vo výške 50,19 Eur, - dňa 10.11.2017 zadal na prevod a dňa 14.11.2017 bola pripísaná na účet č. E. suma vo výške 57,21 Eur v exekučnom konaní pod číslom 3098/15 vo veci oprávneného Sociálna poisťovňa so sídlom v Bratislave, IČO: 30807484 a povinného P. I., nar. X.X.XXXX, IČO: 30943817, pričom išlo o preplatok povinného v exekučnom konaní, čím spôsobil exekútorovi JUDr. Ľubomír Pekár škodu vo výške 57,21 Eur, - dňa 14.11.2017 zadal na prevod a dňa 15.11.2017 bola pripísaná na účet č. E. suma vo výške 138,12 Eur v exekučnom konaní pod číslom 4435/13 vo veci oprávneného Slovak Telekom, a.s., IČO: 35763469 a povinného I. B., nar. X.X.XXXX, pričom išlo o preplatok povinného v exekučnom konaní, čím spôsobil exekútorovi JUDr. Ľubomír Pekár škodu vo výške 138,12 Eur, - dňa 14.11.2017 zadal na prevod a dňa 16.11.2017 bola pripísaná na účet č. E. suma vo výške 129,20 Eur v exekučnom konaní pod číslom 2150/08 vo veci oprávneného Slovak Telekom, a.s., IČO: 35763469 a povinného A. J., nar. X.X.XXXX, pričom išlo o preplatok povinného v exekučnom konaní, čím spôsobil exekútorovi JUDr. Ľubomír Pekár škodu vo výške 129,20 Eur, - dňa 15.11.2017 zadal na prevod a dňa 20.11.2017 bola pripísaná na účet č. E. suma vo výške 17,02 Eur v exekučnom konaní pod číslom 4434/09 vo veci oprávneného Bencont Investments, s.r.o., IČO: 36432105 a povinného B. O., nar. XX.X.XXXX, pričom išlo o preplatok povinného v exekučnom konaní, čím spôsobil exekútorovi JUDr. Ľubomír Pekár škodu vo výške 17,02 Eur, - dňa 16.11.2017 zadal na prevod a dňa 20.11.2017 bola pripísaná na účet č. E. suma vo výške 50,00 Eur v exekučnom konaní pod číslom 8657/07 vo veci oprávneného Slovak Telekom, a.s., IČO: 35763469 a povinného B. R., nar. XX.X.XXXX, pričom išlo o preplatok povinného v exekučnom konaní, čím spôsobil exekútorovi JUDr. Ľubomír Pekár škodu vo výške 50,00 Eur, - dňa 16.11.2017 zadal na prevod a dňa 20.11.2017 bola pripísaná na účet č. E. suma vo výške 97,00 Eur v exekučnom konaní pod číslom XXXX/XX vo veci oprávneného Bencont Investments, s.r.o., IČO: 36432105 a povinného O. K., nar. X.X.XXXX, pričom išlo o preplatok povinného v exekučnom konaní, čím spôsobil exekútorovi JUDr. Ľubomír Pekár škodu vo výške 97,00 Eur, - dňa 21.11.2017 zadal na prevod a dňa 22.11.2017 bola pripísaná na účet č. E. suma vo výške 50,00 Eur v exekučnom konaní pod číslom 4047/09 vo veci oprávneného Bencont Investments, s.r.o., IČO: 36432105 a povinného S. K., nar. X.X.XXXX, pričom išlo o odmenu exekútora za záložné právo, čím spôsobil exekútorovi JUDr. Ľubomír Pekár škodu vo výške 50,00 Eur, - dňa 21.11.2017 zadal na prevod a dňa 24.11.2017 bola pripísaná na účet č. E. suma vo výške 55,65 Eur v exekučnom konaní pod číslom 6090/09 vo veci oprávneného Bencont Investments, s.r.o., IČO: 36432105 a povinného R. G., nar. XX.X.XXXX, pričom išlo o odmenu exekútora za záložné právo, čím spôsobil exekútorovi JUDr. Ľubomír Pekár škodu vo výške 55,65 Eur, - dňa 23.11.2017 zadal na prevod a dňa 27.11.2017 bola pripísaná na účet č. E. suma vo výške 20,00 Eur v exekučnom konaní pod číslom 2624/13 vo veci oprávneného Slovak Telekom, a.s., IČO: 35763469 a povinného W. G., nar. XX.X.XXXX, pričom išlo o preplatok povinného v exekučnom konaní, čím spôsobil exekútorovi JUDr. Ľubomír Pekár škodu vo výške 20,00 Eur,</w:t>
      </w:r>
    </w:p>
    <w:p>
      <w:r>
        <w:t>- dňa 20.11.2017 zadal na prevod a dňa 27.11.2017 bola pripísaná na účet č. E. suma vo výške 87,34 Eur v exekučnom konaní pod číslom 1078/12 vo veci oprávneného Všeobecná zdravotná poisťovňa, a.s., IČO: 35937874 a povinného B. G., nar. XX.X.XXXX, IČO: 41040881, pričom išlo o preplatok povinného v exekučnom konaní, čím spôsobil exekútorovi JUDr. Ľubomír Pekár škodu vo výške 87,34 Eur, - dňa 24.11.2017 zadal na prevod a dňa 28.11.2017 bola pripísaná na účet č. E. suma vo výške 124,19 Eur v exekučnom konaní pod číslom 3130/14 vo veci oprávneného Q. G., nar. XX.X.XXXX a povinného P. G., nar. XX.XX.XXXX, pričom išlo o preplatok povinného v exekučnom konaní, čím spôsobil exekútorovi JUDr. Ľubomír Pekár škodu vo výške 124,19 Eur, - dňa 01.12.2017 zadal na prevod a dňa 05.12.2017 bola pripísaná na účet č. E. suma vo výške 1252,39 Eur v exekučnom konaní pod číslom 3181/06 vo veci oprávneného Slovak Telekom, a.s., IČO: 35763469 a povinného Q. R., nar. XX.X.XXXX, pričom išlo o preplatok povinného v exekučnom konaní, čím spôsobil exekútorovi JUDr. Ľubomír Pekár škodu vo výške 1252,39 Eur, - dňa 30.11.2017 zadal na prevod a dňa 05.12.2017 bola pripísaná na účet č. E. suma vo výške 17,06 Eur v exekučnom konaní pod číslom 3238/06 vo veci oprávneného Slovak Telekom, a.s., IČO: 35763469 a povinného Q. G., nar. XX.XX.XXXX, pričom išlo o odmenu exekútora za záložné právo, čím spôsobil exekútorovi JUDr. Ľubomír Pekár škodu vo výške 17,06 Eur, - dňa 04.12.2017 zadal na prevod a dňa 05.12.2017 bola pripísaná na účet č. E. suma vo výške 13,61 Eur v exekučnom konaní pod číslom 3665/09 vo veci oprávneného Bencont Investments, s.r.o., IČO: 36432105 a povinného T. G., nar. X.X.XXXX, pričom išlo o odmenu exekútora za záložné právo, čím spôsobil exekútorovi JUDr. Ľubomír Pekár škodu vo výške 13,61 Eur, - dňa 30.11.2017 zadal na prevod a dňa 05.12.2017 bola pripísaná na účet č. E. suma vo výške 22,64 Eur v exekučnom konaní pod číslom 2624/13 vo veci oprávneného Slovak Telekom, a.s., IČO: 35763469 a povinného W. G., nar. XX.X.XXXX, pričom išlo o preplatok povinného v exekučnom konaní, čím spôsobil exekútorovi JUDr. Ľubomír Pekár škodu vo výške 22,64 Eur, - dňa 30.11.2017 zadal na prevod a dňa 05.12.2017 bola pripísaná na účet č. E. suma vo výške 18,30 Eur v exekučnom konaní pod číslom 3184/09 vo veci oprávneného Bencont Investments, s.r.o., IČO: 36432105 a povinného Q. O., nar. XX.X.XXXX, pričom išlo o odmenu exekútora za záložné právo, čím spôsobil exekútorovi JUDr. Ľubomír Pekár škodu vo výške 18,30 Eur, - dňa 20.11.2017 zadal na prevod a dňa 05.12.2017 bola pripísaná na účet č. E. suma vo výške 502,00 Eur v exekučnom konaní pod číslom 1640/08 vo veci oprávneného Across Financial Services, s.r.o., IČO: 35804319 a povinného K. O., nar. XX.X.XXXX, pričom išlo o preplatok povinného v exekučnom konaní, čím spôsobil exekútorovi JUDr. Ľubomír Pekár škodu vo výške 502,00 Eur, - dňa 07.12.2017 zadal na prevod a dňa 08.12.2017 bola pripísaná na účet č. E. suma vo výške 46,26 Eur v exekučnom konaní pod číslom 442/02 vo veci oprávneného Q. K. a povinného J. H., nar. XX.X.XXXX, pričom išlo o preplatok povinného v exekučnom konaní, čím spôsobil exekútorovi JUDr. Ľubomír Pekár škodu vo výške 46,26 Eur, - dňa 07.12.2017 zadal na prevod a dňa 11.12.2017 bola pripísaná na účet č. E. suma vo výške 254,47 Eur v exekučnom konaní pod číslom 1313/09 vo veci oprávneného BENCONT INVESTMENTS, s.r.o. , IČO: 36432105 a povinného Q. A., nar. XX.XX.XXXX, pričom išlo o odmenu exekútora za záložné právo, čím spôsobil exekútorovi JUDr. Ľubomír Pekár škodu vo výške 254,47 Eur, - dňa 11.12.2017 zadal na prevod a dňa 13.12.2017 bola pripísaná na účet č. E. suma vo výške 123,06 Eur v exekučnom konaní pod číslom 2802/09 vo veci oprávneného Bencont Investments, s.r.o., IČO: 36432105 a povinného B. O. , nar. XX.X.XXXX, pričom išlo o preplatok povinného v exekučnom konaní, čím spôsobil exekútorovi JUDr. Ľubomír Pekár škodu vo výške 123,06 Eur, - dňa 12.12.2017 zadal na prevod a dňa 13.12.2017 bola pripísaná na účet č. E. suma vo výške 82,00 Eur v exekučnom konaní pod číslom 4435/13 vo veci oprávneného Slovak Telekom, a.s., IČO: 35763469 a povinného I. B., nar. X.X.XXXX, pričom išlo o preplatok povinného v exekučnom konaní, čím spôsobil exekútorovi JUDr. Ľubomír Pekár škodu vo výške 82,00 Eur, - dňa 12.12.2017 zadal na prevod a dňa 14.12.2017 bola pripísaná na účet č. E. suma vo výške 22,39 Eur v exekučnom konaní pod číslom 1216/09 vo veci oprávneného Bencont Investments, s.r.o., IČO: 36432105 a povinného P. O., nar. XX.X.XXXX, pričom išlo o odmenu exekútora za záložné právo, čím spôsobil exekútorovi JUDr. Ľubomír Pekár škodu vo výške 22,39 Eur, - dňa 12.12.2017 zadal na prevod a dňa 14.12.2017 bola pripísaná na účet č. E. suma vo výške 21,20 Eur v exekučnom konaní pod číslom 1482/07 vo veci oprávneného Slovak Telekom, a.s., IČO: 35763469 a povinného ALENA MORONGOVÁ, nar. 22.3.1973, pričom išlo o odmenu exekútora za záložné právo, čím spôsobil exekútorovi JUDr. Ľubomír Pekár škodu vo výške 21,20 Eur, - dňa 13.12.2017 zadal na prevod a dňa 14.12.2017 bola pripísaná na účet č. E. suma vo výške 99,54 Eur v exekučnom konaní pod číslom 5455/13 vo veci oprávneného Slovak Telekom, a.s., IČO: 35763469</w:t>
      </w:r>
    </w:p>
    <w:p>
      <w:r>
        <w:t>a povinného I. X., nar. XX.X.XXXX, pričom išlo o preplatok povinného v exekučnom konaní, čím spôsobil exekútorovi JUDr. Ľubomír Pekár škodu vo výške 99,54 Eur, - dňa 14.12.2017 zadal na prevod a dňa 15.12.2017 bola pripísaná na účet č. E. suma vo výške 338,37 Eur v exekučnom konaní pod číslom XXXX/XX vo veci oprávneného Slovak Telekom, a.s., IČO: 35763469 a povinného B. X., nar. X.X.XXXX, pričom išlo o odmenu exekútora za záložné právo, čím spôsobil exekútorovi A. N. K. škodu vo výške 338,37 Eur, - dňa 14.12.2017 zadal na prevod a dňa 15.12.2017 bola pripísaná na účet č. E. suma vo výške 17,02 Eur v exekučnom konaní pod číslom 4434/09 vo veci oprávneného Bencont Investments, s.r.o., IČO: 36432105 a povinného B. O., nar. XX.X.XXXX, pričom išlo o preplatok povinného v exekučnom konaní, čím spôsobil exekútorovi JUDr. Ľubomír Pekár škodu vo výške 17,02 Eur, - dňa 14.12.2017 zadal na prevod a dňa 15.12.2017 bola pripísaná na účet č. E. suma vo výške 23,45 Eur v exekučnom konaní pod číslom 6152/09 vo veci oprávneného Bencont Investments, s.r.o., IČO: 36432105 a povinného F. R., nar. XX.XX.XXXX, pričom išlo o odmenu exekútora za záložné právo, čím spôsobil exekútorovi JUDr. Ľubomír Pekár škodu vo výške 23,45 Eur, - dňa 15.12.2017 zadal na prevod a dňa 18.12.2017 bola pripísaná na účet č. E. suma vo výške 101,20 Eur v exekučnom konaní pod číslom 1931/06 vo veci oprávneného Slovak Telekom, a.s., IČO: 35763469 a povinného B. R., nar. XX.X.XXXX, pričom išlo o preplatok povinného v exekučnom konaní, čím spôsobil exekútorovi JUDr. Ľubomír Pekár škodu vo výške 101,20 Eur, - dňa 15.12.2017 zadal na prevod a dňa 18.12.2017 bola pripísaná na účet č. E. suma vo výške 174,00 Eur v exekučnom konaní pod číslom 2840/09 vo veci oprávneného Bencont Investments, s.r.o., IČO: 36432105 a povinného P. K., nar. X.X.XXXX, pričom išlo o preplatok povinného v exekučnom konaní, čím spôsobil exekútorovi JUDr. Ľubomír Pekár škodu vo výške 174,00 Eur, - dňa 18.12.2017 zadal na prevod a dňa 19.12.2017 bola pripísaná na účet č. E. suma vo výške 89,00 Eur v exekučnom konaní pod číslom 5216/09 vo veci oprávneného Bencont Investments, s.r.o., IČO: 36432105 a povinného O. K., nar. X.X.XXXX, pričom išlo o preplatok povinného v exekučnom konaní, čím spôsobil exekútorovi JUDr. Ľubomír Pekár škodu vo výške 89,00 Eur, - dňa 19.12.2017 zadal na prevod a dňa 20.12.2017 bola pripísaná na účet č. E. suma vo výške 50,00 Eur v exekučnom konaní pod číslom 8657/07 vo veci oprávneného Slovak Telekom, a.s., IČO: 35763469 a povinného B. R., nar. XX.X.XXXX, pričom išlo o preplatok povinného v exekučnom konaní, čím spôsobil exekútorovi JUDr. Ľubomír Pekár škodu vo výške 50,00 Eur, - dňa 21.12.2017 zadal na prevod a dňa 22.12.2017 bola pripísaná na účet č. E. suma vo výške 158,48 Eur v exekučnom konaní pod číslom XXXX/XX vo veci oprávneného Slovak Telekom, a.s., IČO: 35763469 a povinného I. H., nar. XX.X.XXXX, pričom išlo o preplatok povinného v exekučnom konaní, čím spôsobil exekútorovi JUDr. Ľubomír Pekár škodu vo výške 158,48 Eur, - dňa 21.12.2017 zadal na prevod a dňa 22.12.2017 bola pripísaná na účet č. E. suma vo výške 50,00 Eur v exekučnom konaní pod číslom 4047/09 vo veci oprávneného BENCONT INVESTMENTS, s.r.o., IČO: 36432105 a povinného F. C., nar. XX.X.XXXX, pričom išlo o odmenu exekútora za záložné právo, čím spôsobil exekútorovi JUDr. Ľubomír Pekár škodu vo výške 50,00 Eur, - dňa 04.01.2018 zadal na prevod a dňa 05.01.2018 bola pripísaná na účet č. E. suma vo výške 9,34 Eur v exekučnom konaní pod číslom 1278/08 vo veci oprávneného Slovak Telekom, a.s., IČO: 35763469 a povinného T. F., nar. X.X.XXXX, pričom išlo o preplatok povinného v exekučnom konaní, čím spôsobil exekútorovi JUDr. Ľubomír Pekár škodu vo výške 9,34 Eur, - dňa 04.01.2018 zadal na prevod a dňa 05.01.2018 bola pripísaná na účet č. E. suma vo výške 42,64 Eur v exekučnom konaní pod číslom 2624/13 vo veci oprávneného Slovak Telekom, a.s., IČO: 35763469 a povinného W. G., nar. XX.X.XXXX, pričom išlo o preplatok povinného v exekučnom konaní, čím spôsobil exekútorovi JUDr. Ľubomír Pekár škodu vo výške 42,64 Eur, - dňa 04.01.2018 zadal na prevod a dňa 05.01.2018 bola pripísaná na účet č. E. suma vo výške 69,84 Eur v exekučnom konaní pod číslom XXXX/XX vo veci oprávneného Bencont Investments, s.r.o., IČO: 36432105 a povinného B. O., nar. X.X.XXXX, pričom išlo o preplatok povinného v exekučnom konaní, čím spôsobil exekútorovi JUDr. Ľubomír Pekár škodu vo výške 69,84 Eur, - dňa 04.01.2018 zadal na prevod a dňa 05.01.2018 bola pripísaná na účet č. E. suma vo výške 20,61 Eur v exekučnom konaní pod číslom XXX/XX vo veci oprávneného Slovak Telekom, a.s., IČO: 35763469 a povinného S. S., nar. XX.X.XXXX, pričom išlo o preplatok povinného v exekučnom konaní, čím spôsobil exekútorovi JUDr. Ľubomír Pekár škodu vo výške 20,61 Eur, - dňa 04.01.2018 zadal na prevod a dňa 05.01.2018 bola pripísaná na účet č. E. suma vo výške 124,19 Eur v exekučnom konaní pod číslom 3130/14 vo veci oprávneného Q. G., nar. XX.X.XXXX a povinného P. G., nar. XX.XX.XXXX, pričom išlo o preplatok povinného v exekučnom konaní, čím spôsobil exekútorovi JUDr. Ľubomír Pekár škodu vo výške 124,19 Eur,</w:t>
      </w:r>
    </w:p>
    <w:p>
      <w:r>
        <w:t>- dňa 04.01.2018 zadal na prevod a dňa 05.01.2018 bola pripísaná na účet č. E. suma vo výške 32,03 Eur v exekučnom konaní pod číslom 3184/09 vo veci oprávneného Bencont Investments, s.r.o., IČO: 36432105 a povinného Q. O., nar. XX.X.XXXX, pričom išlo o odmenu exekútora za záložné právo, čím spôsobil exekútorovi JUDr. Ľubomír Pekár škodu vo výške 32,03 Eur, - dňa 04.01.2018 zadal na prevod a dňa 05.01.2018 bola pripísaná na účet č. E. suma vo výške 17,06 Eur v exekučnom konaní pod číslom 3238/06 vo veci oprávneného Slovak Telekom, a.s., IČO: 35763469 a povinného Q. G., nar. XX.XX.XXXX, pričom išlo o preplatok povinného v exekučnom konaní v sume 3,66 Eur a odmenu exekútora za záložné právo v sume 13,40 Eur, čím spôsobil exekútorovi JUDr. Ľubomír Pekár škodu vo výške 17,06 Eur, - dňa 04.01.2018 zadal na prevod a dňa 05.01.2018 bola pripísaná na účet č. E. suma vo výške 84,44 Eur v exekučnom konaní pod číslom 3665/09 vo veci oprávneného Bencont Investments, s.r.o., IČO: 36432105 a povinného T. G., nar. X.X.XXXX, pričom išlo o odmenu exekútora za záložné právo, čím spôsobil exekútorovi JUDr. Ľubomír Pekár škodu vo výške 84,44 Eur, - dňa 04.01.2018 zadal na prevod a dňa 05.01.2018 bola pripísaná na účet č. E. suma vo výške 55,65 Eur v exekučnom konaní pod číslom 6090/09 vo veci oprávneného Bencont Investments, s.r.o., IČO: 36432105 a povinného R. G., nar. XX.X.XXXX, pričom išlo o odmenu exekútora za záložné právo, čím spôsobil exekútorovi JUDr. Ľubomír Pekár škodu vo výške 55,65 Eur, - dňa 05.01.2018 zadal na prevod a dňa 08.01.2018 bola pripísaná na účet č. E. suma vo výške 122,22 Eur v exekučnom konaní pod číslom XXXX/XX vo veci oprávneného Všeobecná zdravotná poisťovňa, a.s., IČO: 35937874 a povinného I. T. , nar. XX.XX.XXXX, pričom išlo o preplatok povinného v exekučnom konaní, čím spôsobil exekútorovi JUDr. Ľubomír Pekár škodu vo výške 122,22 Eur, - dňa 12.01.2018 zadal na prevod a dňa 15.01.2018 bola pripísaná na účet č. E. suma vo výške 23,62 Eur v exekučnom konaní pod číslom 1482/07 vo veci oprávneného Slovak Telekom, a.s., IČO: 35763469 a povinného ALENA MORONGOVÁ, nar. 22.3.1973, pričom išlo o odmenu exekútora za záložné právo, čím spôsobil exekútorovi JUDr. Ľubomír Pekár škodu vo výške 23,62 Eur, - dňa 12.01.2018 zadal na prevod a dňa 15.01.2018 bola pripísaná na účet č. E. suma vo výške 44,95 Eur v exekučnom konaní pod číslom 5455/13 vo veci oprávneného Slovak Telekom, a.s., IČO: 35763469 a povinného I. X., nar. XX.X.XXXX, pričom išlo o preplatok povinného v exekučnom konaní, čím spôsobil exekútorovi JUDr. Ľubomír Pekár škodu vo výške 44,95 Eur, - dňa 15.01.2018 zadal na prevod a dňa 16.01.2018 bola pripísaná na účet č. E. suma vo výške 70,00 Eur v exekučnom konaní pod číslom XXXX/XX vo veci oprávneného Bencont Investments, s.r.o., IČO: 36432105 a povinného P. O., nar. XX.X.XXXX, pričom išlo o odmenu exekútora za záložné právo, čím spôsobil exekútorovi A. N. K. škodu vo výške 70,00 Eur, - dňa 15.01.2018 zadal na prevod a dňa 16.01.2018 bola pripísaná na účet č. E. suma vo výške 11,66 Eur v exekučnom konaní pod číslom 4335/14 vo veci oprávneného G. K., nar. X.XX.XXXX a povinného F. K., nar. XX.XX.XXXX, pričom išlo o preplatok povinného v exekučnom konaní, čím spôsobil exekútorovi JUDr. Ľubomír Pekár škodu vo výške 11,66 Eur, - dňa 15.01.2018 zadal na prevod a dňa 16.01.2018 bola pripísaná na účet č. E. suma vo výške 204,99 Eur v exekučnom konaní pod číslom 5046/09 vo veci oprávneného Slovak Telekom, a.s., IČO: 35763469 a povinného B. H., nar. X.X.XXXX, pričom išlo o preplatok povinného v exekučnom konaní, čím spôsobil exekútorovi JUDr. Ľubomír Pekár škodu vo výške 204,99 Eur, - dňa 16.01.2018 zadal na prevod a dňa 17.01.2018 bola pripísaná na účet č. E. suma vo výške 100,00 Eur v exekučnom konaní pod číslom 6152/09 vo veci oprávneného Bencont Investments, s.r.o., IČO: 36432105 a povinného F. R., nar. XX.XX.XXXX, pričom išlo o odmenu exekútora za záložné právo, čím spôsobil exekútorovi JUDr. Ľubomír Pekár škodu vo výške 100,00 Eur, - dňa 17.01.2018 zadal na prevod a dňa 18.01.2018 bola pripísaná na účet č. E. suma vo výške 136,17 Eur v exekučnom konaní pod číslom 1552/15 vo veci oprávneného mal. F. G. a povinného B. Q., nar. XX.X.XXXX, pričom išlo o trovy konania exekútora, čím spôsobil exekútorovi JUDr. Ľubomír Pekár škodu vo výške 136,17 Eur, - dňa 18.01.2018 zadal na prevod a dňa 19.01.2018 bola pripísaná na účet č. E. suma vo výške 106,72 Eur v exekučnom konaní pod číslom 1329/12 vo veci oprávneného Sociálna poisťovňa so sídlom v Bratislave, IČO: 30807484 a povinného HJ s.r.o., IČO: 45976279, pričom išlo o preplatok povinného v exekučnom konaní, čím spôsobil exekútorovi JUDr. Ľubomír Pekár škodu vo výške 106,72 Eur, - dňa 18.01.2018 zadal na prevod a dňa 19.01.2018 bola pripísaná na účet č. E. suma vo výške 17,02 Eur v exekučnom konaní pod číslom 4434/09 vo veci oprávneného Bencont Investments, s.r.o., IČO: 36432105 a povinného B. O., nar. XX.X.XXXX, pričom išlo o preplatok povinného v exekučnom konaní, čím spôsobil exekútorovi JUDr. Ľubomír Pekár škodu vo výške 17,02 Eur,</w:t>
      </w:r>
    </w:p>
    <w:p>
      <w:r>
        <w:t>- dňa 18.01.2018 zadal na prevod a dňa 19.01.2018 bola pripísaná na účet č. E. suma vo výške 19,31 Eur v exekučnom konaní pod číslom 4791/10 vo veci oprávneného Slovak Telekom, a.s., IČO: 35763469 a povinného B. G., nar. XX.X.XXXX, pričom išlo o preplatok povinného v exekučnom konaní, čím spôsobil exekútorovi JUDr. Ľubomír Pekár škodu vo výške 19,31 Eur, - dňa 19.01.2018 zadal na prevod a dňa 22.01.2018 bola pripísaná na účet č. E. suma vo výške 113,94 Eur v exekučnom konaní pod číslom 1052/12 vo veci oprávneného Všeobecná zdravotná poisťovňa, a.s., IČO: 35937874 a povinného J. G., nar. XX.XX.XXXX, pričom išlo o preplatok povinného v exekučnom konaní, čím spôsobil exekútorovi JUDr. Ľubomír Pekár škodu vo výške 113,94 Eur, - dňa 22.01.2018 zadal na prevod a dňa 23.01.2018 bola pripísaná na účet č. E. suma vo výške 50,00 Eur v exekučnom konaní pod číslom 5017/09 vo veci oprávneného Slovak Telekom, a.s., IČO: 35763469 a povinného B. B., nar. XX.X.XXXX, pričom išlo o preplatok povinného v exekučnom konaní, čím spôsobil exekútorovi JUDr. Ľubomír Pekár škodu vo výške 50,00 Eur, - dňa 23.01.2018 zadal na prevod a dňa 24.01.2018 bola pripísaná na účet č. E. suma vo výške 50,00 Eur v exekučnom konaní pod číslom XXXX/XX vo veci oprávneného BENCONT INVESTMENTS, s.r.o., IČO: 36432105 a povinného F. C., nar. XX.X.XXXX, pričom išlo o odmenu exekútora za záložné právo, čím spôsobil exekútorovi JUDr. Ľubomír Pekár škodu vo výške 50,00 Eur, - dňa 24.01.2018 zadal na prevod a dňa 25.01.2018 bola pripísaná na účet č. E. suma vo výške 20,00 Eur v exekučnom konaní pod číslom 2624/13 vo veci oprávneného Slovak Telekom, a.s., IČO: 35763469 a povinného W. G., nar. XX.X.XXXX, pričom išlo o preplatok povinného v exekučnom konaní, čím spôsobil exekútorovi JUDr. Ľubomír Pekár škodu vo výške 20,00 Eur, - dňa 26.01.2018 zadal na prevod a dňa 29.01.2018 bola pripísaná na účet č. E. suma vo výške 224,19 Eur v exekučnom konaní pod číslom 3130/14 vo veci oprávneného Q. G., nar. XX.X.XXXX a povinného P. G., nar. XX.XX.XXXX, pričom išlo o preplatok povinného v exekučnom konaní, čím spôsobil exekútorovi A. N. K. škodu vo výške 224,19 Eur, - dňa 30.01.2018 zadal na prevod a dňa 31.01.2018 bola pripísaná na účet č. E. suma vo výške 159,31 Eur v exekučnom konaní pod číslom XXXX/XX vo veci oprávneného Bencont Investments, s.r.o., IČO: 36432105 a povinného B. K., nar. X.X.XXXX, pričom išlo o odmenu exekútora za záložné právo, čím spôsobil exekútorovi JUDr. Ľubomír Pekár škodu vo výške 159,31 Eur, - dňa 31.01.2018 zadal na prevod a dňa 01.02.2018 bola pripísaná na účet č. E. suma vo výške 54,70 Eur v exekučnom konaní pod číslom 6090/09 vo veci oprávneného Bencont Investments, s.r.o., IČO: 36432105 a povinného R. G., nar. XX.X.XXXX, pričom išlo o preplatok povinného v exekučnom konaní v sume 8,- Eur a odmenu exekútora za záložné právo v sume 46,70 Eur, čím spôsobil exekútorovi JUDr. Ľubomír Pekár škodu vo výške 54,70 Eur, - dňa 01.02.2018 zadal na prevod a dňa 02.02.2018 bola pripísaná na účet č. E. suma vo výške 11,74 Eur v exekučnom konaní pod číslom 1278/08 vo veci oprávneného Slovak Telekom, a.s., IČO: 35763469 a povinného T. F., nar. X.X.XXXX, pričom išlo o preplatok povinného v exekučnom konaní, čím spôsobil exekútorovi JUDr. Ľubomír Pekár škodu vo výške 11,74 Eur, - dňa 01.02.2018 zadal na prevod a dňa 02.02.2018 bola pripísaná na účet č. E. suma vo výške 25,04 Eur v exekučnom konaní pod číslom 2624/13 vo veci oprávneného Slovak Telekom, a.s., IČO: 35763469 a povinného W. G., nar. XX.X.XXXX, pričom išlo o preplatok povinného v exekučnom konaní, čím spôsobil exekútorovi JUDr. Ľubomír Pekár škodu vo výške 25,04 Eur, - dňa 01.02.2018 zadal na prevod a dňa 02.02.2018 bola pripísaná na účet č. E. suma vo výške 19,46 Eur v exekučnom konaní pod číslom 3238/06 vo veci oprávneného Slovak Telekom, a.s., IČO: 35763469 a povinného Q. G., nar. XX.XX.XXXX, pričom išlo o preplatok povinného v exekučnom konaní, čím spôsobil exekútorovi JUDr. Ľubomír Pekár škodu vo výške 19,46 Eur, - dňa 01.02.2018 zadal na prevod a dňa 02.02.2018 bola pripísaná na účet č. E. suma vo výške 88,04 Eur v exekučnom konaní pod číslom 3665/09 vo veci oprávneného Bencont Investments, s.r.o., IČO: 36432105 a povinného T. G., nar. X.X.XXXX, pričom išlo o odmenu exekútora za záložné právo, čím spôsobil exekútorovi JUDr. Ľubomír Pekár škodu vo výške 88,04 Eur, - dňa 02.02.2018 zadal na prevod a dňa 05.02.2018 bola pripísaná na účet č. E. suma vo výške 16,49 Eur v exekučnom konaní pod číslom 1609/04 vo veci oprávneného Slovak Telekom, a.s., IČO: 35763469 a povinného E. J., nar. X.XX.XXXX, pričom išlo o preplatok povinného v exekučnom konaní, čím spôsobil exekútorovi JUDr. Ľubomír Pekár škodu vo výške 16,49 Eur, - dňa 02.02.2018 zadal na prevod a dňa 05.02.2018 bola pripísaná na účet č. E. suma vo výške 14,70 Eur v exekučnom konaní pod číslom 2788/09 vo veci oprávneného Bencont Investments, s.r.o., IČO: 36432105 a povinného B. O., nar. X.X.XXXX, pričom išlo o preplatok povinného v exekučnom konaní, čím spôsobil exekútorovi JUDr. Ľubomír Pekár škodu vo výške 14,70 Eur,</w:t>
      </w:r>
    </w:p>
    <w:p>
      <w:r>
        <w:t>- dňa 05.02.2018 zadal na prevod a dňa 06.02.2018 bola pripísaná na účet č. E. suma vo výške 240,17 Eur v exekučnom konaní pod číslom 2421/99 vo veci oprávneného Silverside a.s., IČO: 50052560 a povinného M. T., nar. XX.X.XXXX, pričom išlo o vymoženú čiastku oprávneného v exekučnom konaní v sume 193,69 Eur a trovy konania exekútora v sume 46,48 Eur, čím spôsobil exekútorovi JUDr. Ľubomír Pekár škodu vo výške 240,17 Eur, - dňa 06.02.2018 zadal na prevod a dňa 07.02.2018 bola pripísaná na účet č. E. suma vo výške 105,36 Eur v exekučnom konaní pod číslom 1741/12 vo veci oprávneného Všeobecná zdravotná poisťovňa, a.s., IČO: 35937874 a povinného I. G., nar. X.X.XXXX, pričom išlo o preplatok povinného v exekučnom konaní, čím spôsobil exekútorovi JUDr. Ľubomír Pekár škodu vo výške 105,36 Eur, - dňa 08.02.2018 zadal na prevod a dňa 09.02.2018 bola pripísaná na účet č. E. suma vo výške 732,09 Eur v exekučnom konaní pod číslom 1629/16 vo veci oprávneného P. P. E., nar. XX.XX.XXXX a povinného P. Q. I., nar. X.XX.XXXX, pričom išlo o preplatok povinného v exekučnom konaní v sume 55,01 Eur a trovy konania exekútora v sume 677,08 Eur, čím spôsobil exekútorovi JUDr. Ľubomír Pekár škodu vo výške 732,09 Eur, - dňa 13.02.2018 zadal na prevod a dňa 14.02.2018 bola pripísaná na účet č. E. suma vo výške 70,00 Eur v exekučnom konaní pod číslom 1216/09 vo veci oprávneného Bencont Investments, s.r.o., IČO: 36432105 a povinného P. O., nar. XX.X.XXXX, pričom išlo o odmenu exekútora za záložné právo, čím spôsobil exekútorovi JUDr. Ľubomír Pekár škodu vo výške 70,00 Eur, - dňa 13.02.2018 zadal na prevod a dňa 14.02.2018 bola pripísaná na účet č. E. suma vo výške 96,20 Eur v exekučnom konaní pod číslom 2536/10 vo veci oprávneného Slovak Telekom, a.s., IČO: 35763469 a povinného P. D. U., nar. XX.X.XXXX, pričom išlo o preplatok povinného v exekučnom konaní, čím spôsobil exekútorovi JUDr. Ľubomír Pekár škodu vo výške 96,20 Eur, - dňa 13.02.2018 zadal na prevod a dňa 14.02.2018 bola pripísaná na účet č. E. suma vo výške 35,29 Eur v exekučnom konaní pod číslom 5458/13 vo veci oprávneného Slovak Telekom, a.s., IČO: 35763469 a povinného T. A., nar. XX.X.XXXX, pričom išlo o preplatok povinného v exekučnom konaní, čím spôsobil exekútorovi JUDr. Ľubomír Pekár škodu vo výške 35,29 Eur, - dňa 15.02.2018 zadal na prevod a dňa 16.02.2018 bola pripísaná na účet č. E. suma vo výške 112,87 Eur v exekučnom konaní pod číslom 2734/17 vo veci oprávneného SR - Krajský súd v Bratislave, Justičná pokladnica , IČO: 215759 a povinného A. H., nar. X.XX.XXXX, pričom išlo o preplatok povinného v exekučnom konaní, čím spôsobil exekútorovi JUDr. Ľubomír Pekár škodu vo výške 112,87 Eur, - dňa 15.02.2018 zadal na prevod a dňa 16.02.2018 bola pripísaná na účet č. E. suma vo výške 19,75 Eur v exekučnom konaní pod číslom 4983/09 vo veci oprávneného Slovak Telekom, a.s., IČO: 35763469 a povinného F. M., nar. X.X.XXXX, pričom išlo o preplatok povinného v exekučnom konaní, čím spôsobil exekútorovi JUDr. Ľubomír Pekár škodu vo výške 19,75 Eur, - dňa 16.02.2018 zadal na prevod a dňa 19.02.2018 bola pripísaná na účet č. E. suma vo výške 29,74 Eur v exekučnom konaní pod číslom 1482/07 vo veci oprávneného Slovak Telekom, a.s., IČO: 35763469 a povinného Q. B., nar. XX.X.XXXX, pričom išlo o odmenu exekútora za záložné právo, čím spôsobil exekútorovi JUDr. Ľubomír Pekár škodu vo výške 29,74 Eur, - dňa 20.02.2018 zadal na prevod a dňa 21.02.2018 bola pripísaná na účet č. E. suma vo výške 231,24 Eur v exekučnom konaní pod číslom 2779/05 vo veci oprávneného Slovak Telekom, a.s., IČO: 35763469 a povinného J. K., nar. 8.8.1983, pričom išlo o preplatok povinného v exekučnom konaní, čím spôsobil exekútorovi JUDr. Ľubomír Pekár škodu vo výške 231,24 Eur, - dňa 20.02.2018 zadal na prevod a dňa 21.02.2018 bola pripísaná na účet č. E. suma vo výške 50,00 Eur v exekučnom konaní pod číslom 4791/10 vo veci oprávneného Slovak Telekom, a.s., IČO: 35763469 a povinného B. G., nar. XX.X.XXXX, pričom išlo o preplatok povinného v exekučnom konaní, čím spôsobil exekútorovi JUDr. Ľubomír Pekár škodu vo výške 50,00 Eur, - dňa 21.02.2018 zadal na prevod a dňa 22.02.2018 bola pripísaná na účet č. E. suma vo výške 50,00 Eur v exekučnom konaní pod číslom 5017/09 vo veci oprávneného Slovak Telekom, a.s., IČO: 35763469 a povinného B. B., nar. XX.X.XXXX, pričom išlo o preplatok povinného v exekučnom konaní, čím spôsobil exekútorovi A. N. K. škodu vo výške 50,00 Eur, - dňa 22.02.2018 zadal na prevod a dňa 23.02.2018 bola pripísaná na účet č. E. suma vo výške 294,28 Eur v exekučnom konaní pod číslom 3346/16 vo veci oprávneného SR - Krajský súd v Bratislave, Justičná pokladnica, IČO: 215759 a povinného A. B., nar. XX.X.XXXX, pričom išlo o trovy konania exekútora, čím spôsobil exekútorovi JUDr. Ľubomír Pekár škodu vo výške 294,28 Eur, - dňa 23.02.2018 zadal na prevod a dňa 26.02.2018 bola pripísaná na účet č. E. suma vo výške 79,74 Eur v exekučnom konaní pod číslom 5450/13 vo veci oprávneného Slovak Telekom, a.s., IČO: 35763469 a povinného W. T., nar. X.X.XXXX, pričom išlo o preplatok povinného v exekučnom konaní, čím spôsobil exekútorovi JUDr. Ľubomír Pekár škodu vo výške 79,74 Eur,</w:t>
      </w:r>
    </w:p>
    <w:p>
      <w:r>
        <w:t>- dňa 26.02.2018 zadal na prevod a dňa 27.02.2018 bola pripísaná na účet č. E. suma vo výške 111,86 Eur v exekučnom konaní pod číslom 5838/07 vo veci oprávneného STIGA, s.r.o. , IČO: 36422169 a povinného OTMS, s.r.o., IČO: 36179116, pričom išlo o preplatok povinného v exekučnom konaní, čím spôsobil exekútorovi JUDr. Ľubomír Pekár škodu vo výške 111,86 Eur, - dňa 01.03.2018 zadal na prevod a dňa 02.03.2018 bola pripísaná na účet č. E. suma vo výške 195,65 Eur v exekučnom konaní pod číslom 20131/99 vo veci oprávneného Stredoslovenská vodárenská spoločnosť, a.s., IČO: 36056006 a povinného A. H., nar. X.XX.XXXX, pričom išlo o odmenu exekútora za záložné právo, čím spôsobil exekútorovi JUDr. Ľubomír Pekár škodu vo výške 195,65 Eur, - dňa 02.03.2018 zadal na prevod a dňa 05.03.2018 bola pripísaná na účet č. E. suma vo výške 11,74 Eur v exekučnom konaní pod číslom 1278/08 vo veci oprávneného Slovak Telekom, a.s., IČO: 35763469 a povinného T. F., nar. X.X.XXXX, pričom išlo o preplatok povinného v exekučnom konaní, čím spôsobil exekútorovi JUDr. Ľubomír Pekár škodu vo výške 11,74 Eur, - dňa 02.03.2018 zadal na prevod a dňa 05.03.2018 bola pripísaná na účet č. E. suma vo výške 88,40 Eur v exekučnom konaní pod číslom 1609/04 vo veci oprávneného Slovak Telekom, a.s., IČO: 35763469 a povinného E. J., nar. X.XX.XXXX, pričom išlo o preplatok povinného v exekučnom konaní, čím spôsobil exekútorovi JUDr. Ľubomír Pekár škodu vo výške 88,40 Eur, - dňa 02.03.2018 zadal na prevod a dňa 05.03.2018 bola pripísaná na účet č. E. suma vo výške 19,46 Eur v exekučnom konaní pod číslom 3238/06 vo veci oprávneného Slovak Telekom, a.s., IČO: 35763469 a povinného Q. G., nar. XX.XX.XXXX, pričom išlo o preplatok povinného v exekučnom konaní, čím spôsobil exekútorovi JUDr. Ľubomír Pekár škodu vo výške 19,46 Eur, - dňa 02.03.2018 zadal na prevod a dňa 05.03.2018 bola pripísaná na účet č. E. suma vo výške 18,50 Eur v exekučnom konaní pod číslom 3665/09 vo veci oprávneného Bencont Investments, s.r.o., IČO: 36432105 a povinného T. G., nar. X.X.XXXX, pričom išlo o preplatok povinného v exekučnom konaní v sume 7,09 Eur a odmenu exekútora za záložné právo v sume 11,41 Eur, čím spôsobil exekútorovi JUDr. Ľubomír Pekár škodu vo výške 18,50 Eur, - dňa 02.03.2018 zadal na prevod a dňa 05.03.2018 bola pripísaná na účet č. E. suma vo výške 3,26 Eur v exekučnom konaní pod číslom 5458/13 vo veci oprávneného Slovak Telekom, a.s., IČO: 35763469 a povinného T. A., nar. XX.X.XXXX, pričom išlo o preplatok povinného v exekučnom konaní, čím spôsobil exekútorovi JUDr. Ľubomír Pekár škodu vo výške 3,26 Eur, - dňa 02.03.2018 zadal na prevod a dňa 05.03.2018 bola pripísaná na účet č. E. suma vo výške 477,42 Eur v exekučnom konaní pod číslom 7785/12 vo veci oprávneného J. T. a povinného B. T., nar. XX.X.XXXX, pričom išlo o trovy exekútora, čím spôsobil exekútorovi JUDr. Ľubomír Pekár škodu vo výške 477,42 Eur, - dňa 07.03.2018 zadal na prevod a dňa 08.03.2018 bola pripísaná na účet č. E. suma vo výške 3.397,75 Eur v exekučnom konaní pod číslom 2131/09 vo veci oprávneného Bratislavská aukčná dražobná spoločnosť, s.r.o., IČO: 36664219 a povinného I. B., nar. XX.X.XXXX, pričom išlo o trovy konania exekútora, čím spôsobil exekútorovi A. N. K. škodu vo výške 3.397,75 Eur, - dňa 08.03.2018 zadal na prevod a dňa 09.03.2018 bola pripísaná na účet č. E. suma vo výške 113,23 Eur v exekučnom konaní pod číslom 5081/16 vo veci oprávneného SR - Krajský súd v Bratislave, Justičná pokladnica, IČO: 215759 a povinného STRECHY DEMOK s.r.o., IČO: 44249390, pričom išlo o preplatok povinného v exekučnom konaní, čím spôsobil exekútorovi JUDr. Ľubomír Pekár škodu vo výške 113,23 Eur, - dňa 08.03.2018 zadal na prevod a dňa 09.03.2018 bola pripísaná na účet č. E. suma vo výške 317,10 Eur v exekučnom konaní pod číslom 863/07 vo veci oprávneného Slovak Telekom, a.s., IČO: 35763469 a povinného [. T., nar. XX.X.XXXX, pričom išlo o preplatok povinného v exekučnom konaní v sume 157,78 Eur a odmenu exekútora za záložné právo v sume 159,32 Eur, čím spôsobil exekútorovi JUDr. Ľubomír Pekár škodu vo výške 317,10 Eur, - dňa 09.03.2018 zadal na prevod a dňa 12.03.2018 bola pripísaná na účet č. E. suma vo výške 142,16 Eur v exekučnom konaní pod číslom 2536/10 vo veci oprávneného Slovak Telekom, a.s., IČO: 35763469 a povinného P. D. U., nar. XX.X.XXXX, pričom išlo o preplatok povinného v exekučnom konaní, čím spôsobil exekútorovi JUDr. Ľubomír Pekár škodu vo výške 142,16 Eur, - dňa 14.03.2018 zadal na prevod a dňa 15.03.2018 bola pripísaná na účet č. E. suma vo výške 28,16 Eur v exekučnom konaní pod číslom 1482/07 vo veci oprávneného Slovak Telekom, a.s., IČO: 35763469 a povinného ALENA MORONGOVÁ, nar. 22.3.1973, pričom išlo o odmenu exekútora za záložné právo, čím spôsobil exekútorovi JUDr. Ľubomír Pekár škodu vo výške 28,16 Eur, - dňa 15.03.2018 zadal na prevod a dňa 16.03.2018 bola pripísaná na účet č. E. suma vo výške 98,80 Eur v exekučnom konaní pod číslom 1931/06 vo veci oprávneného Slovak Telekom, a.s., IČO: 35763469</w:t>
      </w:r>
    </w:p>
    <w:p>
      <w:r>
        <w:t>a povinného B. R., nar. XX.X.XXXX, pričom išlo o preplatok povinného v exekučnom konaní, čím spôsobil exekútorovi JUDr. Ľubomír Pekár škodu vo výške 98,80 Eur, - dňa 16.03.2018 zadal na prevod a dňa 19.03.2018 bola pripísaná na účet č. E. suma vo výške 15,00 Eur v exekučnom konaní pod číslom XXXX/XX vo veci oprávneného Slovak Telekom, a.s., IČO: 35763469 a povinného B. R., nar. XX.X.XXXX, pričom išlo o preplatok povinného v exekučnom konaní, čím spôsobil exekútorovi A. N. K. škodu vo výške 15,00 Eur, - dňa 20.03.2018 zadal na prevod a dňa 21.03.2018 bola pripísaná na účet č. E. suma vo výške 50,00 Eur v exekučnom konaní pod číslom 5017/09 vo veci oprávneného Slovak Telekom, a.s., IČO: 35763469 a povinného B. B., nar. XX.X.XXXX, pričom išlo o preplatok povinného v exekučnom konaní, čím spôsobil exekútorovi JUDr. Ľubomír Pekár škodu vo výške 50,00 Eur, - dňa 21.03.2018 zadal na prevod a dňa 22.03.2018 bola pripísaná na účet č. E. suma vo výške 110,83 Eur v exekučnom konaní pod číslom 1610/17 vo veci oprávneného SR - Krajský súd v Bratislave, Justičná pokladnica, IČO: 215759 a povinného W. R., nar. XX.XX.XXXX, pričom išlo o preplatok povinného v exekučnom konaní, čím spôsobil exekútorovi JUDr. Ľubomír Pekár škodu vo výške 110,83 Eur, - dňa 22.03.2018 zadal na prevod a dňa 26.03.2018 bola pripísaná na účet č. E. suma vo výške 50,00 Eur v exekučnom konaní pod číslom 4791/10 vo veci oprávneného Slovak Telekom, a.s., IČO: 35763469 a povinného B. G., nar. XX.X.XXXX, pričom išlo o preplatok povinného v exekučnom konaní, čím spôsobil exekútorovi JUDr. Ľubomír Pekár škodu vo výške 50,00 Eur, - dňa 29.03.2018 zadal na prevod a dňa 03.04.2018 bola pripísaná na účet č. E. suma vo výške 480,00 Eur v exekučnom konaní pod číslom 3290/06 vo veci oprávneného Slovak Telekom, a.s., IČO: 35763469 a povinného [. S., nar. XX.X.XXXX, pričom išlo o trovy konania exekútora, čím spôsobil exekútorovi JUDr. Ľubomír Pekár škodu vo výške 480,00 Eur, - dňa 03.04.2018 zadal na prevod a dňa 04.04.2018 bola pripísaná na účet č. E. suma vo výške 11,74 Eur v exekučnom konaní pod číslom 1278/08 vo veci oprávneného Slovak Telekom, a.s., IČO: 35763469 a povinného T. F., nar. X.X.XXXX, pričom išlo o preplatok povinného v exekučnom konaní, čím spôsobil exekútorovi JUDr. Ľubomír Pekár škodu vo výške 11,74 Eur, - dňa 03.04.2018 zadal na prevod a dňa 04.04.2018 bola pripísaná na účet č. E. suma vo výške 6,15 Eur v exekučnom konaní pod číslom 1384/13 vo veci oprávneného Slovak Telekom, a.s., IČO: 35763469 a povinného H. G., nar. X.X.XXXX, pričom išlo o preplatok povinného v exekučnom konaní, čím spôsobil exekútorovi JUDr. Ľubomír Pekár škodu vo výške 6,15 Eur, - dňa 03.04.2018 zadal na prevod a dňa 04.04.2018 bola pripísaná na účet č. E. suma vo výške 88,40 Eur v exekučnom konaní pod číslom 1609/04 vo veci oprávneného Slovak Telekom, a.s., IČO: 35763469 a povinného E. J., nar. X.XX.XXXX, pričom išlo o preplatok povinného v exekučnom konaní, čím spôsobil exekútorovi JUDr. Ľubomír Pekár škodu vo výške 88,40 Eur, - dňa 03.04.2018 zadal na prevod a dňa 04.04.2018 bola pripísaná na účet č. E. suma vo výške 19,46 Eur v exekučnom konaní pod číslom 3238/06 vo veci oprávneného Slovak Telekom, a.s., IČO: 35763469 a povinného Q. G., nar. XX.XX.XXXX, pričom išlo o preplatok povinného v exekučnom konaní, čím spôsobil exekútorovi JUDr. Ľubomír Pekár škodu vo výške 19,46 Eur, - dňa 03.04.2018 zadal na prevod a dňa 04.04.2018 bola pripísaná na účet č. E. suma vo výške 3,26 Eur v exekučnom konaní pod číslom 5458/13 vo veci oprávneného Slovak Telekom, a.s., IČO: 35763469 a povinného T. A., nar. XX.X.XXXX, pričom išlo o preplatok povinného v exekučnom konaní, čím spôsobil exekútorovi JUDr. Ľubomír Pekár škodu vo výške 3,26 Eur, - dňa 06.04.2018 zadal na prevod a dňa 09.04.2018 bola pripísaná na účet č. E. suma vo výške 34,23 Eur v exekučnom konaní pod číslom 5685/16 vo veci oprávneného SR - Krajský súd v Bratislave, Justičná pokladnica, IČO: 215759 a povinného N. U., nar. XX.XX.XXXX, pričom išlo o preplatok povinného v exekučnom konaní, čím spôsobil exekútorovi JUDr. Ľubomír Pekár škodu vo výške 34,23 Eur, - dňa 09.04.2018 zadal na prevod a dňa 10.04.2018 bola pripísaná na účet č. E. suma vo výške 305,23 Eur v exekučnom konaní pod číslom 1128/08 vo veci oprávneného Slovak Telekom, a.s., IČO: 35763469 a povinného A. E., nar. XX.X.XXXX, pričom išlo o preplatok povinného v exekučnom konaní, čím spôsobil exekútorovi A. N. K. škodu vo výške 305,23 Eur, - dňa 10.04.2018 zadal na prevod a dňa 11.04.2018 bola pripísaná na účet č. E. suma vo výške 109,93 Eur v exekučnom konaní pod číslom 1560/17 vo veci oprávneného SR - Krajský súd v Bratislave, Justičná pokladnica, IČO: 215759 a povinného I. B., nar. XX.X.XXXX, pričom išlo o preplatok povinného v exekučnom konaní, čím spôsobil exekútorovi JUDr. Ľubomír Pekár škodu vo výške 109,93 Eur, - dňa 10.04.2018 zadal na prevod a dňa 11.04.2018 bola pripísaná na účet č. E. suma vo výške 89,75 Eur v exekučnom konaní pod číslom 4981/16 vo veci oprávneného SR - Krajský súd v Bratislave,</w:t>
      </w:r>
    </w:p>
    <w:p>
      <w:r>
        <w:t>Justičná pokladnica, IČO: 215759 a povinného F. G., nar. XX.X.XXXX, pričom išlo o preplatok povinného v exekučnom konaní, čím spôsobil exekútorovi JUDr. Ľubomír Pekár škodu vo výške 89,75 Eur, - dňa 11.04.2018 zadal na prevod a dňa 12.04.2018 bola pripísaná na účet č. E. suma vo výške 55,22 Eur v exekučnom konaní pod číslom 7023/13 vo veci oprávneného SR - Krajský súd v Bratislave, Justičná pokladnica, IČO: 215759 a povinného B. X., nar. X.X.XXXX, pričom išlo o preplatok povinného v exekučnom konaní, čím spôsobil exekútorovi JUDr. Ľubomír Pekár škodu vo výške 55,22 Eur, - dňa 12.04.2018 zadal na prevod a dňa 13.04.2018 bola pripísaná na účet č. E. suma vo výške 7,19 Eur v exekučnom konaní pod číslom 1482/07 vo veci oprávneného Slovak Telekom, a.s., IČO: 35763469 a povinného ALENA MORONGOVÁ, nar. 22.3.1973, pričom išlo o odmenu exekútora za záložné právo, čím spôsobil exekútorovi JUDr. Ľubomír Pekár škodu vo výške 7,19 Eur, - dňa 14.04.2018 zadal na prevod a dňa 16.04.2018 bola pripísaná na účet č. E. suma vo výške 400,00 Eur v exekučnom konaní pod číslom 3526/05 vo veci oprávneného OMIKRON TRADING LIMITED a povinného B. B., nar. XX.X.XXXX , IČO: 30761671, pričom išlo o odmenu exekútora za záložné právo, čím spôsobil exekútorovi JUDr. Ľubomír Pekár škodu vo výške 400,00 Eur, - dňa 14.04.2018 zadal na prevod a dňa 16.04.2018 bola pripísaná na účet č. E. suma vo výške 233,80 Eur v exekučnom konaní pod číslom 3526/05 vo veci oprávneného OMIKRON TRADING LIMITED a povinného B. B., nar. XX.X.XXXX, IČO: 30761671, pričom išlo o preplatok povinného v exekučnom konaní v sume 231,18 Eur a odmenu exekútora za záložné právo v sume 2,62 Eur, čím spôsobil exekútorovi JUDr. Ľubomír Pekár škodu vo výške 233,80 Eur, - dňa 19.04.2018 zadal na prevod a dňa 20.04.2018 bola pripísaná na účet č. E. suma vo výške 20,62 Eur v exekučnom konaní pod číslom 3114/15 vo veci oprávneného SR - Krajský súd v Bratislave, Justičná pokladnica, IČO: 215759 a povinného B. I. M., nar. X.X.XXXX, pričom išlo o preplatok povinného v exekučnom konaní, čím spôsobil exekútorovi JUDr. Ľubomír Pekár škodu vo výške 20,62 Eur, - dňa 19.04.2018 zadal na prevod a dňa 20.04.2018 bola pripísaná na účet č. E. suma vo výške 50,00 Eur v exekučnom konaní pod číslom 4791/10 vo veci oprávneného Slovak Telekom, a.s., IČO: 35763469 a povinného B. G., nar. XX.X.XXXX, pričom išlo o preplatok povinného v exekučnom konaní, čím spôsobil exekútorovi JUDr. Ľubomír Pekár škodu vo výške 50,00 Eur, - dňa 20.04.2018 zadal na prevod a dňa 23.04.2018 bola pripísaná na účet č. E. suma vo výške 50,00 Eur v exekučnom konaní pod číslom 5017/09 vo veci oprávneného Slovak Telekom, a.s., IČO: 35763469 a povinného B. B., nar. XX.X.XXXX, pričom išlo o preplatok povinného v exekučnom konaní, čím spôsobil exekútorovi JUDr. Ľubomír Pekár škodu vo výške 50,00 Eur, - dňa 23.04.2018 zadal na prevod a dňa 24.04.2018 bola pripísaná na účet č. E. suma vo výške 79,66 Eur v exekučnom konaní pod číslom 20412/97 vo veci oprávneného I. H. a povinného K. O., nar. XX.X.XXXX, pričom išlo o preplatok povinného v exekučnom konaní, čím spôsobil exekútorovi JUDr. Ľubomír Pekár škodu vo výške 79,66 Eur, - dňa 27.04.2018 zadal na prevod a dňa 30.04.2018 bola pripísaná na účet č. E. suma vo výške 19,75 Eur v exekučnom konaní pod číslom 1974/10 vo veci oprávneného Slovak Telekom, a.s., IČO: 35763469 a povinného B. K., nar. XX.X.XXXX, pričom išlo o preplatok povinného v exekučnom konaní, čím spôsobil exekútorovi JUDr. Ľubomír Pekár škodu vo výške 19,75 Eur, - dňa 02.05.2018 zadal na prevod a dňa 03.05.2018 bola pripísaná na účet č. E. suma vo výške 11,74 Eur v exekučnom konaní pod číslom 1278/08 vo veci oprávneného Slovak Telekom, a.s., IČO: 35763469 a povinného T. F., nar. X.X.XXXX, pričom išlo o preplatok povinného v exekučnom konaní, čím spôsobil exekútorovi JUDr. Ľubomír Pekár škodu vo výške 11,74 Eur, - dňa 03.05.2018 zadal na prevod a dňa 04.05.2018 bola pripísaná na účet č. E. suma vo výške 88,40 Eur v exekučnom konaní pod číslom 1609/04 vo veci oprávneného Slovak Telekom, a.s., IČO: 35763469 a povinného E. J., nar. X.XX.XXXX, pričom išlo o preplatok povinného v exekučnom konaní, čím spôsobil exekútorovi JUDr. Ľubomír Pekár škodu vo výške 88,40 Eur, - dňa 03.05.2018 zadal na prevod a dňa 04.05.2018 bola pripísaná na účet č. E. suma vo výške 19,46 Eur v exekučnom konaní pod číslom 3238/06 vo veci oprávneného Slovak Telekom, a.s., IČO: 35763469 a povinného Q. G., nar. XX.XX.XXXX, pričom išlo o preplatok povinného v exekučnom konaní, čím spôsobil exekútorovi JUDr. Ľubomír Pekár škodu vo výške 19,46 Eur, - dňa 03.05.2018 zadal na prevod a dňa 04.05.2018 bola pripísaná na účet č. E. suma vo výške 3,26 Eur v exekučnom konaní pod číslom 5458/13 vo veci oprávneného Slovak Telekom, a.s., IČO: 35763469 a povinného T. A., nar. XX.X.XXXX, pričom išlo o preplatok povinného v exekučnom konaní, čím spôsobil exekútorovi JUDr. Ľubomír Pekár škodu vo výške 3,26 Eur, - dňa 04.05.2018 zadal na prevod a dňa 10.05.2018 bola pripísaná na účet č. E. suma vo výške 248,39 Eur v exekučnom konaní pod číslom 2006/05 vo veci oprávneného Slovak Telekom, a.s., IČO: 35763469</w:t>
      </w:r>
    </w:p>
    <w:p>
      <w:r>
        <w:t>a povinného W. J., nar. XX.X.XXXX, pričom išlo o odmenu exekútora za záložné právo a trovy konania exekútora, čím spôsobil exekútorovi JUDr. Ľubomír Pekár škodu vo výške 248,39 Eur, - dňa 04.05.2018 zadal na prevod a dňa 10.05.2018 bola pripísaná na účet č. E. suma vo výške 124,00 Eur v exekučnom konaní pod číslom 283/08 vo veci oprávneného Across Financial Services, s.r.o., IČO: 35804319 a povinného J. F., nar. X.XX.XXXX, pričom išlo o preplatok povinného v exekučnom konaní, čím spôsobil exekútorovi JUDr. Ľubomír Pekár škodu vo výške 124,00 Eur, - dňa 11.05.2018 zadal na prevod a dňa 14.05.2018 bola pripísaná na účet č. E. suma vo výške 490,00 Eur v exekučnom konaní pod číslom 3517/06 vo veci oprávneného Slovak Telekom, a.s., IČO: 35763469 a povinného Q. J., nar. XX.X.XXXX, pričom išlo o preplatok povinného v exekučnom konaní v sume 135,40 Eur a odmenu exekútora za záložné právo v sume 354,60 Eur, čím spôsobil exekútorovi A. N. K. škodu vo výške 490,00 Eur, - dňa 11.05.2018 zadal na prevod a dňa 14.05.2018 bola pripísaná na účet č. E. suma vo výške 50,00 Eur v exekučnom konaní pod číslom 5017/09 vo veci oprávneného Slovak Telekom, a.s., IČO: 35763469 a povinného B. B., nar. XX.X.XXXX, pričom išlo o preplatok povinného v exekučnom konaní, čím spôsobil exekútorovi JUDr. Ľubomír Pekár škodu vo výške 50,00 Eur, - dňa 11.05.2018 zadal na prevod a dňa 14.05.2018 bola pripísaná na účet č. E. suma vo výške 54,29 Eur v exekučnom konaní pod číslom 7023/13 vo veci oprávneného SR - Krajský súd v Bratislave, Justičná pokladnica, IČO: 215759 a povinného B. X., nar. X.X.XXXX, pričom išlo o preplatok povinného v exekučnom konaní, čím spôsobil exekútorovi JUDr. Ľubomír Pekár škodu vo výške 54,29 Eur, - dňa 15.05.2018 zadal na prevod a dňa 16.05.2018 bola pripísaná na účet č. E. suma vo výške 109,69 Eur v exekučnom konaní pod číslom 5051/16 vo veci oprávneného SR - Krajský súd v Bratislave, Justičná pokladnica, IČO: 215759 a povinného O. O., nar. XX.X.XXXX, pričom išlo o preplatok povinného v exekučnom konaní, čím spôsobil exekútorovi JUDr. Ľubomír Pekár škodu vo výške 109,69 Eur, - dňa 18.05.2018 zadal na prevod a dňa 21.05.2018 bola pripísaná na účet č. E. suma vo výške 50,00 Eur v exekučnom konaní pod číslom 4791/10 vo veci oprávneného Slovak Telekom, a.s., IČO: 35763469 a povinného B. G., nar. XX.X.XXXX, pričom išlo o preplatok povinného v exekučnom konaní, čím spôsobil exekútorovi JUDr. Ľubomír Pekár škodu vo výške 50,00 Eur, - dňa 21.05.2018 zadal na prevod a dňa 22.05.2018 bola pripísaná na účet č. E. suma vo výške 23,68 Eur v exekučnom konaní pod číslom 3114/15 vo veci oprávneného SR - Krajský súd v Bratislave, Justičná pokladnica, IČO: 215759 a povinného B. I. M., nar. X.X.XXXX, pričom išlo o preplatok povinného v exekučnom konaní, čím spôsobil exekútorovi JUDr. Ľubomír Pekár škodu vo výške 23,68 Eur, - dňa 25.05.2018 zadal na prevod a dňa 28.05.2018 bola pripísaná na účet č. E. suma vo výške 88,57 Eur v exekučnom konaní pod číslom 2795/16 vo veci oprávneného SR - Krajský súd v Bratislave, Justičná pokladnica, IČO: 215759 a povinného Q. X., nar.XX.X.XXXX, pričom išlo o preplatok povinného v exekučnom konaní, čím spôsobil exekútorovi JUDr. Ľubomír Pekár škodu vo výške 88,57 Eur, - dňa 28.05.2018 zadal na prevod a dňa 29.05.2018 bola pripísaná na účet č. E. suma vo výške 109,33 Eur v exekučnom konaní pod číslom 2585/17 vo veci oprávneného SR - Krajský súd v Bratislave, Justičná pokladnica, IČO: 215759 a povinného J. O., nar. XX.XX.XXXX, pričom išlo o preplatok povinného v exekučnom konaní, čím spôsobil exekútorovi JUDr. Ľubomír Pekár škodu vo výške 109,33 Eur, - dňa 01.06.2018 zadal na prevod a dňa 04.06.2018 bola pripísaná na účet č. E. suma vo výške 11,74 Eur v exekučnom konaní pod číslom 1278/08 vo veci oprávneného Slovak Telekom, a.s., IČO: 35763469 a povinného T. F., nar. X.X.XXXX, pričom išlo o preplatok povinného v exekučnom konaní, čím spôsobil exekútorovi JUDr. Ľubomír Pekár škodu vo výške 11,74 Eur, - dňa 01.06.2018 zadal na prevod a dňa 04.06.2018 bola pripísaná na účet č. E. suma vo výške 32,01 Eur v exekučnom konaní pod číslom 2196/08 vo veci oprávneného Slovak Telekom, a.s., IČO: 35763469 a povinného F. O., nar. XX.X.XXXX, pričom išlo o preplatok povinného v exekučnom konaní, čím spôsobil exekútorovi JUDr. Ľubomír Pekár škodu vo výške 32,01 Eur, - dňa 01.06.2018 zadal na prevod a dňa 04.06.2018 bola pripísaná na účet č. E. suma vo výške 19,46 Eur v exekučnom konaní pod číslom 3238/06 vo veci oprávneného Slovak Telekom, a.s., IČO: 35763469 a povinného Q. G., nar. XX.XX.XXXX, pričom išlo o preplatok povinného v exekučnom konaní, čím spôsobil exekútorovi JUDr. Ľubomír Pekár škodu vo výške 19,46 Eur, - dňa 04.06.2018 zadal na prevod a dňa 05.06.2018 bola pripísaná na účet č. E. suma vo výške 32,14 Eur v exekučnom konaní pod číslom 1169/10 vo veci oprávneného Slovak Telekom, a.s., IČO: 35763469 a povinného [. G., nar. X.X.XXXX, pričom išlo o preplatok povinného v exekučnom konaní, čím spôsobil exekútorovi JUDr. Ľubomír Pekár škodu vo výške 32,14 Eur, - dňa 04.06.2018 zadal na prevod a dňa 05.06.2018 bola pripísaná na účet č. E. suma vo výške 2,33 Eur v exekučnom konaní pod číslom 1609/04 vo veci oprávneného Slovak Telekom, a.s., IČO: 35763469 a</w:t>
      </w:r>
    </w:p>
    <w:p>
      <w:r>
        <w:t>povinného E. J., nar. X.XX.XXXX, pričom išlo o preplatok povinného v exekučnom konaní, čím spôsobil exekútorovi JUDr. Ľubomír Pekár škodu vo výške 2,33 Eur, - dňa 04.06.2018 zadal na prevod a dňa 05.06.2018 bola pripísaná na účet č. E. suma vo výške 3,26 Eur v exekučnom konaní pod číslom 5458/13 vo veci oprávneného Slovak Telekom, a.s., IČO: 35763469 a povinného T. A., nar. XX.X.XXXX, pričom išlo o preplatok povinného v exekučnom konaní, čím spôsobil exekútorovi JUDr. Ľubomír Pekár škodu vo výške 3,26 Eur, - dňa 12.06.2018 zadal na prevod a dňa 13.06.2018 bola pripísaná na účet č. E. suma vo výške 1.060,00 Eur v exekučnom konaní pod číslom 3636/17 vo veci oprávneného Heineken Slovensko, a.s., IČO: 36528391 a povinného M. B., nar. XX.X.XXXX, pričom išlo o preplatok povinného v exekučnom konaní, čím spôsobil exekútorovi JUDr. Ľubomír Pekár škodu vo výške 1.060,00 Eur, - dňa 13.06.2018 zadal na prevod a dňa 14.06.2018 bola pripísaná na účet č. E. suma vo výške 130,00 Eur v exekučnom konaní pod číslom 1470/07 vo veci oprávneného Slovak Telekom, a.s. , IČO: 35763469 a povinného B. O. - W. CORE, nar. XX.X.XXXX, IČO: 34939911, pričom išlo o vymoženú čiastku oprávneného v exekučnom konaní v sume 104,84 Eur a trovy konania exekútora v sume 25,16 Eur, čím spôsobil exekútorovi JUDr. Ľubomír Pekár škodu vo výške 130,00 Eur, - dňa 15.06.2018 zadal na prevod a dňa 18.06.2018 bola pripísaná na účet č. E. suma vo výške 40,76 Eur v exekučnom konaní pod číslom 4998/16 vo veci oprávneného SR - Krajský súd v Bratislave, Justičná pokladnica, IČO: 215759 a povinného V. W., nar. X.XX.XXXX, pričom išlo o preplatok povinného v exekučnom konaní, čím spôsobil exekútorovi JUDr. Ľubomír Pekár škodu vo výške 40,76 Eur, - dňa 18.06.2018 zadal na prevod a dňa 19.06.2018 bola pripísaná na účet č. E. suma vo výške 194,53 Eur v exekučnom konaní pod číslom XXX/XX vo veci oprávneného Slovenská sporiteľňa, a.s., IČO:151653 a povinného A. E., nar. 28.4.1959, pričom išlo o vymoženú čiastku oprávneného v exekučnom konaní, čím spôsobil exekútorovi JUDr. Ľubomír Pekár škodu vo výške 194,53 Eur, - dňa 19.06.2018 zadal na prevod a dňa 21.06.2018 bola pripísaná na účet č. E. suma vo výške 16,02 Eur v exekučnom konaní pod číslom 3114/15 vo veci oprávneného SR - Krajský súd v Bratislave, Justičná pokladnica, IČO: 215759 a povinného Mgr. Lenka Fagová. nar. X.X.XXXX, pričom išlo o preplatok povinného v exekučnom konaní, čím spôsobil exekútorovi JUDr. Ľubomír Pekár škodu vo výške 16,02 Eur, - dňa 19.06.2018 zadal na prevod a dňa 21.06.2018 bola pripísaná na účet č. E. suma vo výške 18,17 Eur v exekučnom konaní pod číslom 5776/16 vo veci oprávneného SR - Krajský súd v Bratislave, Justičná pokladnica, IČO: 215759 a povinného N. I., nar. XX.X.XXXX, pričom išlo o preplatok povinného v exekučnom konaní, čím spôsobil exekútorovi JUDr. Ľubomír Pekár škodu vo výške 18,17 Eur, - dňa 28.06.2018 zadal na prevod a dňa 29.06.2018 bola pripísaná na účet č. E. suma vo výške 43,91 Eur v exekučnom konaní pod číslom 5128/16 vo veci oprávneného SR - Krajský súd v Bratislave, Justičná pokladnica, IČO: 215759 a povinného B. [., nar. XX.XX.XXXX, pričom išlo o preplatok povinného v exekučnom konaní, čím spôsobil exekútorovi JUDr. Ľubomír Pekár škodu vo výške 43,91 Eur, - dňa 28.06.2018 zadal na prevod a dňa 29.06.2018 bola pripísaná na účet č. E. suma vo výške 149,80 Eur v exekučnom konaní pod číslom 6450/09 vo veci oprávneného Slovak Telekom, a.s., IČO: 35763469 a povinného A. U., nar. XX.X.XXXX, pričom išlo o preplatok povinného v exekučnom konaní, čím spôsobil exekútorovi A. N. K. škodu vo výške 149,80 Eur, - dňa 02.07.2018 zadal na prevod a dňa 03.07.2018 bola pripísaná na účet č. E. suma vo výške 32,14 Eur v exekučnom konaní pod číslom 1169/10 vo veci oprávneného Slovak Telekom, a.s., IČO: 35763469 a povinného [. G., nar. X.X.XXXX, pričom išlo o preplatok povinného v exekučnom konaní, čím spôsobil exekútorovi JUDr. Ľubomír Pekár škodu vo výške 32,14 Eur, - dňa 02.07.2018 zadal na prevod a dňa 03.07.2018 bola pripísaná na účet č. E. suma vo výške 11,74 Eur v exekučnom konaní pod číslom 1278/08 vo veci oprávneného Slovak Telekom, a.s., IČO: 35763469 a povinného T. F., nar. X.X.XXXX, pričom išlo o preplatok povinného v exekučnom konaní, čím spôsobil exekútorovi A. N. K. škodu vo výške 11,74 Eur, - dňa 02.07.2018 zadal na prevod a dňa 03.07.2018 bola pripísaná na účet č. E. suma vo výške 37,73 Eur v exekučnom konaní pod číslom 2196/08 vo veci oprávneného Slovak Telekom, a.s., IČO: 35763469 a povinného F. O., nar. XX.X.XXXX, pričom išlo o preplatok povinného v exekučnom konaní, čím spôsobil exekútorovi JUDr. Ľubomír Pekár škodu vo výške 37,73 Eur, - dňa 02.07.2018 zadal na prevod a dňa 03.07.2018 bola pripísaná na účet č. E. suma vo výške 19,46 Eur v exekučnom konaní pod číslom 3238/06 vo veci oprávneného Slovak Telekom, a.s., IČO: 35763469 a povinného Q. G., nar. XX.XX.XXXX, pričom išlo o preplatok povinného v exekučnom konaní, čím spôsobil exekútorovi JUDr. Ľubomír Pekár škodu vo výške 19,46 Eur, - dňa 02.07.2018 zadal na prevod a dňa 03.07.2018 bola pripísaná na účet č. E. suma vo výške 3,26 Eur v exekučnom konaní pod číslom 5458/13 vo veci oprávneného Slovak Telekom, a.s., IČO: 35763469 a</w:t>
      </w:r>
    </w:p>
    <w:p>
      <w:r>
        <w:t>povinného T. A., nar. XX.X.XXXX, pričom išlo o preplatok povinného v exekučnom konaní, čím spôsobil exekútorovi JUDr. Ľubomír Pekár škodu vo výške 3,26 Eur, - dňa 03.07.2018 zadal na prevod a dňa 04.07.2018 bola pripísaná na účet č. E. suma vo výške 176,80 Eur v exekučnom konaní pod číslom 4165/09 vo veci oprávneného mal. K. R. a povinného K. R., nar. XX.X.XXXX, pričom išlo o preplatok povinného v exekučnom konaní, čím spôsobil exekútorovi JUDr. Ľubomír Pekár škodu vo výške 176,80 Eur, - dňa 03.07.2018 zadal na prevod a dňa 04.07.2018 bola pripísaná na účet č. E. suma vo výške 211,80 Eur v exekučnom konaní pod číslom 790/18 vo veci oprávneného SR - Krajský súd v Bratislave, Justičná pokladnica, IČO: 215759 a povinného P. P. K., nar. XX.X.XXXX, pričom išlo o trovy konania exekútora, čím spôsobil exekútorovi JUDr. Ľubomír Pekár škodu vo výške 211,80 Eur, - dňa 09.07.2018 zadal na prevod a dňa 11.07.2018 bola pripísaná na účet č. E. suma vo výške 90,00 Eur v exekučnom konaní pod číslom 6253/09 vo veci oprávneného Slovak Telekom, a.s. , IČO: 35763469 a povinného O. J., nar. XX.X.XXXX, pričom išlo o vymoženú čiastku oprávneného v exekučnom konaní v sume 72,60 Eur a trovy konania exekútora v sume 17,40 Eur, čím spôsobil exekútorovi JUDr. Ľubomír Pekár škodu vo výške 90,00 Eur, - dňa 09.07.2018 zadal na prevod a dňa 11.07.2018 bola pripísaná na účet č. E. suma vo výške 33,07 Eur v exekučnom konaní pod číslom 6355/16 vo veci oprávneného SR - Krajský súd v Bratislave, Justičná pokladnica, IČO: 215759 a povinného B. B., nar. XX.X.XXXX, pričom išlo o preplatok povinného v exekučnom konaní, čím spôsobil exekútorovi JUDr. Ľubomír Pekár škodu vo výške 33,07 Eur, - dňa 10.07.2018 zadal na prevod a dňa 13.07.2018 bola pripísaná na účet č. E. suma vo výške 180,00 Eur v exekučnom konaní pod číslom 2103/15 vo veci oprávneného Slovak Telekom, a.s., IČO: 35763469 a povinného B. U., nar. XX.X.XXXX, pričom išlo o preplatok povinného v exekučnom konaní v sume 23,60 Eur a trovy konania exekútora v sume 156,40 Eur, čím spôsobil exekútorovi JUDr. Ľubomír Pekár škodu vo výške Eur, - dňa 16.07.2018 zadal na prevod a dňa 17.07.2018 bola pripísaná na účet č. E. suma vo výške 85,83 Eur v exekučnom konaní pod číslom 3410/14 vo veci oprávneného SR - Krajský súd v Bratislave, Justičná pokladnica, IČO: 215759 a povinného A. T. – A., nar. XX.X.XXXX , IČO: 32336870, pričom išlo o preplatok povinného v exekučnom konaní, čím spôsobil exekútorovi JUDr. Ľubomír Pekár škodu vo výške 85,83 Eur, - dňa 16.07.2018 zadal na prevod a dňa 17.07.2018 bola pripísaná na účet č. E. suma vo výške 85,21 Eur v exekučnom konaní pod číslom 3411/14 vo veci oprávneného SR - Krajský súd v Bratislave, Justičná pokladnica, IČO: 215759 a povinného A. T. – A., nar. XX.X.XXXX, IČO: 32336870, pričom išlo o trovy exekútora, čím spôsobil exekútorovi JUDr. Ľubomír Pekár škodu vo výške 85,21 Eur, - dňa 16.07.2018 zadal na prevod a dňa 17.07.2018 bola pripísaná na účet č. E. suma vo výške 52,02 Eur v exekučnom konaní pod číslom 3412/14 vo veci oprávneného SR - Krajský súd v Bratislave, Justičná pokladnica, IČO: 215759 a povinného A. T. – A., nar. XX.X.XXXX, IČO: 32336870, pričom išlo o trovy exekútora, čím spôsobil exekútorovi JUDr. Ľubomír Pekár škodu vo výške 52,02 Eur, - dňa 16.07.2018 zadal na prevod a dňa 17.07.2018 bola pripísaná na účet č. E. suma vo výške 33,08 Eur v exekučnom konaní pod číslom 3413/14 vo veci oprávneného SR - Krajský súd v Bratislave, Justičná pokladnica, IČO: 215759 a povinného A. T. – A., nar. XX.X.XXXX, IČO: 32336870, pričom išlo o trovy exekútora, čím spôsobil exekútorovi JUDr. Ľubomír Pekár škodu vo výške 33,08 Eur, - dňa 16.07.2018 zadal na prevod a dňa 17.07.2018 bola pripísaná na účet č. E. suma vo výške 28,28 Eur v exekučnom konaní pod číslom 4280/06 vo veci oprávneného Slovak Telekom, a.s., IČO: 35763469 a povinného F. M., nar. XX.X.XXXX, pričom išlo o preplatok povinného v exekučnom konaní, čím spôsobil exekútorovi JUDr. Ľubomír Pekár škodu vo výške 28,28 Eur, - dňa 16.07.2018 zadal na prevod a dňa 17.07.2018 bola pripísaná na účet č. E. suma vo výške 237,82 Eur v exekučnom konaní pod číslom XXXX/XX vo veci oprávneného Slovak Telekom, a.s., IČO: 35763469 a povinného F. M., nar. XX.X.XXXX, pričom išlo o trovy konania exekútora, čím spôsobil exekútorovi JUDr. Ľubomír Pekár škodu vo výške 237,82 Eur, - dňa 16.07.2018 zadal na prevod a dňa 17.07.2018 bola pripísaná na účet č. E. suma vo výške 60,35 Eur v exekučnom konaní pod číslom 4998/16 vo veci oprávneného SR - Krajský súd v Bratislave, Justičná pokladnica, IČO: 215759 a povinného V. W., nar. X.XX.XXXX, pričom išlo o preplatok povinného v exekučnom konaní, čím spôsobil exekútorovi JUDr. Ľubomír Pekár škodu vo výške 60,35 Eur, - dňa 17.07.2018 zadal na prevod a dňa 18.07.2018 bola pripísaná na účet č. E. suma vo výške 90,40 Eur v exekučnom konaní pod číslom 1954/15 vo veci oprávneného SR - Krajský súd v Bratislave, Justičná pokladnica, IČO: 215759 a povinného NOVARA INVEST s.r.o., IČO: 31416829, pričom išlo o preplatok povinného v exekučnom konaní, čím spôsobil exekútorovi JUDr. Ľubomír Pekár škodu vo výške 90,40 Eur,</w:t>
      </w:r>
    </w:p>
    <w:p>
      <w:r>
        <w:t>- dňa 17.07.2018 zadal na prevod a dňa 18.07.2018 bola pripísaná na účet č. E. suma vo výške 40,00 Eur v exekučnom konaní pod číslom 5776/16 vo veci oprávneného SR - Krajský súd v Bratislave, Justičná pokladnica, IČO: 215759 a povinného N. I., nar. XX.X.XXXX, pričom išlo o preplatok povinného v exekučnom konaní, čím spôsobil exekútorovi JUDr. Ľubomír Pekár škodu vo výške 40,00 Eur, teda na škodu cudzieho majetku seba obohatil tým, že uviedol niekoho do omylu a spôsobil ním väčšiu škodu a čin spáchal závažnejším spôsobom konaní po dlhší čas a porušením dôležitej povinnosti vyplývajúcej z jeho zamestnania. čím spáchal zločin podvodu podľa § 221 ods. 1, ods. 2, ods. 3 písm. c/ Tr. zák. s poukazom na § 138 písm. b/, písm. h/ Tr. zák. Za to sa odsudzuje Podľa § 221 ods. 3, § 36 písm. l, § 37 písm. h, § 38 ods. 2, § 39 ods. 5, § 41 ods. 2, § 42 ods. 1 Tr. zák. účinného v čase vyhlásenia rozsudku na úhrnný i súhrnný trest odňatia slobody vo výmere 16 (šestnásť) mesiacov. Podľa § 48 ods. 2 písm. a/ Tr. zák. sa pre výkon tretu odňatia slobody zaraďuje do ústavu na výkon trestu s minimálnym stupňom stráženia. Podľa § 42 ods. 2 Tr. zák. sa zároveň zrušuje výrok o treste trestného rozkazu Okresného súdu Malacky sp.zn. 1T 89/2020 zo dňa 30.10.2020, právoplatný 29.12.2020 ako aj všetky ďalšie rozhodnutia na tento výrok obsahovo nadväzujúce, ak vzhľadom na zmenu ku ktorej došlo zrušením stratili podklad. Podľa § 287 ods. 1 Tr.por. sa obžalovanému ukladá povinnost uhradiť spôsobenú škodu súdnemu exekútorovi MUDr. JUDr. Ľubomírovi Pekárovi v celkovej výške 107 270,93 Eur. teda -na škodu cudzieho majetku seba obohatil tým, že uviedol niekoho do omylu a spôsobil ním väčšiu škodu a čin spáchal závažnejším spôsobom konaní po dlhší čas a porušením dôležitej povinnosti vyplývajúcej z jeho zamestnania.</w:t>
      </w:r>
    </w:p>
    <w:p>
      <w:r>
        <w:t>čím</w:t>
      </w:r>
    </w:p>
    <w:p>
      <w:r>
        <w:t>spáchal</w:t>
      </w:r>
    </w:p>
    <w:p>
      <w:r>
        <w:t>-zločin podvodu podľa § 221 ods. 1, ods. 2, ods. 3 písm. c/ Tr. zák. s poukazom na § 138 písm. b/, písm. h/ Tr. zák. Za to sa odsudzuje: Podľa § 221 ods. 3, § 36 písm. l), § 37 písm. h), § 38 ods. 2, § 39 ods. 5, § 41 ods. 2, § 42 ods. 1 Tr. zák. účinného v čase vyhlásenia rozsudku na úhrnný i súhrnný trest odňatia slobody vo výmere 16 (šestnásť) mesiacov. Podľa § 48 ods. 2 písm. a/ Tr. zák. sa pre výkon tretu odňatia slobody zaraďuje do ústavu na výkon trestu s minimálnym stupňom stráženia.</w:t>
      </w:r>
    </w:p>
    <w:p>
      <w:r>
        <w:t>Podľa § 42 ods. 2 Tr. zák. sa zároveň zrušuje výrok o treste trestného rozkazu Okresného súdu Malacky sp.zn. 1T 89/2020 zo dňa 30.10.2020, právoplatný 29.12.2020, ako aj všetky ďalšie rozhodnutia na tento výrok obsahovo nadväzujúce, ak vzhľadom na zmenu, ku ktorej došlo zrušením, stratili podklad. Podľa § 287 ods. 1 Tr.por. sa obžalovanému ukladá povinnost uhradiť spôsobenú škodu súdnemu exekútorovi MUDr. JUDr. Ľubomírovi Pekárovi v celkovej výške 107 270,93 Eur. odôvodnenie: Na základe podanej obžaloby Okresnej prokuratúry v Galante na obžalovaného A. B. C. pre obzvlášť závažný zločin podvodu podľa § 221 ods. 1, ods. 3 písm. c), ods. 4 písm. a) Tr. zák. s poukazom na § 138 písm. b), písm. h) Tr. zák. súd na hlavnom pojednávaní vykonal dokazovanie výsluchom obžalovaného svedka – poškodenéh, svedkov ako aj prečítaním ostatného spisovného materiálu súvisiaceho aj s výrokom o treste a škode. Súd na hlavnom pojednávaní konanom dňa 17.04.2023 vypočul obžalovaného JUDr. Marcela Čečota. Obžalovaný po zákonom poučení v otázke vyhlásenia viny, resp. neviny zaujal stanovisko, že cíti sa byť vinným zo spáchania skutku ale nesúhlasí so sumou, ktorá je uvedená v obžalobe a ktorú mal spôsobiť práve poškodenému JUDr. Pekárovi ako exekútorovi. Má za to, že táto škoda v celkovej výške, ktorú uvádza obžaloba nebola spôsobená výlučne poškodenému JUDr. Pekárovi ale bola spôsobená aj iným účastníkom a to povinným a oprávneným v rámci exekučného konania. Súd vzhľadom na vyjadrenie a postoj obžalovaného dospel k záveru, že nie sú splnené zákonné podmienky podľa § 257 ods. 5, ods. 7 Tr. por. Súd následne na hlavnom pojednávaní vypočul obžalovaného k veci, ktorý vo svojej výpovedi uviedol, že od roku 2008 bol zamestnaný na exekútorskom úrade Šaľa – JUDr. Ľubomír Pekár, súdny exekútor ako samostatný referent. Vykonáva tam funkciu odborného referenta a následne bol evidovaný ako koncipient súdneho exekútora. Čo sa týka rozúčtovania finančných prostriedkov v jednotlivých konaniach, on spracovával podklady na odoslanie finančných prostriedkov oprávneným, povinným a na trovy súdneho exekútora. Vymožené finančné prostriedky, ktoré sú mu kladené za vinu použil pre vlastnú potrebu. V inkriminovanom čase používal bankové účty Tatra banka, Sporiteľňa, ČSOB, VÚB. Okrem neho vlastníkmom účtov bola jeho dcéra I. C., manželka [. C. a matka T. C.. Na otázku prokurátora akým spôsobom zadával vykonávanie príkazov – prevody, ako pracoval so systémom súdneho exekútora obžalovaný uviedol, že na začiatku to fungovalo tým spôsobom, že sa tieto finančné prostriedky rozúčtovali v písomnej podobe ručne, ktoré sa potom následne dávali na úhradu vedúcej kancelárie. Neskôr sa to spracovávalo cez počítač. Aj keď sa to vykonávalo ručne aj vtedy prevádzal finančné prostriedky na jeho účet. V exekučnom konaní sa rozúčtovali finančné prostriedky a potom sa to elektronicky previedlo na jeho účty alebo na exekučné konania. Na svoje účty previedol finančné prostriedky, jednalo sa o sumy, kde vznikol preplatok, t.j. že tam bolo viac vymožené ako v skutočnosti bolo nárokované. Nevie ako došlo k tomu, že bolo viacej vymožené ako v skutočnosti bolo nárokované. Taktiež aj odmeny exekútora na zriadenie záložného práva, aj tieto finančné prostriedky prevádzal na svoje účty. Jeho spoluvlastníci zriadených účtov nemali vedomosť odkiaľ pochádzajú finančné prostriedky. Finančné prostriedky, ktoré prevádzal na svoje účty použil na uspokojenie svojich potrieb. Svoje konanie ľutuje. V prípade uznania viny je ochotný, ak súd zákonným spôsobom vyčísli škodu túto nejakým spôsobom uhradiť. Z jeho strany zatiaľ škoda aktívnym spôsobom nebola uhrádzaná, avšak dal súhlas na odblokovanie účtov, t.j. aktívne sa podieľal na vrátení peňazí. Stotožňuje sa škodou, ktorá vznikla súdnemu exekútorovi. Svedok-poškodený JUDr. MUDr. Ľubomír Pekár, na hlavnom pojednávaní vo svojej výpovedi uviedol, že niekedy v mesiaci júl 2018 mu volala vedúca jeho kancelárie pani H., že majú podozrenie, že zamestnanec JUDr. Čečot si posiela resp. dáva podklady pri rozúčtovaní finančných prostriedkov, aby tieto boli posielané na určité opakujúce sa účty. Bolo zistené, že tých účtov bolo viac aj platieb bolo viac, jednalo sa o stovky prevodov. Následne išiel podať trestné oznámenie. Tieto podklady na prevod finančných prostriedkov zadával pracovník exekútorského úradu JUDr. Čečot. Následne bol s ním rozviazaný pracovný pomer. Hneď ešte nevedeli presnú škodu až postupne škodu vyčíslili aj v spolupráci</w:t>
      </w:r>
    </w:p>
    <w:p>
      <w:r>
        <w:t>s firmou Aura, ktorá dodávala program súdny exekútor. Škodu, ktorú si uplatňuje vznikla exekútorskému úradu, pretože exekučný poriadok má ustanovenia o zodpovednosti exekútora za škodu spôsobenú účastníkom exekučného konania, taktiež exekútor zodpovedá za škodu, ktorú spôsobí zamestnanec súdneho exekútora. Pokiaľ ide o preplatky tieto je povinný vrátiť oprávneným osobám. JUDr. Čečot pozmenil konečné vyúčtovanie, ktoré zasielal účastníkom a to tak, že tam nebol uvedený ten preplatok . Vďaka tomu tieto oprávnené osoby sa nedozvedeli o tomto preplatku. Avšak exekútorovi vyplýva povinnosť tento preplatok vrátiť. Celková škoda, ktorá vznikla exekútorskemu úradu je 187.620,22 Eur v zmysle znaleckého posudku. Svedkyňa U. O., na hlavnom pojednávaní vo svojej výpovedi uviedla, že s obžalovaným B. C. pracovali v exekutórskom úrade JUDr. Pekára. Ona mala na starosti administratívne práce ako aj program súdneho exekútora, ktorý vypracovala spoločnosť AURA. V prípade obžalovaného sa jednalo o exekútorského koncipienta, ktorý mal na starosti taktiež spisy. Niekedy v roku 2018 došla k ním do kancelárie účtovníčka B. D., ktorá im, oznámila, že bola rozúčtovaná platba na trovy s tým, že ona mala vyhotovenú faktúru k tým trovám a keď sa vyhotovila faktúra mali prísť peniaze na účet s koncovým číslom 018, jednalo sa o účet súdneho exekútora, na ktorý chodili finančné prostriedky – trovy. Následne s pánom O. a pani B. V. začali zisťovať v čom je problém, že peniaze na tento účet vlastne neprišli, písali do Aury a spoločnosť im oznámila, že tieto peniaze (trovy konania ) neprechádzali na tento stanovený účet s koncovým číslom 018 ale boli prevádzané na iné účty, pre nás neznáme. Išlo o 4-5 účtov, tieto peniaze odchádzali na tieto neznáme účty a to z konaní, ktoré mal na starosti práve obžalovaný. Na druhý deň, keď prišla do práce zistila, že niekto mal snahu sa prihlásiť do jej počítača. Zistila to tak, že počítač bol zapnutý v stave, keď vyžadoval zadanie hesla. Keď vošla do programu Aura, prostredníctvom tohto programu oznámila, že niekto mal v úmysle sa dostať do jej počítača a následne pracovníci cez program Aury zistili, že obžalovaný zo svojho počítača intenzívne vymazával platby, ktoré z jeho konaní odchádzali na tiet cudzie neznáme účty. Následne požiadali Auru, aby obmedzili takéto konanie obžalovaného, aby nedochádzalo k vymazávaniu týchto platieb. Svedok A. O., na hlavnom pojednávaní vo svojej výpovedi uviedol, že pracuje v softvérovej firme Aura logis. Predmetom činnosti tejto firmy je dodávanie informačných systémov, PC programov pre súdnych exekútorov. Aj do exekútorského úradu JUDr. Pekára inštalovali pc program ich spoločnosti Aura. Dodávali mu softwer, jednalo sa o komplexný informačný systém pre prácu exekútorských úradov. Jednalo sa o jeden server a na základe koľko licencii mal exekútorský úrad zaplatených tak do systému sa mohli prihlasovať pracovníci. On pracujoval na technickej podpore tejto firmy, keď príde požiadavka z exekútorského úradu na riešenie problému, tak sa s tým zaoberá. Ich spoločnosťou bolo zistené, že účet, ktorý bol použitý v bankovom výpise sa nachádza na viacerých rôznych kontaktoch. V prvom rade začali preverovať to, či nie je nejaká chyba v programe. Ziistili, že chyba v programe nebola žiadna. Následne zistili, že predmetná platba bola upravovaná pred časom spustenia exportu do XML, to znamená, že ten kto vytvoril platbu niečo v tej platbe upravil. Následne bol vytvorený export a potom tá platba bola opätovne upravená. Zistili, že sa jednalo o pracovníka s prihlasovateľským menom cecot. V audite sa nezaznamenáva čo konkrétne bolo upravené iba to, že bola realizovaná úprava. Teda podrobnosti sa nedajú takto zistiť. Ale vzhľadom na to, že táto platba išla na iný účet tak mali iba to vysvetlenie, že bol upravený účet, na ktorý má byť prevedená tá ktorá platba. Ďalej zistili, že ten bankový účet je použitý vo viacerých kontaktoch a že na ten bankový účet bolo prevedených množstvo platieb. Zistilo sa následne v rámci spolupráce s ex. úradom, že sa jednalo o viaceré problémy. Bola zadaná požiadavka zo strany p. O. či takýchto neznámych účtov mohlo byť viac, preverovali export platieb z ex. Úradu, či sa tam tie účty neopakujú príliš často a sú rovnaké a evidované v rôznych kontaktoch. K tomu robili výstup z auditu a tam sa už zamerali na pracovníka s menom cecot a na jeho úkony v platbách. Tieto zostavy poslali na ex. úrad na ďalšiu kontrolu. Následne sa zistilo, že tieto platby odchádzali na ďalších 10 neznámych účtov. V exporte platba bola registrovaná, avšak p. O. keď nazrela do spisu zistila, že táto platba tam nebola zaevidovaná. Opätovne pozrel do auditu a tam s kolegami zistil, že danú platbu vymazal užívateľ s prihlasovacím menom cecot. Súčasne zistili, že to nebola vymazaná iba jedna platba, v ten deň boli vymazaná viacero takýchto platieb užívateľom s prihlasovacím menom cecot, okrem platieb vymazával aj účty z kontaktov. Po tomto zistení mali obavu, či nedôjde aj k vymazaniu záloh, zálohy databáze sú prístupné každému užívateľovi, preto požiadali kolegu, aby tieto zálohy prekopíroval na iné miesto serveru. Súčasne s exekútorským úradom riešili ako obmedziť práva tohto užívateľa, aby nemohol vymazávať platby ani účty. To sa im aj podarilo, avšak už tieto záležitosti riešil exekútor sám. Následne ex. úrad nás požiadal, či vieme zostaviť zostavu spisu, v ktorých boli zaevidované vrátené úhrady do roku 2012 a v tých bol vedený užívateľ s prihlasovacím menom cecot. Túto zostavu, kde boli</w:t>
      </w:r>
    </w:p>
    <w:p>
      <w:r>
        <w:t>zaevidované tieto úhrady a kde bol vedený tento užívateľ cecot oznámili úradu. Do roku 2012 ex. úrad evidoval úhrady aj ich rozdelil na časť trovy a časť odmeny pre exekútora a pre oprávneného ale nemali evidované platby. S tým, že od roku 2012 v programe už mali zaevidované platby. Každý zamestnanec úradu užívateľské meno a heslo. Svedkyňa E. H., na hlavnom pojednávaní vo svojej výpovedi uviedla, že na exekútorskom úrade pracuje od roku 2010, najprv ako samostatný odborný referent do roku 2016 a následne bola zaradená ako vedúca kancelárie súdneho exekútora. Má na starosti zamestnancov, priraďovanie práce zamestnancom a celkové fungovanie úradu. V prvom rade sa robia bankové výpisy za predošlý deň. Výpisy odovzdávala kolegom, ktorí majú pridelené spisy a to samostatným referentom, ktorí jednotlivé platby spracujú do nimi vedenými exekučnými konaniami. Tieto platby sa rozúčtujú podľa stavu exekučného konania. Platby môžu ísť buď oprávnenému, povinnému, súdnemu exekútorovi resp. môže vzniknúť aj preplatok. V roku 2018 približne v polovici júla účtovníčka B. D. kontrolovala rozúčtované platby a prišla na to, že jedna platba v jednom exekučnom konaní, ktorá mala byť pripísaná na účet súdneho exekútora, na ktorom sú uvedené trovy exekúcie tam tá platba neprišla. Zistili, že platba prešla na účet, o ktorom nevedeli komu patrí. Z toho dôvodu požiadali o súčinnosť spoločnosť Aura, ktorá vypracovala program súdny exekútor a od nich dostali informáciu, že tento účet je vedený na mnohých exekučných konaniach ale pod rôznymi názvami tých účtov. Následne im spoločnosť Aura poskytla informáciu, že z počítaču JUDr. Čečota sú intenzívne vymazávané platby. Preto vydala pokyn, aby sa všetci zamestnanci odhlásili z tohto programu, pričom Aura vykonala zabezpečenie, aby tam nemohli vojsť a následne telefonicky informovala JUDr. Pekára, čo sa deje na úrade. Následne, keď sa dostavil JUDr. Pekár a oboznámil sa s problematikou, podal trestné oznámenie na JUDr. Čečota. Do programu súdny exekútor mali prístup všetci zamestnanci exekútorského úradu zo svojho počítača. Bolo taktiež zistené, že použitím pc A. C. sa prostredníctvom jeho pc niekto snažil dostať do programu súdny exekútor cez prihlasovanie heslo administrátor ale zadal zlé heslo. Do tejto časti programu má oprávnenie sa dostať iba slečna O.. Tento program slúži na úpravu písomností, vylepšovanie a podobne. Niektoré písomnosti ako faktúry sa dajú vymazať iba cez tento program. Až neskôr zistili, že platby boli realizované na neznáme účty, ktoré konkretizovali približne v počte 9. Prevody prostredníctvom účtu obžalovaného boli realizované na cudzie účty vo veľkom rozsahu. Tieto platby resp. pohyb peňazí mala na starosti účtovníčka B. D., ktorá vlastne kontrolovala na druhý deň platby, ktoré spracovali referenti ale vzhľadom k tomu, že ich bolo niekoľko stoviek denne nenašla tam žiadne zvláštnosti, nakoľko pri každej platbe bolo iné meno. Nevšimla si pri takom obrovskom množstve prevodov, že niektoré účty sa opakovali. A opakovanie účtov nie je nezvyčajná vec, pretože máme aj veľkých klientov poisťovni, telefónne spoločnosti, kde im platby odchádzajú v niekoľkých desiatok denne. Mená pri účtoch sa zhodovali s účastníkmi exekučných konaní. Z toho vyplýva, že účet na ktorý obžalovaný prevádzal peniaze pomenoval s názvom menom účastníka, pričom peniaze išli celkom na iný účet. Nikdy sa peniaze nevrátili z účtov na ktoré prevádzal peniaze obžalovaný. V prípade, ak platil platbu povinný, tak sa preplatok mal vrátiť povinnému. JUDr. Čečot prispôsobil celkové vyúčtovanie presne platbe, ktorú dlžník zaplatil, to znamená, že v programe svietil preplatok a dlžník sa o tom nedozvedel. V prípade ak vznikne nejaká škoda oprávnenému alebo povinnému za túto škodu zodpovedá exekútor. Obžalovaný z pozície referenta prešiel na pozíciu exekútorského koncipienta. V podstate sa mu náplň práce nemenila iba sa mu to započítala do praxe. Svedkyňa B. D., na hlavnom pojednávaní vo svojej výpovedi uviedla, že pre exekútorsky úrad učtuje od roku 2006. V tom čase pracovala v spoločnosti Datakontrol, ktorý externým spôsobom účtoval a od roku 2014 pracuje ako účtovníčka v exekútorskom úrade. Účtuje v programe Pohoda. Jedná sa o jednoduché účtovníctvo, Exekútorsky úrad má dva hlavné účty a to s koncovou 026 a 018. Na 026 chodia všetky platby od povinného, oprávneného, zamestnávateľov a preplatky a 018 to sú iba exekútorské odmeny a trovy exekúcie. O tom, že na aký účet majú ísť jednotlivé platby zadal referent exekútorského úradu. Jej úlohou to bolo iba zaúčtovať v programe Pohoda. Referenti celý týždeň spracovávali údaje, následne vždy v pondelok dostávala od nich výpisy a nahrávala si ich do účtovného programu Pohoda. Nahrala aj faktúry, čiže trovy a odmena, čo malo ísť na účet 018 a tie úhrady párovala s účtom 018 a keď párovala tieto úhrady, vtedy zistila, že jedna faktúra zostala nevypárovaná s tým účtom 018, že tam neprišli peniaze. Bolo to v júli 2018. Zistila, že neboli prevedené peniaze s koncovým číslom 018. išla hľadať kde je chyba, pozerala v programe súdny exekútor, čo majú jednotlivý referenti, pričom zistila, že v programe bol zaevidovaný prevod peňazí na 018, avšak fyzicky tam peniaze neprišli. Zistila, že z 026 tieto peniaze odišli ale na č. účtu, ktorý nepatril povinnému, jednalo sa o neznáme číslo. To oznámila pani V.. Nemá vedomosť o tom, na aké meno bol vedený ten neznámy účet. Našla iba jeden takýto</w:t>
      </w:r>
    </w:p>
    <w:p>
      <w:r>
        <w:t>účet, on keď prviedol tie penaize bolo tam napísané od koho idú tie peniaze, avšak sa jednalo o celkom neznáme meno. Svedok B. B. O., na hlavnom pojednávaní vo svojej výpovedi uviedol, že od roku 2016 pracuje na exekutórskom úrade ako exekútorský koncipient. Jeho náplňou boli exekučné konanie prostredníctvom programu súdny exekútor spoločnosti Aura. V priebehu roka 2018 ich oboznámila účtovníčka B. D., že jej nesedí niečo v účtovníctve s tým, že nejaká platba bola zaslaná na zlý účet alebo bola zle označená. Následne zistili, že na uvedený účet prešli viacero platieb a keď nazreli do príslušných exekučných konaní, tak zistili nezrovnalosti v tom, že keď vznikli nejaké preplatky tak tieto boli vrátené nie povinným ale boli odoslané na tie neznáme účty. V dokumentácii to bolo tak, že ako keby preplatky nevznikli a boli navýšené trovy ako napr. úkony za cestovné a podobne. Všetky exekučné konania do ktorých sme nazreli mal v správe obžalovaný. V konečnom vyúčtovaní sa malo ručne dopísať, že preplatok bol vrátený na číslo účtu povinnej osoby, pričom v týchto spisoch konečných vyúčtovaní táto okolnosť už nebola doplnená a vyznačená. Najprv som si myslel, že z jeho strany sa jednalo o nedbanlivosť, avšak keď zistili, že toto sa stalo vo viacerých exekučných konaniach, tak dospeli k záveru, že z jeho strany ide o cielené konanie. Následne spoločne s B. V. išli za vedúcou kancelárie H., ktorej to oznámili. Po zistení tejto záležitosti pracovníci spoločnosti Aura spravili nejakú zálohu a preverovali tie problematické účty. Svedkyňa B. V., na hlavnom pojednávaní vo svojej výpovedi uviedla, že na exekútorskom úrade pracovala v pozícii referentky od 01.10.2016. V pc mali nainštalovaný program súdny exekútor. Jej náplňou práce bolo kompletné spracovanie exekučného konania a ešte mala na starosti program exekútor, ak niečo nefungovalo riešila to potom cez spoločnosť Aura. V roku 2018 v júli ju oslovili, že nesedia platby, následne kontrolovali výpisy a prevodné príkazy a nakoľko tam nesedel účet ani meno účastníka, tak dala to preveriť spoločnosti Aura. Zo spoločnosti Aura nám bolo oznámené, že na tento účet boli prevedené viaceré finančné prostriedky. Následne účet preverovali a nakoľko sa nejednalo o účet soc. poisťovne. kde chodí viac preplatkov ani účty bánk, čo majú hromadné účty tak to bolo nejasné z akého dôvodu tam odišli peniaze. Spoločnosť Q. im oznámila, že pracovník JUDr. Čečot sa snažil vymazať niektoré platby z programu exekútor. To, že existujú tieto pochybné platby sa dozvedela od vedúcej kancelárie a spoločnosti Aura. Ako užívateľ pracujúci s programom, v rámci čohoboli prechádzané platby do pochybných účtov vystupoval obž. JUDr. Čečot, ktorý rozúčtovával tieto finančné prostriedky smerujúce na pochybné účty. Svedkyňa P. I. A. (dcéra obžalovaného), na hlavnom pojednávaní vo svojej výpovedi uviedla, že v prípade účtov, ktoré vlastnila tieto uzatvorila po dohode so svojim otcom. Jednalo sa účty vo viacerých bankách – tri účty boli vedené na jej meno ale ich používal otec – ČSOB, Tatra banka a Slovenská sporiteľňa. Vo VÚB mala účet, ktorý iba ona používala. Neskôr ho zrušila a založila si účet v banke. Čo sa týka účtov vedených v ČSOB, Tatra banka a Slovenská sporiteľňa napriek tomu, že účty boli vedené na jej meno s týmito nedisponovala a ani nemala platobnú kartu k týmto účtom. Dispozičné právo k týmto účtom mal jej otec. Nikdy nerealizovala výbery na týchto účtoch, nevidela ani pohyby výber ani príjem. Pohyba videla iba na účte vo VÚB, ktorý jej založil otec, resp. z jeho iniciatívy si išla tento účet založiť. Na tento účet jej chodili peniaze z účtu exekútorského úradu p. K.. Chodili tam nepravidelne rôzne finančné čiastky v rôznych sumách. Otec jej povedal, že robí pre exekútora Pekára pomimo nejakú prácu a odmena za túto prácu jej bude chodiť na jej účet. Preto jej nebolo divné, že tieto peniaze jej na účet pravidelne chodili. Ona si to vysvetľovala v dobrom, že otec aj fakticky pomimo pracuje pre exekútora. V prípade troch účtov, s ktorými nedisponovala jej otec povedal, že preto sú účty vedené na jej osobu, aby nebol dohľadaný tým, že má nejaké peniaze, pretože mal problémy s výživným, aby nemusel platiť vysoké výživné. Zavedené účty rušila v poradí E. E., H. G. a následne ČSOB, E. a H. G. riešila na pokyn otca s tým, že peniaze, ktoré sú tam si má nechať alebo preposlať na iný účet, ktorý jej zadal. Následne to všetko prepuklo s tým, že účet v ČSOB bol zablokovaný. Pamätá si, že keď rušila účet v E. Q. H. G. na účtoch sa nachádzala minimálna čiastka cca 25,- Eur. Svedkyňa T. C., na hlavnom pojednávaní využila svoje právo a ako matka obžalovaného odmietla vypovedať. Svedkyňa [. C., na hlavnom pojednávaní vo svojej výpovedi uviedla, že a ako manželka obžalovaného odmietla vypovedať.</w:t>
      </w:r>
    </w:p>
    <w:p>
      <w:r>
        <w:t>Znalec P. A. A., z odboru elektrotechnika uviedol, že preskúmaním zaisteného PC a taktiež servera zistil, že sa jedná o PC značky HP Compaq 8200 a server označený ISSENEW zn. HP. ProLiant DL. Úlohou znalca bolo vyhľadať dáta v Hardiskoch zaistených zariadení. Hľadali sa reťazce týkajúce sa čísiel a písmen vo všetkých dátach vrátane mailovej komunikácie. Z interného disku PC bolo zistených 19 súborov obsahujúcich definované reťazce, ich zoznam je uvedený v tabuľke č. 3. Z interného hardisku serveru bolo zistené, že celá agenda exekútorského úradu je spravovaná informačným systémov, ktorý sa nazýva IS súdny exekútor. Majiteľom licenčných práv je spoločnosť Aura logis s.r.o. Táto kópia servera disku obsahovala len databázu, ktorú súdny úrad používal, samotná aplikácia informačného systému nebola na tomto disku identifikovaná. Boli zistené a konštatované čísla účtov, ktoré používal exekútorský úrad a dve čísla účtov E. E., ktoré boli definované v uznesení o pribratí znalca. Obsah súborov neskúmal, to nebolo účelom posudku, to znamená nemôže zodpovedať či z účtov aké operácie prebiehali, avšak vie, že tie dáta, tie reťazce tam boli. V tabuľke č. 3 sú zobrazené dáta, ktoré obsahovali reťazce definované v uznesení o pribratí znalca. Čo sa týka uvedenej tabuľky, tak prvá položka sa jedná napr. o mail kedy bol prijatý. Na PC bolo identifikovaných celkovo 19 súborov, ktoré obsahovali definované reťazce (čísla účtov) opísané v uznesení o pribratí, zo servera boli zaistené tri súbory, ktoré obsahovali tieto reťazce (čísla účtov). Na internom harddisku servera bola identifikovaná SQL databáza, ktorá pri bežnej prevádzke poskytuje dáta pre informačný systém súdny exekútor. Tento IS (aplikácia ) nebola na tomto harddisku nájdená preto bola o súčinnosť požiadaná spoločnosť AURA logis, ktorá poskytla modem tejto aplikácie. Tieto kľúčové vlastnosti informačného systému ich špecifikácia je uvedená na str. 15 a 16 ZP. Pri spracovaní údajov vychádzal z harddisku PC a serveru, ktorý bol zaistený políciou. Vytvoril identickú kópiu údajov, ktoré obsahovali harddisk a server. Mal k dispozícii originál PC a serveru. Zistil, že bola zachovaná integrita dát a s dátami, ktoré boli získané z harddisku a severu nezistil, že by bolo s nimi manipulované. Tento informačný systém okrem mňa nemal nikto k dispozícii. Vedel o tom, že exekútorský úrad mal dostatočnej miere šifrované informácie a programy nachádzajúce sa v jednotlivých PC. Pri skúmaní nezistil, že by sa niekto nabúral do uvedeného severu a harddisku ešte pred tým ako vypracoval ZP. Jeho úlohou bolo identifikovať čísla účtov či sa nachádzajú na týchto súboroch. Znalecké dokazovanie ukončil dátumom 9.5.2019. Čo sa týka dát zaistených v PC tieto súbory obsahahovali tiež všetky metadáta, čo sa týka dát zaistených zo servera tu je problém zložitejší, pretože na servery bola identifikovaná iba SQL databáza, ktorá poskytuje dáta pre informačný systém súdny exekútor. Tieto dáta z SQL databázy zvyčajne neobsahujú metadáta, tieto metadáta sa ukladajú na server, na ktorom je tento informačný systém prevádzkovaný. Znalkyňa P. D. F., z odboru ekonómia a manažment, odvetvie účtovníctvo a daňovníctvo uviedla, že jej úlohou bolo vykonať analýzu konkrétnych účtov, ktoré uviedol zadávateľ a spracovať ich do tabuľky. Boli jej predložené obraty na jednotlivých účtoch a tieto účty mala analyzovať a bolo potrebné, aby určila, z ktorých týchto zadaných účtov a na aké účty boli prevádzané peniaze, jednalo sa o účty, ktoré vlastnil exekútorský úrad a smerom na účty, ktoré boli uvedené v uznesení vyšetrovateľa. Čo sa týka účtov ex. úradu išlo o jeden účet vedený v ]. G., IBAN E. XX XXXX XXXXXX XX XXXX XX XX. Z tohto účtu boli prevádzané prostriedky na ďalšie účty, ktoré špecifikovala v ZP na str. 9. Celková suma, ktorá bola prevedená z tohto účtu na ňou uvádzané účty bola 187 620,22 Eur. Sledovala obdobie od 9.1.2006 do 2.5.2019. V prílohe č. 2 ZP sa jedná o prevod prostriedkov na účet iného subjektu s tým, že účet iného subjektu je špecifikovaný v hornej časti vľavo nad tabuľkou, taktiež v prvom stĺpci je dátum kedy, v druhom suma, variabilný symbol, jedná sa o tú časť položky kde musí tento symbol uviesť prevádzateľ, poznámka je uvedený údaj, ktorý sa znázorní v textovej časti pohybu na účte, túto poznámku buď zadá prevádzateľ alebo banka. Najdôležitejší údaj je dátum, suma a z akého účtu na aký účet išli prostriedky. Takto sú zostavované všetky prílohy a každá suma je nakoniec sumarizovaná čo je konštatované na str. č. 9 ZP. Čo sa týka prílohy č. 7 ZP str. 42-53 v danom prípade sa jedná o pisársku chybu v ZP, spojené sú dva účty vedené v H. G., avšak každopádne sa nemení nič na samotnom úzuse ZP. Tieto dva účty č. E. XX XXXX XXXX XXXX XXXX XXXX a E. XX XXXX XXXX XXXX XXXX XXXX vedené v H. G. boli spojené do jedného účtu a to do účtu E. XX XX XX XXXX XXXX XXXX XXXX, ktoré patrili pravdepodobne obžalovanému. Pri každom účte k prevodom dochádzalo rozdielne, napr. pri účte s končiacim číslom 460, banka ČSOB, ktorý pravdepodobne patril obž. prvý prevod bol 14.5.2010 a posledný 15.01.2014, potom je účet 426 končiaci vedený v ČSOB prvý prevod 16.08.2013 a posledný prevod 18.07.2018, pri účte končiacom 538 v E. E. bol prvý prevod 14.01.2008 a posledný 18.04.2013, pri účte končiacom 762 E. E. prvý prevod 17.07.2013 a posledný 17.07.2018, pri účte končiacom 908 Slovenská sporiteľňa prvý pred 26.03.2008 a posledný prevod 18.09.2012, pri účte končiacom spojené účty koncovka 957 H. G. prvý prevod 10.01.2008 a posledný 17.07.2018. potom ešte jeden účte končiaci 056 D. G., prvý</w:t>
      </w:r>
    </w:p>
    <w:p>
      <w:r>
        <w:t>prevod 14.08.2008 a posledný 12.10.2017, ešte je v ZP príloha č. 9 kde sú sumarizované všetky účte, ktoré boli predmetom skúmania. Skutkový stav bol taktiež ustálený listinnými dôkazmi a materiálmi, ktoré boli zaprotokolované do vyšetrovacieho spisu. Do vyšetrovacieho spisu boli zabezpečené správy z príslušných bánk, pričom z predložených výpisov z účtov vyplýva, že bankové účty: - E. (v starom tvare XXXXXXXXXX/XXXX) vedený v H. G., majiteľom je P. I. A., F. C. otvorený bol dňa 21.01.2014 v Bratislave, SC Aupark a zatvorený bol dňa 22.08.2018, pričom telefonicky kontakt pri uvedenom účte bol na obv. JUDr. Marcela Čečota, tel. č. XXXXXXXXXX, - E. (v starom tvare XXXXXXXXXX/XXXX) vedený v E. E., majiteľom je P. I. A., F. C. , otvorený bol dňa 03.07.2013 v Bratislave a zatvorený dňa 08.09.2018, - E. (v starom tvare XXXXXXXXXX/XXXX) vedený v ČSOB, majiteľom je P. I. A., F. C., otvorený bol dňa 03.07.2013 v Bratislave, pričom telefonicky kontakt pri uvedenom účte je na obv. A. B. C., tel. č. XXXXXXXXXX, - E. (v starom tvare XXXXXXXXXX/XXXX), vedený vo VÚB majiteľom je P. I. A., F. C., otvorený bol dňa 28.03.2008 v Bratislave, SC Aupark a zatvorený bol dňa 25.01.2018, pričom disponentom na uvedenom účte bol obv. A. B. C., - XXXXXXXXXX/XXXX, (IBAN: E.) vedený v ČSOB, majiteľom je JUDr. Marcel Čečot, otvorený bol dňa 08.05.2010 v Bratislave a zatvorený bola dňa 07.04.2014, - XXXXXXXXX/XXXX, (IBAN: E.) vedený v E. E., majiteľom je JUDr. Marcel Čečot, otvorený bol dňa 12.10.2000 v Bratislave a zatvorený bol dňa 22.08.2013, - E. (v starom tvare XXXXXXXXXX/XXXX) vedený v H. G., vlastníkom je obv. A. B. C., otvorený bol dňa 23.12.2005 v Bratislave, Račianska 62/B, - XXXXXXXXXX/XXXX, (IBAN: E.) vedený v E. E., vlastníkom je T. C., otvorený bol dňa 14.03.2001 v Bratislave a zatvorený bol dňa 29.09.2014. Ako pracovná zmluva uzatvorená medzi exekútorským úradom JUDr. Ľubomíra Pekára a B. C. zo dňa 05.01.2006 a dohode o zmene pracovnej zmluvy medzi exekútorským úradom JUDr. Ľubomíra Pekára a JUDr. Marcelom Čečotom zo dňa 23.12.2016 vyplýva, že A. B. C. bol zamestnaný na Exekútorskom úrade Šaľa, JUDr. Ľubomír Pekár, súdny exekútor, s miestom výkonu práce R., K. K. XX/X od 09.01.2006 najprv ako referent a neskôr v období od 01.04.2009 do 19.07.2018 ako koncipient súdneho exekútora JUDr. Ľubomíra Pekára, o čom podala správu Slovenská komora exekútorov. Vzhľadom na vyššie zistené skutočnosti- protiprávne konanie- bol s JUDr. Marcelom Čečotom rozviazaný pracovný pomer dohodou dňa 19.07.2018. V rámci prípravného konania bolo vykonané rozsiahle finančné vyšetrovanie majetkových pomerov obvineného s nasledovnými výsledkami: 1. príkazom námestníka okresnej prokurátorky Okresnej prokuratúry Galanta z 20.12.2018, sp. zn. I PO-V-230-1/2018-GA boli podľa § 95 ods. 1 Tr. por. zaistené finančné prostriedky v sume 254,85,Eur, nachádzajúcich sa na účte číslo E. XXXX XXXX XXXX XXXX XXXX, vedeného v Československej obchodnej banke, a.s. so sídlom Žižkova 11, 811 02 Bratislava, Slovenská republika, IČO: 3854140 majiteľom ktorého je P. I. A. F. C., nar. XX. XX. XXXX, trvale bytom [. XXXX/XX, G. (v banke menovaná je stále evidovaná pod rodným priezviskom a s predchádzajúcou adresou ako P. I. C., bytom R. XXXX/ X, XXX XX G.- K., č. l. 568, 942 VS), 2. príkazom námestníka okresnej prokurátorky Okresnej prokuratúry Galanta z 20.12.2018, sp. zn. I PO-V-230-1/2018-GA boli podľa § 95 ods. 1 Tr. por. zaistené finančné prostriedky v sume 11.147,99,Eur, nachádzajúcich sa na účte číslo E. XXXX XXXX XXXX XXXX XXXX, vedeného v Československej obchodnej banke, a.s. so sídlom Žižkova 11, 811 02 Bratislava, Slovenská republika, IČO: 3854140 majiteľom ktorého je [. C., nar. XX. X. XXXX, trvale bytom T. XXXX/XX, G.- J. ( č. l. 568, 941 VS), 3. príkazom námestníčky okresného prokurátora Okresnej prokuratúry Galanta z 11.5.2021, sp. zn. I POV-10/2021/2202-4 boli podľa § 95 ods. 1 Tr. por. zaistené finančné prostriedky v sume 33.370,69 - Eur, nachádzajúcich sa na účte Q. XXXX XXXX XXXX XXXX, vedeného v zahraničnej banke Raiffeisenbank Dreiländereck Bgld-Nord eGen GmbH, so sídlom Untere Hauptstrasse 36, 2425 V., F., registrovanej pod</w:t>
      </w:r>
    </w:p>
    <w:p>
      <w:r>
        <w:t>číslom FN 124790s majiteľom ktorého je obvinený A. B. C., narodený XX.XX.XXXX, rod. č. 711229/7016, trvale bytom G., F. XXXX/XX ( č. l. 616, 632 VS), 4. príkazom námestníčky okresného prokurátora Okresnej prokuratúry Galanta z 15.7.2021, sp. zn. I PO-V-10/2021/2202-9 boli podľa § 95 ods. 1 Tr. por. zaistené finančné prostriedky v sume 35.631,73, - Eur, nachádzajúcich sa na účte E. XXXX XXXX XXXX XXXX XXXX, vedeného v pobočke zahraničnej banky UniCredit Bank Czech Republic and Slovakia, a.s., s adresou miesta činnosti Šancová 1/A, 813 33 Bratislava, Slovenská republika, IČO:47 251 336 majiteľom ktorého je P. I. A. F. C., nar. XX. XX. XXXX, trvale bytom [. XXXX/XX, G. ( č. l. 591, 603 VS). Následne bol dňa 8.8.2022 na Okresný súd v Galante v zmysle § 95a ods. 1 Tr. por. podaný návrh na vrátenie vyššie označených a zaistených peňažných prostriedkov, pričom uznesením Okresného súdu v Galante sp. zn. 15 Tp/41/2022-4 z 11. augusta 2022, ktoré nadobudlo právoplatnosť dňa 8.9.2022, zaistené peniaze boli vrátené ich vlastníkovi a poškodenému A. B. N. K., nar. XX. X. XXXX, súdnemu exekútorovi, so sídlom Šaľa, P. Pázmaňa 49/3, IČO: 34046917 na účet číslo IBAN: E. XXXX XXXX XXXX XXXX XXXX vedený v pobočke zahraničnej banky UniCredit Bank Czech Republic and Slovakia, a.s., s adresou miesta činnosti Šancová 1/A, 813 33 Bratislava, Slovenská republika, IČO:47 251 336. V zmysle kapitoly III článku 14 ods. 1 až 8 nariadenia Európskeho parlamentu a Rady (EÚ) 2018/1805 zo 14. novembra 2018 o vzájomnom uznávaní príkazov na zaistenie a príkazov na konfiškáciu (príloha II) je realizovaná právna pomoc v Rakúsku za účelom vrátenia zaistených finančných prostriedkov vo výške 33.370,69 - Eur, nachádzajúcich sa na účte Q. XXXX XXXX XXXX XXXX, vedeného v zahraničnej banke Raiffeisenbank Dreiländereck Bgld-Nord eGen GmbH, so sídlom Untere Hauptstrasse 36, 2425 V., F., registrovanej pod číslom FN 124790s majiteľom ktorého je obvinený A. B. C., narodený XX.XX.XXXX, rod. č. 711229/7016, trvale bytom G., F. XXXX/XX poškodenému JUDr. MUDr. Ľubomírovi Pekárovi. Uvedená skutočnosť s poukazom na fakt, že bolo vydané vnútroštátne právoplatné rozhodnutie súdu o vrátení finančných prostriedkov poškodenému (uznesenie Okresného súdu v Galante sp. zn. 15 Tp/41/2022-4 z 11. augusta 2022) nie je prekážkou na podanie obžaloby, pričom rozhodnutie rakúskych justičných orgánov bude predložené súdu a procesným stranám v priebehu hlavného pojednávania. V zmysle správy pošk. JUDr. Pekára náplň práce exekútorského koncipienta v zmysle § 20 Exekučného poriadku zahŕňali všetky úkony spojené s vykonávaním exekučnej činnosti podľa predmetného zákona s výnimkou vydania upovedomenia o začatí exekúcie, príkazu na začatie exekúcie a exekučného príkazu, taktiež nemohol vykonať dražbu ani vykonať a realizovať alebo vymáhať nepeňažné plnenia (§ 22 ods. Exekučného poriadku). Z titulu jeho funkcie mu vyplývali všetky bežné úkony v exekučnom konaní ako napr. lustrácie majetku povinných, blokovanie majetku povinných, odosielanie vydaných listín účastníkom konania, ako aj tretím osobám, komunikácia s exekučnými súdmi, požadovanie súčinnosti tretích osôb, osobná alebo písomná komunikácia s účastníkmi exekučného konania, prijímania finančnej hotovosti od povinných, vyúčtovania v jednotlivých exekučných konaniach, chystanie podkladov pre prevody finančných prostriedkov, podkladov pre súpis hnuteľných vecí, ukončovanie exekučných konaní spolu s vydaním konečného vyúčtovania exekučného konania. Okrem uvedeného do spisového materiálu bolo zadovážené : pracovná zmluva a dohoda o zmene pracovnej zmluvy (č. l. 13-15, zv. l), návrh na vrátenie zaistených finančných prostriedkov (č. l. 591-595, zv. č. li), príkaz OP GA na zaistenie peňažných prostriedkov- ]. (č. 1. 596-603, zv. č. li), príkaz OP GA na zaistenie peňažných prostriedkov- ČSOB (č. 1. 604-607, zv. č. li), správa k zaisteným finančným prostriedkom- ]. (č. 1. 608-609, zv. č li), správa k zaisteným finančným prostriedkom- ČSOB (č. l. 610-613, zv. č li), príkaz OP GA na zaistenie peňažných prostriedkovRaiffeisenbank Rakúsko+ preklady (č. l. 614-632, zv. č. li),európsky vyšetrovací príkaz do Rakúska a výsledky právnej pomoci z Rakúska (č. l. 633-744, zv. č. li), príkaz OP GA podľa § 90 ods. 1 písm. e) TP (č. l. 771-773, li. zv. VS), zápisnica o vydaní počítačových údajov (č. 1. 774-776, zv. č. li), uznesenie o vrátení veci podľa § 97/2 TP (č. 1. 777, zv. li), zápisnica o vrátení veci (č. 1. 778 zv. č. li), žiadosť o podanie správy- VÚB, a.s.- odpoveď z banky (č. l. 918-950, zv. č. li), žiadost' o podanie správy- ČSOB, a.s.odpoveď z banky, prílohy (č. l. 951-1210, zv. č. li), žiadosť o podanie správy- Tatra banka, a.s.- odpoveď z banky a prílohy (č. 1. 1211-1253, zv. č. Ill), žiadost' o podanie správy- Slovenská sporiteľňa, a.s., odpoveď, príloha (č. 1. 1422-1445, zv. č. 111), žiadost' o podanie správy UniCredit, a.s., odpoveď, prílohy ( Č.I. 1422-1445, zv. č. Ill), žiadost' o podanie správy- PSS, a.s., odpoveď, prílohy (č. 1. 1446-1528, zv. č.</w:t>
      </w:r>
    </w:p>
    <w:p>
      <w:r>
        <w:t>111), žiadosť o podanie správy- ČSOB stavebná sporiteľňa, a.s., odpoveď, prílohy (č. 1. 1529-1620, zv. č. 111), žiadosť adresovaná okresnému úradu BA, katastrálny odbor, odpoveď (č. 1. 1633-1705, zv. č. Ill), správa z Kancelárie Slovenskej komory exekútorov (č. I. 1706-1712, zv. č. Ill), správa z Exekútorského úradu Šaľa (č. l. 1713-1720, zv. č. Ill), upovedomenie na OR BA Ill- oddelenie dokladov úsek zbraní a streliva (č. l. 1739-1740, zv. č. Ill), majetkový profil obvineného (č. 1. 1748- 1751, zv. č. IV) správu o povesti obvineného č.l. 2177, odpis registra trestov č.l. 2180, výpis z Ústrednej evidencie priestupkov č.l. 2179. Na hlavnom pojednávaní konanom dňa 21.05.2025 prokurátorka s poukazom na novelu Trestného zákona účinnú od 6.8.2024 modifikovala právnu vetu ako aj právnu kvalifikáciu žalovaného skutku s tým, že v ďalšom konaní z trestnoprávneho hľadiska navrhla posudzovať konanie obžalovaného už iba zločin podvodu podľa § 221 ods. 1, ods. 2, ods. 3 písm. c/ Tr. zák. s poukazom na § 138 písm. b/, písm. h/ Tr. zák. Obhajca obžalovaného navrhol opätovne vypočuť obžalovaného k otázke uznania viny. Súd akceptoval návrh obhajoby aj v zhľadom k tomu, že vyššie uvedenou novelou trestného zákona došlo v prejednávanej veci v rámci posudzovania celkovej výšky spôsobenej škody k výraznej zmene kvalifikačného momentu žalovaného skutku s tým, že v ďalšom konaní sa žalovaný skutok už neposudzoval ako obzvlášť závažný zločin podvodu podľa § 221 ods. 1, ods. 3 písm. c), ods. 4 písm. a) Tr. zák. s poukazom na § 138 písm. b), písm. h) Tr. zák. ale iba ako zločin podvodu podľa § 221 ods. 1, ods. 2, ods. 3 písm. c/ Tr. zák. s poukazom na § 138 písm. b/, písm. h/ Tr. zák. Podľa právneho názoru súdu obžalovaný mal za danej situácie právo prehodnotiť svoj postoj k otázke viny. Okrem uvedeného dôkazné bremeno v preukázaní viny ťaží v konaní pred súdom iba prokurátor a pokiaľ obžalovaný počas dokazovania na hlavnom pojednávaní uvedie, že chce uznať svoju vinu, dáva tým najavo, že prokurátor toto dôkazné bremeno uniesol a nie je nevyhnutné pokračovať vo vykonávaní ďalšieho dokazovania. Na základe uvedeného súd pristúpil k výsluchu obžalovaného, ktorý po zákonnom poučení podľa § 257 ods. 1 Tr. por. učinil vyhlásenie, že zo žalovanej trestnej činnosti t.j. zo zločinu podvodu podľa § 221 ods. 1, ods. 2, ods. 3 písm. c/ Tr. zák. s poukazom na § 138 písm. b/, písm. h/ Tr. zák. na skutkovom základe ako je to uvedené v obžalobe sa cíti byť vinným. Súd po splnení zákonných podmienok v zmysle § 257 ods. 5 Tr. poriadku, aj napriek negatívnemu stanovisku prokurátorky, uznesením podľa § 257 ods. 7 Tr. poriadku prijal vyhlásenie obžalovaného o vine a zároveň vyhlásil, že dokazovanie v rozsahu, v akom sa obžalovaný doznal k žalovanej trestnej činnosti, sa už nevykoná. Súd vykoná iba dokazovanie ohľadne výroku o treste a škode. Obžalovaný A. B. C. bol doposiaľ 1-krát súdne trestaný a to trestným rozkazom Okresného súdu Malacky sp. zn. 1T 89/20, zo dňa 30.10.2020, právoplatný dňa 29.12.2020, ktorým bol odsúdený za prečin zanedbania povinnej výživy podľa § 207 ods. 1, ods. 3 písm. b) Tr. zák., ktorým mu bol uložený trest odňatia slobody v trvaní 1 roka, ktorého výkon mu bol podmienečne odložený na skúšobnú dobu v trvaní 3 roky do 29.12.2023 a zároveň mu bola uložená povinnosť v skúšobnej dobe zaplatiť zameškané výživné. Okresný súd Malacky uznesením sp. zn. 1T/89/2020 zo dňa 09.10.2024, právoplatným v spojení s uznesením Krajského súdu v Bratislave sp. zn. 1Tos/96/2024 dňom 16.01.2025, vyslovil, že odsúdený A. B. C. sa v skúšobnej dobe určenej mu trestným rozkazom Okresného súdu Malacky sp. zn. 1T/89/2020, zo dňa 30.10.2020 neosvedčil a vykoná uložený trest odňatia slobody vo výmere 1 rok, pre výkon ktorého trestu bol zaradený do ústavu na výkon trestu s minimálnym stupňom stráženia. Odsúdený na výkon trestu nastúpil dňa 27.02.2025. Z Ústrednej evidencie priestupkov Ministerstva vnútra SR vyplýva, že obvinený sa doposiaľ dopustil 2 priestupkov na úseku cestnej dopravy. Z miesta bydliska nie je bližšie hodnotený. Súd v rámci dokazovania vo vzťahu výroku o škode poukazuje na vyjadrenie splnomocneného právneho zástupcu poškodeného B. B. O., ktorý po prednese obžaloby uviedol, že poškodený JUDr. MUDr. Ľubomír Pekár si v prípravnom konaní uplatňoval náhradu spôsobenej škody vo výške 187 620,22,Eur v zmysle záverov znaleckého dokazovania, avšak následne v priebehu trestného konania došlo k odblokovaniu zaistených finančných prostriedkov, niektoré sumy boli vrátené, aktuálne si poškodený uplatňuje náhradu škody v celkovej výške 107 270,93 Eur. Posledná suma 33 314,72,- Eur bola zaslaná z Rakúskej banky, Raiffeisen bank dňa 29.11.2022 na exekútorský účet. Súd ďalej poukazuje na závery znaleckého posudku znalkyne Ing. Viery Ralíkovej, z odboru ekonómia a manažment, odvetvie</w:t>
      </w:r>
    </w:p>
    <w:p>
      <w:r>
        <w:t>účtovníctvo a daňovníctvo č. 2/2019, pracovnú zmluva a dohoda o zmene pracovnej zmluvy (č. l. 13-15, zv. l), návrh na vrátenie zaistených finančných prostriedkov (č. l. 591-595, zv. č. li), príkaz OP GA na zaistenie peňažných prostriedkov- ]. (č. 1. 596-603, zv. č. li), príkaz OP GA na zaistenie peňažných prostriedkov- ČSOB (č. 1. 604-607, zv. č. li), správa k zaisteným finančným prostriedkom- ]. (č. 1. 608-609, zv. č li), správa k zaisteným finančným prostriedkom- ČSOB (č. l. 610-613, zv. č li), príkaz OP GA na zaistenie peňažných prostriedkov- Raiffeisenbank Rakúsko+ preklady (č. l. 614-632, zv. č. li),európsky vyšetrovací príkaz do Rakúska a výsledky právnej pomoci z Rakúska (č. l. 633-744, zv. č. li), príkaz OP GA podľa § 90 ods. 1 písm. e) TP (č. l. 771-773, li. zv. VS), zápisnica o vydaní počítačových údajov (č. 1. 774-776, zv. č. li), uznesenie o vrátení veci podľa § 97/2 TP (č. 1. 777, zv. li), zápisnica o vrátení veci (č. 1. 778 zv. č. li), žiadosť o podanie správy- VÚB, a.s.- odpoveď z banky (č. l. 918-950, zv. č. li), žiadost' o podanie správy- ČSOB, a.s.- odpoveď z banky, prílohy (č. l. 951-1210, zv. č. li), žiadosť o podanie správy- Tatra banka, a.s.- odpoveď z banky a prílohy (č. 1. 1211-1253, zv. č. Ill), žiadost' o podanie správy- Slovenská sporiteľňa, a.s., odpoveď, príloha (č. 1. 1422-1445, zv. č. 111), žiadost' o podanie správy UniCredit, a.s., odpoveď, prílohy ( Č.I. 1422-1445, zv. č. Ill), žiadost' o podanie správyPSS, a.s., odpoveď, prílohy (č. 1. 1446-1528, zv. č. 111), žiadosť o podanie správy- ČSOB stavebná sporiteľňa, a.s., odpoveď, prílohy (č. 1. 1529-1620, zv. č. 111), žiadosť adresovaná okresnému úradu BA, katastrálny odbor, odpoveď (č. 1. 1633-1705, zv. č. Ill), správa z Kancelárie Slovenskej komory exekútorov (č. I. 1706-1712, zv. č. Ill), správa z Exekútorského úradu Šaľa (č. l. 1713-1720, zv. č. Ill), upovedomenie na OR BA Ill- oddelenie dokladov úsek zbraní a streliva (č. l. 1739-1740, zv. č. Ill), majetkový profil obvineného (č. 1. 1748- 1751, zv. č. IV) správu o povesti obvineného č.l. 2177, odpis registra trestov č.l. 2180, výpis z Ústrednej evidencie priestupkov č.l. 2179 Súd mal za jednoznačne a bezpochybne preukázané, že obžalovaný A. B. C. spáchal zločin podvodu podľa § 221 ods. 1, ods. 2, ods. 3 písm. c/ Tr. zák. s poukazom na § 138 písm. b/, písm. h/ Tr. zák., pretože na škodu cudzieho majetku exekútorovi (MUDr. JUDr. Ľubomíra Pekára) seba obohatil tým, že uviedol niekoho do omylu a spôsobil ním väčšiu škodu (187.620,22-€), a čin spáchal závažnejším spôsobom konaní po dlhší čas a porušením dôležitej povinnosti vyplývajúcej z jeho zamestnania. Obžalovaný ako trestne zodpovedná osoba svojím konaním porušil záujem spoločnosti na ochrane vlastníckeho práva. Zhľadiska subjektívnej stránky súd zavinenie obžalovaného vyhodnotil ako priamy úmysel pdľa § 15 písm. a Tr. zák., pretože obžalovaný bol pri spáchaní skutku motivovaný úmyslom získať neoprávnený majetkový prospech. Pri určovaní druhu trestu a jeho výmery súd predovšetkým prihliadal najmä na spôsob spáchania činu a jeho zavinenie, pohnútku, pomer poľahčujúcej a priťažujúcej okolnosti, osobu obžalovaného, jeho pomery a možnosť jeho nápravy. Súd pri úvahe o treste vychádzal z ustanovení § 33a, § 34, § 36 písm. l), § 37 písm. h), § 38 ods. 2, § 39 ods. 5, § 41 ods. 2, § 42 ods. 1 Tr. zák. účinného v čase vyhlásenia rozsudku.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36 písm. l) Tr. zák. poľahčujúcou okolnosťou je aj to, že páchateľ sa priznal k spáchaniu trestného činu a trestný čin úprimne oľutoval. Podľa § 37 písm. h) Tr. zák. priťažujúcou okolnosťou je to, že páchateľ spáchal viac trestných činov, Podľa § 41 ods. 2 Tr. 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w:t>
      </w:r>
    </w:p>
    <w:p>
      <w:r>
        <w:t>Podľa § 42 ods. 1 Tr. zák. ak súd odsudzuje páchateľa za trestný čin, ktorý spáchal skôr, ako bol súdom prvého stupňa vyhlásený odsudzujúci rozsudok za iný jeho trestný čin, uloží mu súhrnný trest podľa zásad na uloženie úhrnného trestu. Súd pri ukladaní trestu u obžalovaného zohľadnil ako poľahčujúcu okolnosť to, že sa priznal sa k spáchaniu trestného činu a trestný čin úprimne oľutoval § 36 písm. l) Tr. zák. a ako priťažujúcu okolnosť súd u obžalovaného konštatoval spáchal viac trestných činov § 37 písm. h) Tr. zák. Súd pri úvahe o výmere trestu zobral do úvahy učinené vyhlásenie obžalovaného o vine. Vyhlásenie viny obžalovaným, ktoré súd za splnenia zákonných podmienok ak prijme je nenapadnuteľné odvolaním. Súd zastáva ten právny názor, že vyhlásením viny obžalovanými, ktoré je neodvolateľné, zakladá možný zákonný postup pre mimoriadne zníženie trestu pod dolnú hranicu zákonom stanovenej trestnej sadzby odňatia slobody v súlade s ustanovením § 39 ods. 5 Tr. zák. Súd z uvedeného dôvodu pri posudzovaní výmery trestu odňatia slobody a pri posudzovaní spravodlivosti ukladaného trestu uložil obžalovanému podľa zásad § 41 ods. 1, § 42 ods. 1 Tr. zák. úhrnný i súhrnný trest odňatia slobody vo výmere 16 mesiacov mesiacov. Súd obžalovaného pre výkon trestu odňatia slobody zaradil do ústavu na výkon trestu s minimálnym stupňom stráženia, keďže v posledných desiatich rokoch pred spáchaním trestného činu nebol vo výkone trestu odňatia slobody. Zároveň súd zrušil výrok o treste trestného rozkazu Okresného súdu Malacky sp.zn. 1T/89/2020 zo dňa 30.10.2020, právoplatný 29.12.2020, ako aj všetky ďalšie rozhodnutia na tento výrok obsahovo nadväzujúce, ak vzhľadom na zmenu, ku ktorej došlo zrušením, stratili podklad, vzhľadom na to, že súd ukladal súhrnný trest. Takto uložený trest považuje súd za primeraný, zákonný a spravodlivý. Ohľadne výroku o škode, súd vychádzal z uplatňovanej a vyčíslenej škody poškodeným MUDr. JUDr. Ľubomírom Pekárom, ako aj z vypracovaného znaleckého posudku z odboru ekonómia a manažment, odvetvie účtovníctvo a daňovníctvo a ďalších listinných dôkazov. Súd uložil obžalovanému povinnosť uhradiť spôsobenú škodu súdnemu exekútorovi MUDr. JUDr. Ľubomírovi Pekárovi v celkovej výške 107 270,93 Eur. Poučenie: Proti tomuto rozsudku je možné podať odvolanie, a to do 15 čo do výroku o treste a škode od oznámenia cestou podpísaného súdu na Krajský súd v Trnave. Oznámením rozsudku sa rozumie jeho vyhlásenie v prítomnosti toho, komu rozsudok treba doručiť. Ak sa rozsudok vyhlási v neprítomnosti takejto osoby, oznámením rozsudku je až jeho doručenie.</w:t>
      </w:r>
    </w:p>
    <w:p/>
    <w:p>
      <w:r>
        <w:t>Zdroj: KAUZIS.SK – https://www.kauzis.sk/judikatura/r/ECLI:SK:OSGA:2025:2322011381.9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