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Galanta sp. zn. 5Pc/25/2025 z 16. 9. 2025</w:t>
      </w:r>
    </w:p>
    <w:p>
      <w:r>
        <w:t>Rozsudok Okresného súdu Galanta z 16. septembra 2025, sp. zn. 5Pc/25/2025, ECLI:SK:OSGA:2025:2325201632.3</w:t>
      </w:r>
    </w:p>
    <w:p>
      <w:r>
        <w:t>Súd: Okresný súd Galanta</w:t>
      </w:r>
    </w:p>
    <w:p>
      <w:r>
        <w:t>Spisová značka: 5Pc/25/2025</w:t>
      </w:r>
    </w:p>
    <w:p>
      <w:r>
        <w:t>ECLI: ECLI:SK:OSGA:2025:2325201632.3</w:t>
      </w:r>
    </w:p>
    <w:p>
      <w:r>
        <w:t>Dátum vydania: 16. 9.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5Pc/25/2025 2325201632 16. 09. 2025 Mgr. Ondrej Hertel ECLI:SK:OSGA:2025:2325201632.3</w:t>
      </w:r>
    </w:p>
    <w:p>
      <w:r>
        <w:t>ROZSUDOK V MENE SLOVENSKEJ REPUBLIKY Okresný súd Galanta v konaní pred sudcom Mgr. Ondrejom Hertelom v právnej veci navrhovateľa-muža, ktorého otcovstvo má byť zapreté: A. B., nar. XX.X.XXXX, trvale bytom C. XXX, C., zastúpený: GK Legal, s.r.o., so sídlom Váhovce 797, Váhovce, IČO: 50 275 542, a matky: D. B., nar. X.X.XXXX, trvale bytom A. XXX/X, E., o návrhu na zapretie otcovstva k maloletému dieťaťu: F. B., nar. X.X.XXXX, trvale bytom ako matka, v konaní zastúpené kolíznym opatrovníkom Úradom práce, sociálnych vecí a rodiny Nove Zámky, takto rozhodol: I. Súd určuje, že A. B., nar. XX.X.XXXX, nie je otcom maloletého dieťaťa F. B., nar. X.X.XXXX, z matky D. B., G. D., nar. X.X.XXXX. II. Žiaden z účastníkov nemá právo na náhradu trov konania. odôvodnenie: 1. V zmysle § 221 písm. a) CSP: Písomné vyhotovenie rozsudku nemusí obsahovať odôvodnenie, ak je na pojednávaní vyhlásený rozsudok za prítomnosti všetkých strán alebo ich zástupcov, ktorí sa vzdajú odvolania. Poučenie: Proti tomuto rozhodnutiu je možné podať odvolanie na Okresnom súde Galanta v lehote do 15 dní odo dňa jeho doručenia, pokiaľ sa po vyhlásení rozhodnutia oprávnená osoba nevzdala odvolania. V odvolaní sa popri všeobecných náležitostiach podania ako ktorému súdu je určené, kto ho robí, ktorej veci sa týka, čo sa ním sleduje, podpis, v prebiehajúcom konaní spisová značka tohto konania, uvedie aj to, proti ktorému rozhodnutiu smeruje, v akom rozsahu sa napáda, z akých dôvodov sa rozhodnutie považuje za nesprávne (odvolacie dôvody) a čoho sa odvolateľ domáha (odvolací návrh). V prípade, že povinný dobrovoľne neplní čo mu ukladá vykonateľné rozhodnutie, môže oprávnený podať návrh na vykonanie exekúcie podľa zákona č. 233/1995 Z.z., a v prípade, že ide o rozhodnutie o starostlivosť o maloletého, styk s maloletým alebo iná ako peňažná povinnosť vo vzťahu k maloletému návrh na súdny výkon rozhodnutia podľa štvrtej časti CMP.</w:t>
      </w:r>
    </w:p>
    <w:p/>
    <w:p>
      <w:r>
        <w:t>Zdroj: KAUZIS.SK – https://www.kauzis.sk/judikatura/r/ECLI:SK:OSGA:2025:2325201632.3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