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30Csp/14/2026 z 9. 7. 2026</w:t>
      </w:r>
    </w:p>
    <w:p>
      <w:r>
        <w:t>Rozsudok Okresného súdu Galanta z 9. júla 2026, sp. zn. 30Csp/14/2026, ECLI:SK:OSGA:2026:2326200799.3</w:t>
      </w:r>
    </w:p>
    <w:p>
      <w:r>
        <w:t>Súd: Okresný súd Galanta</w:t>
      </w:r>
    </w:p>
    <w:p>
      <w:r>
        <w:t>Spisová značka: 30Csp/14/2026</w:t>
      </w:r>
    </w:p>
    <w:p>
      <w:r>
        <w:t>ECLI: ECLI:SK:OSGA:2026:2326200799.3</w:t>
      </w:r>
    </w:p>
    <w:p>
      <w:r>
        <w:t>Dátum vydania: 9. 7.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30Csp/14/2026 2326200799 09. 07. 2026 JUDr. Martina Ľachová ECLI:SK:OSGA:2026:2326200799.3</w:t>
      </w:r>
    </w:p>
    <w:p>
      <w:r>
        <w:t>ROZSUDOK V MENE SLOVENSKEJ REPUBLIKY Okresný súd Galanta sudkyňou JUDr. Martinou Ľachovou v spore žalobcu: Západoslovenská vodárenská spoločnosť, a.s., so sídlom Nábrežie za hydrocentrálou 4, Nitra, IČO 36 550 949, zast. advokátom: Peter Janík, so sídlom Košovská cesta 1, Prievidza, P.O. Box 68, Topoľčany, proti žalovanej: A. B., nar. XX.XX.XXXX, bytom C. XXX/XX, D., o zaplatenie 683,23 eur s prísl., takto rozhodol: I. Žalovaná je povinná zaplatiť žalobcovi sumu 674,03 eur s úrokom z omeškania vo výške 5% ročne od 13.5.2025 do zaplatenia, do troch dní od právoplatnosti rozsudku. II. Vo zvyšnej časti sa žaloba zamieta. III. Žalobca má voči žalovanej nárok na náhradu trov konania v rozsahu 96%. odôvodnenie: 1. Žalobca sa na základe skutočností uvedených v žalobe zo dňa 2.3.2026 domáhal vydania rozhodnutia, ktorým by súd uložil žalovanej povinnosť zaplatiť žalobcovi sumu 683,23 eur s prísl. a náhradu trov konania. 2. Súd žalobe v celom rozsahu vyhovel dňa 17.3.2026 vydaním platobného rozkazu pod sp. zn. 30Csp/14/2026, ktorý platobný rozkaz sa žalovanej nepodarilo doručiť do vlastných rúk, preto ho súd zrušil (§ 266 ods. 3 C.s.p.). 3. Žaloba spolu s výzvou na vyjadrenie sa k nej, bola postupom podľa ustanovení Civilného sporového poriadku doručená žalovanej, ktorá sa k podanej žalobe, ani k predloženým dôkazom žiadnym spôsobom nevyjadrila, uplatnený nárok nenamietala, ani sa voči nemu nijako nebránila. 4. Vzhľadom na to, že žalovaná skutkové tvrdenia nepoprela, súd vo veci rozhodol bez nariadenia pojednávania postupom podľa ust. § 297 písm. b) C.s.p., majúc za to, že v tomto konaní ide o otázku jednoduchého právneho posúdenia veci, skutkové tvrdenia strán nie sú sporné a hodnota sporu bez príslušenstva neprevyšuje 1.000,- eur. 5.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6. Žalobca na preukázanie svojho nároku predložil listinné dôkazy, a to zmluvu o dodávke vody z verejného vodovodu zo dňa 29.6.2023 vrátane prílohy a faktúry, upomienky a predžalobnú výzvu.</w:t>
      </w:r>
    </w:p>
    <w:p>
      <w:r>
        <w:t>7. Súd vykonal dokazovanie oboznámením žalobcom predložených listinných dôkazov. 8. V rámci skutkového stavu súd v prejednávanej veci zistil, že žalobca uzavrel so žalovanou dňa 29.6.2023 zmluvu na dobu neurčitú, predmetom ktorej bola dodávka vody z verejného vodovodu, odvádzanie odpadových vôd verejnou kanalizáciou, na adrese odberného miesta Mostová 211/1. Žalovaná ako odberateľ sa zaviazala uhrádzať vodné/stočné na základe preddavkov a vyúčtovacích faktúr. Žalobca na základe zmluvy dodával vodu z verejného vodovodu na odbernom mieste a na základe nameraných hodnôt vystavil žalovanej faktúru č. 8531017637 splatnú dňa 12.5.2025 na sumu 674,03 eur. Žalovaná na zaplatenie nereagovala, žalobca jej preto faktúrou č. 2530001574 splatnou dňa 15.6.2025 vyúčtoval poplatok za upomienku v sume 4,60 eur a faktúrou č. 2530001783 splatnou dňa 13.7.2025 poplatok za upomienku v sume 4,60 eur. Žalovaná dlžnú sumu žalobcovi doposiaľ neuhradila. 9. Súd právne vec posúdil podľa nasledovných ustanovení: 10. Podľa ust. § 488 Občianskeho zákonníka záväzkovým vzťahom je právny vzťah, z ktorého veriteľovi vzniká právo na plnenie (pohľadávka) od dlžníka a dlžníkovi vzniká povinnosť splniť záväzok. 11. Podľa ust. § 489 Občianskeho zákonníka záväzky vznikajú z právnych úkonov, najmä zo zmlúv, ako aj zo spôsobenej škody, z bezdôvodného obohatenia alebo z iných skutočností uvedených v zákone. 12. Podľa ust. § 28 ods. 3, 6, 9 a 10 z. č. 442/2002 Z. z. o verejných vodovodoch a verejných kanalizáciách a o zmene a doplnení zákona č. 276/2001 Z. z. o regulácii v sieťových odvetviach (ďalej len „Zákon“) za odber vody z verejného vodovodu platí odberateľ prevádzkovateľovi verejného vodovodu vodné, ak sa nedohodne, že vodné sa platí vlastníkovi verejného vodovodu. V prípade, že odberateľ nie je konečný spotrebiteľ, vzniká konečnému spotrebiteľovi povinnosť, aby za odobraté množstvo vody zaplatil odberateľovi rozpočítanú čiastku. Za odvádzanie odpadových vôd verejnou kanalizáciou platí producent prevádzkovateľovi verejnej kanalizácie stočné, ak sa nedohodne, že stočné sa platí vlastníkovi verejnej kanalizácie. V prípade, že spoluproducenti vypúšťajú odpadové vody prostredníctvom producenta, vzniká spoluproducentom povinnosť, aby za vypúšťané množstvo odpadových vôd zaplatili producentovi rozpočítanú čiastku. Vodné je platba za dodanú pitnú vodu, ktorú tvorí súčin ceny za 1m3 vyrobenej a dodanej pitnej vody verejným vodovodom podľa osobitného predpisu a množstva odobratej pitnej vody. Stočné je platba za odvedenú odpadovú vodu, ktorú tvorí súčin ceny za 1 m3 odvedenej odpadovej vody verejnou kanalizáciou a spravidla aj čistenej odpadovej vody podľa osobitného predpisu a množstva odvedenej odpadovej vody. 13. Podľa ust. § 52 ods. 1 Občianskeho zákonníka spotrebiteľskou zmluvou je každá zmluva bez ohľadu na právnu formu, ktorú uzatvára dodávateľ so spotrebiteľom. 14.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15.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16. Na základe vykonaného dokazovania mal súd za preukázané, že medzi sporovými stranami došlo k vzniku záväzkového zmluvného vzťahu na základe zmluvy zo dňa 29.6.2023, ktorou žalobca uskutočňoval do odberného miesta žalovanej ako odberateľa dodávku vody z verejného vodovodu, odvádzanie odpadových vôd verejnou kanalizáciou a žalovanej z toho vyplýval záväzok odberateľa uhrádzať žalobcovi platby za dodávku vody a odvádzanie odpadových vôd. Z tvrdení žalobcu, ako aj z predložených listinných dôkazov mal súd preukázané, že žalobca si splnil svoju povinnosť dodať vodu do odberného miesta, odvádzať odpadové vody, avšak žalovaná si nesplnila svoju povinnosť zaplatiť za tieto služby žalobcovi odplatu. Žalobca v konaní požadoval sumu 674,03 eur za poskytnuté služby, ako aj sumu poplatkov za upomienky 9,20 eur. Žalovaná bola v konaní nečinná, skutočnosti tvrdené žalobcom ani nerozporovala. Nárok na zaplatenie sumy 674,03 eur titulom neuhradeného vodného a</w:t>
      </w:r>
    </w:p>
    <w:p>
      <w:r>
        <w:t>stočného je tak dôvodný. Za dôvodný nepovažoval súd nárok na zaplatenie sumy 9,20 eur uplatnený žalobcom titulom poplatkov za upomienky, nakoľko žalobca v žalobe (majúcej charakter formulára) žiadnym spôsobom neodôvodnil a nepreukázal tento svoj nárok, ani nepreukázal skutočné výdavky na upomienku. Je potrebné uviesť, že úlohou súdu nie je vytvárať skutkový stav z listín predložených žalobcom, ale naopak žalobca je povinný uviesť presné údaje o tom, čoho sa domáha. S poukazom na uvedené súd žalobe v časti o zaplatenie sumy 674,03 eur vyhovel a vo zvyšnej časti žalobu ako nedôvodnú zamietol. 17. Keďže sa žalovaná ocitla s plnením peňažného dlhu v omeškaní, bol žalobca oprávnený od nej požadovať aj zaplatenie úroku z omeškania. Žalobca tak má nárok na zaplatenie úroku z omeškania, a to od nasledujúceho dňa po splatnosti faktúry až do zaplatenia. 18. Týmto rozhodnutím sa konanie končí, a preto súd rozhodol postupom podľa ust. § 255 ods. 2 v spoj. § 262 ods. 1 C.s.p. aj o nároku na náhradu trov konania, t. j. podľa úspešnosti v spore. Žalobca si žalobou uplatnil nárok na zaplatenie sumy 683,23 eur s prísl., úspešný bol v časti čo do zaplatenia sumy 674,03 eur s prísl. a vo zvyšnej časti bol neúspešný. Potom podľa výsledku konania ako celku bol hrubý úspech žalobcu v rozsahu 98% a hrubý úspech žalovanej v rozsahu 2% (100% - 98%), a tým daný čistý úspech žalobcu v rozsahu 96%. O výške trov konania (preukázané, odôvodnené a účelne vynaložené výdavky), bude rozhodnuté po právoplatnosti tohto rozsudku samostatným uznesením, ktoré vydá súdny úradník (§ 262 ods. 2 C.s.p.).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https://www.kauzis.sk/judikatura/r/ECLI:SK:OSGA:2026:2326200799.3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