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30Csp/26/2026 z 2. 6. 2026</w:t>
      </w:r>
    </w:p>
    <w:p>
      <w:r>
        <w:t>Uznesenie Okresného súdu Galanta z 2. júna 2026, sp. zn. 30Csp/26/2026, ECLI:SK:OSGA:2026:6125437270.2</w:t>
      </w:r>
    </w:p>
    <w:p>
      <w:r>
        <w:t>Súd: Okresný súd Galanta</w:t>
      </w:r>
    </w:p>
    <w:p>
      <w:r>
        <w:t>Spisová značka: 30Csp/26/2026</w:t>
      </w:r>
    </w:p>
    <w:p>
      <w:r>
        <w:t>ECLI: ECLI:SK:OSGA:2026:6125437270.2</w:t>
      </w:r>
    </w:p>
    <w:p>
      <w:r>
        <w:t>Dátum vydania: 2. 6. 2026</w:t>
      </w:r>
    </w:p>
    <w:p>
      <w:r>
        <w:t>Forma: Uznesenie</w:t>
      </w:r>
    </w:p>
    <w:p>
      <w:pPr>
        <w:pStyle w:val="Heading2"/>
      </w:pPr>
      <w:r>
        <w:t>Text rozhodnutia</w:t>
      </w:r>
    </w:p>
    <w:p>
      <w:r>
        <w:t>Súd: Spisová značka: Identifikačné číslo súdneho spisu: Dátum vydania rozhodnutia: Meno a priezvisko sudcu, VSÚ: ECLI:</w:t>
      </w:r>
    </w:p>
    <w:p>
      <w:r>
        <w:t>Okresný súd Galanta 30Csp/26/2026 6125437270 02. 06. 2026 JUDr. Martina Ľachová ECLI:SK:OSGA:2026:6125437270.2</w:t>
      </w:r>
    </w:p>
    <w:p>
      <w:r>
        <w:t>Uznesenie Okresný súd Galanta v spore žalobcu: BENCONT FINANCE, a. s., so sídlom Vajnorská 100/A, Bratislava, IČO: 47 967 692, zast.: KOVAL &amp; spol., advokátska kancelária, s.r.o., so sídlom Komenského 3, Banská Bystrica, proti žalovanému: A. B., nar. XX.X.XXXX, bytom C. X, D., A. E., o zaplatenie 58,55 eur s prísl., takto rozhodol: I. Konanie sa zastavuje. II. Žalovanému sa nárok na náhradu trov konania nepriznáva. odôvodnenie: 1. Žalobca sa na základe skutočností uvedených v žalobe doručenej upomínaciemu súdu 12.11.2025, postúpenej tunajšiemu súdu 14.4.2026, domáhal vydania rozhodnutia, ktorým by súd uložil žalovanému povinnosť zaplatiť žalobcovi sumu 58,55 eur s prísl. a nahradiť trovy konania. 2. Podaním zo dňa 27.5.2026 žalobca prostredníctvom zvoleného zástupcu (po výzve súdu) vzal žalobu v celom rozsahu späť bez uvedenia dôvodu. 3. Podľa ust. § 144 C.s.p. žalobca môže vziať žalobu späť. 4. Podľa ust. § 145 ods. 1 C.s.p. ak je žaloba vzatá späť celkom, súd konanie zastaví. 5. Podľa ust. § 146 ods. 1 veta druhá C.s.p. na nesúhlas žalovaného so späťvzatím žaloby sa neprihliada, ak dôjde k späťvzatiu žaloby skôr, než sa začalo predbežné prejednanie sporu podľa § 168 alebo pojednávanie. 6. Vzhľadom na účinné späťvzatie žaloby zo strany žalobcu skôr, než sa začalo predbežné prejednanie sporu alebo pojednávanie, súd konanie v súlade s citovaným zákonným ustanovením zastavil. 7. O náhrade trov konania súd rozhodol podľa ust. § 256 ods. 1 v spoj. s § 262 ods. 1 C.s.p., keďže konanie bolo zastavené vzhľadom na správanie žalobcu, ktorý s podanou žalobou disponuje, žalobu vzal späť bez uvedenia dôvodu a týmto späťvzatím z procesného hľadiska zavinil zastavenie konania. Nakoľko žalovanému žiadne trovy konania nevznikli, súd rozhodol tak, že mu náhradu trov konania nepriznal. 8. O vrátení súdneho poplatku súd rozhodne osobitným uznesením, ktoré vydá vyšší súdny úradník. Poučenie:</w:t>
      </w:r>
    </w:p>
    <w:p>
      <w:r>
        <w:t>Proti tomuto uzneseniu môže odvolanie podať strana, v ktorej neprospech bolo uznesenie vydané, a to v lehote 15 dní od jeho doručenia na Okresnom súde Galanta. Odvolanie len proti odôvodneniu uznesenia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w:t>
      </w:r>
    </w:p>
    <w:p/>
    <w:p>
      <w:r>
        <w:t>Zdroj: KAUZIS.SK – https://www.kauzis.sk/judikatura/r/ECLI:SK:OSGA:2026:6125437270.2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