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Humenné sp. zn. 10P/67/2025 z 30. 5. 2025</w:t>
      </w:r>
    </w:p>
    <w:p>
      <w:r>
        <w:t>Rozsudok Okresného súdu Humenné z 30. mája 2025, sp. zn. 10P/67/2025, ECLI:SK:OSHE:2025:8325201014.1</w:t>
      </w:r>
    </w:p>
    <w:p>
      <w:r>
        <w:t>Súd: Okresný súd Humenné</w:t>
      </w:r>
    </w:p>
    <w:p>
      <w:r>
        <w:t>Spisová značka: 10P/67/2025</w:t>
      </w:r>
    </w:p>
    <w:p>
      <w:r>
        <w:t>ECLI: ECLI:SK:OSHE:2025:8325201014.1</w:t>
      </w:r>
    </w:p>
    <w:p>
      <w:r>
        <w:t>Dátum vydania: 30.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Humenné 10P/67/2025 8325201014 30. 05. 2025 JUDr. Iveta Gildeinová ECLI:SK:OSHE:2025:8325201014.1</w:t>
      </w:r>
    </w:p>
    <w:p>
      <w:r>
        <w:t>ROZSUDOK V MENE SLOVENSKEJ REPUBLIKY Okresný súd Humenné sudkyňou JUDr. Ivetou Gildeinovou v právnej veci maloletého: A. B., nar. XX.XX.XXXX, bytom u matky, zast. kolíznym opatrovníkom: Úrad práce, sociálnych vecí a rodiny Humenné, pracovisko Snina za účasti matky A. C., nar. XX.X.XXXX, bytom D. XXX/X, E. F. o schválenie právneho úkonu takto rozhodol: Súd za maloletého A. B., G. B., nar. XX.XX.XXXX, trvale bytom D. XXX/X, E. F. schvaľuje právny úkon a to Kúpnu zmluvu uzavretú podľa § 588 a nasl. zákona č. 40/1964 Zb. Občiansky zákonník v znení neskorších predpisov zo dňa 20.1.2025 v spojení s Dodatkom č. 1 ku kúpnej zmluve uzavretej podľa § 588 a nasl. zákona č. 40/1964 Zb. Občiansky zákonní v znení neskorších predpisov zo dňa 28.5.2025. odôvodnenie: 1. Podľa § 221 Civilného sporového poriadku písomné vyhotovenie rozsudku nemusí obsahovať odôvodnenie, ak a) je na pojednávaní vyhlásený rozsudok za prítomnosti všetkých strán alebo ich zástupcov, ktorí sa vzdajú odvolania, alebo b) to ustanovuje tento zákon. 2. Na pojednávaní dňa 30.5.2025 boli prítomní všetci účastníci konania, ktorí sa vzdali práva odvolania, preto toto rozhodnutie v zmysle hore citovaných ustanovení zákona neobsahuje odôvodnenie. Poučenie: Proti tomuto rozhodnutiu odvolanie nie je prípustné, pretože na pojednávaní dňa 30.5.2025 sa účastníci konania vzdali práva odvolania voči nemu.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https://www.kauzis.sk/judikatura/r/ECLI:SK:OSHE:2025:8325201014.1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