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Humenné sp. zn. 8P/127/2025 z 15. 10. 2025</w:t>
      </w:r>
    </w:p>
    <w:p>
      <w:r>
        <w:t>Rozsudok Okresného súdu Humenné z 15. októbra 2025, sp. zn. 8P/127/2025, ECLI:SK:OSHE:2025:8325201848.3</w:t>
      </w:r>
    </w:p>
    <w:p>
      <w:r>
        <w:t>Súd: Okresný súd Humenné</w:t>
      </w:r>
    </w:p>
    <w:p>
      <w:r>
        <w:t>Spisová značka: 8P/127/2025</w:t>
      </w:r>
    </w:p>
    <w:p>
      <w:r>
        <w:t>ECLI: ECLI:SK:OSHE:2025:8325201848.3</w:t>
      </w:r>
    </w:p>
    <w:p>
      <w:r>
        <w:t>Dátum vydania: 15. 10.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Humenné 8P/127/2025 8325201848 15. 10. 2025 JUDr. Ľubov Vargová ECLI:SK:OSHE:2025:8325201848.3</w:t>
      </w:r>
    </w:p>
    <w:p>
      <w:r>
        <w:t>ROZSUDOK V MENE SLOVENSKEJ REPUBLIKY Okresný súd Humenné sudkyňou JUDr. Ľubov Vargovou v právnej veci starostlivosti súdu o maloleté deti : A. B., nar. XX.XX.XXXX a C. B., nar. XX.XX.XXXX, zastúpené kolíznym opatrovníkom Úradom práce, sociálnych vecí a rodiny Humenné, za účasti rodičov A. D., nar. XX.XX.XXXX, bytom E. F. XXX, t. č. G. X, H. a I. B., nar. XX.XX.XXXX, bytom E. F. XXX, o zrušenie výchovného opatrenia, takto rozhodol: Ruší rozhodnutie Okresného súdu Humenné, č. k. 8P/235/2024-25 zo dňa 11.12.2024. odôvodnenie: 1. Úrad práce, sociálnych vecí a rodiny Humenné podal dňa 16.07.2025 na súd podnet na zrušenie výchovného opatrenia, ktoré bolo uložené rozsudkom Okresného súdu Humenné sp. zn. 8P/235/2024 zo dňa 11.12.2024. 2. Podnet bol odôvodnený tým, že výchovné opatrenie splnilo svoj účel. 3. Okresný súd Humenné uznesením sp. zn. 8P/127/2025 zo dňa 18.07.2025 začal vo veci konanie z úradnej povinnosti. 4. Na pojednávaní dňa 15.10.2025 kolízny opatrovník trval na zrušení výchovného opatrenia. 5. Rodičia sa na súdne pojednávanie nedostavili a svoju neúčasť neospravedlnili. Súd v súlade s § 180 zákona č. 160/2015 Z.z. Civilného sporového poriadku pokračoval v konaní. 6. Podľa § 37 ods. 8 zákona č. 36/2005 Z.z. o rodine,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7. Rozsudkom Okresného súdu Humenné sp. zn. 8P/235/2024 zo dňa 11.12.2024 súd nariadil rodičom maloletých detí podrobiť sa sociálnemu poradenstvu v Centre pre deti a rodiny Snina, pracovisko Humenné. Z vykonaného dokazovania vyplýva, že výchovné opatrenie splnilo svoj účel, preto súd na pojednávaní dňa 15.10.2025 rozhodol tak, že rozhodnutie Okresného súdu Humenné č. k. 8P/235/2024 - 25 zo dňa 11.12.2024 zrušil.</w:t>
      </w:r>
    </w:p>
    <w:p>
      <w:r>
        <w:t>Poučenie: Proti tomuto rozhodnutiu je možné podať odvolanie v lehote 15 dní odo dňa jeho doručenia na Okresný súd Humenné.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https://www.kauzis.sk/judikatura/r/ECLI:SK:OSHE:2025:8325201848.3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