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12Er/36/2006 z 27. 11. 2024</w:t>
      </w:r>
    </w:p>
    <w:p>
      <w:r>
        <w:t>Uznesenie Okresného súdu Lučenec z 27. novembra 2024, sp. zn. 12Er/36/2006, ECLI:SK:OSLC:2024:6606200501.2</w:t>
      </w:r>
    </w:p>
    <w:p>
      <w:r>
        <w:t>Súd: Okresný súd Lučenec</w:t>
      </w:r>
    </w:p>
    <w:p>
      <w:r>
        <w:t>Spisová značka: 12Er/36/2006</w:t>
      </w:r>
    </w:p>
    <w:p>
      <w:r>
        <w:t>ECLI: ECLI:SK:OSLC:2024:6606200501.2</w:t>
      </w:r>
    </w:p>
    <w:p>
      <w:r>
        <w:t>Dátum vydania: 27. 11.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12Er/36/2006 6606200501 27. 11. 2024 JUDr. Renáta Šulajová ECLI:SK:OSLC:2024:6606200501.2</w:t>
      </w:r>
    </w:p>
    <w:p>
      <w:r>
        <w:t>Uznesenie Okresný súd Lučenec v exekučnej veci oprávnených 1/ A. B., narodená XX.XX.XXXX, trvale bytom C. XX a 2/ D. B., narodená XX.XX.XXXX, trvale bytom C. XX proti povinnému D. B., narodený XX.XX.XXXX, trvale bytom E. XXX/XX, F., o vymoženie výživného a trov exekúcie, vedenej súdnym exekútorom JUDr. Jánom Sokolom, Exekútorský úrad Košice, so sídlom Jantárová 30, Košice pod sp.zn. EX XX/XXXX-X (pôvodne vedená súdnym exekútorom JUDr. Mariánom Jurinom pod sp.zn. EX 35/2006) takto rozhodol: Súd exekúciu z a s t a v u j e . odôvodnenie: 1. Exekúcia sa vykonáva na základe návrhu oprávnených 1/ a 2/, v tom čase maloletých, zastúpených matkou, ktorý bol doručený súdnemu exekútorovi JUDr. Mariánovi Jurinovi dňa 05.01.2006, čím sa exekučné konanie začalo. Pôvodný súdny exekútor bol 31.12.2023 odvolaný a jeho nástupcom sa stal súdny exekútor JUDr. Ján Sokol. 2. Súdny exekútor 26.08.2024 doručil tunajšiemu súdu podnet na zastavenie exekúcie z dôvodu nemajetnosti povinného. Všetky vykonané úkony a lustrácie vyplývajúce z obsahu spisu súdny exekútor vyhodnotil a zistil, že šetreniu majetku k dosiahnutiu účelu exekúcie bola venovaná dostatočne dlhá doba, pričom v záujme oprávnených a vychádzajúc z dlhodobej rozhodovacej praxe súdov bola zohľadnená aj možnosť, že povinný môže nadobudnúť majetok, resp. príjem do budúcnosti. Ani posledné zisťovanie majetku neviedlo k pozitívnemu výsledku, povinný žiaden majetok nenadobudol ani nemá príjem, ktorý by bol postihnuteľný exekúciou. Od povinného neboli vymožené na účet súdneho exekútora žiadne finančné prostriedky a ani oprávnené neoznámili priame úhrady na výživnom. Povinný na území Slovenskej republiky má vo výlučnom vlastníctve nehnuteľnosti v okrese F., katastrálne územie D. C., vedené na LV číslo XXXX ako parcely registra „C“ evidované na katastrálnej mape, a to parcela číslo XXXX/XX – G. D. G. H. XXX I.2, parcela číslo XXXX/XXX – J. D. K. F. G. H. XXX I.2, parcela číslo XXXX/XXX – J. D. K. F. G. H. XXX I.2 a stavba evidovaná na katastrálnej mape – rodinný dom L. M. XXX F. D. M. XXXX/XXX a nehnuteľnosť v okrese F., katastrálne územie F., vedená na LV číslo XXXX ako parcely registra „C“, a to parcela číslo XXXX/XX – J. D. K. F. G. H. XX I.2. Všetky nehnuteľnosti vo vlastníctve povinného sú zaťažené záložným právom v prospech peňažného ústavu a zároveň je k nehnuteľnostiam zriadených 14 exekučných záložných práv. Povinný je držiteľom nákladného motorového vozidla zn. I. – N. (vlastníkom je spoločnosť L. O. L.), dátum prvej registrácie 11.02.1997, ku ktorému je zriadených 5 exekútorských blokácií a tiež je vlastníkom a držiteľom osobného motorového vozidla zn. G. G., dátum prvej registrácie 28.11.1996, ku ktorému je zriadených 25 exekútorských blokácií. Zároveň má zriadený jeden účet v peňažnom ústave, pričom ku dňu 30.07.2024 mal na ňom zostatok 0,00 eur, disponibilný zostatok 0,00 eur a rezervované finančné prostriedky vo výške XX.XXX,XX eur. Aktuálnou lustráciou v Sociálnej poisťovni súdny exekútor zistil, že povinný nepoberá dávky v nezamestnanosti, úrazové poistenie, nemocenské poistenie ani dôchodkové poistenie. Vychádzajúc zo všetkých zhromaždených informácií dospel súdny</w:t>
      </w:r>
    </w:p>
    <w:p>
      <w:r>
        <w:t>exekútor k záveru o neúčelnosti a nehospodárnosti vedenia exekúcie proti povinnému, z dôvodu jeho nemajetnosti. 3. Podľa § 243h ods. 1 zákona č. 233/1995 Z.z. o súdnych exekútoroch a exekučnej činnosti (Exekučný poriadok) ak tento zákon v § 243i až 243k neustanovuje inak, exekučné konania začaté pred 1. aprílom 2017 sa dokončia podľa predpisov účinných do 31. marca 2017. 4. Exekučné konanie sa začalo pred 1. aprílom 2017, preto súd postupoval podľa Exekučného poriadku v znení účinnom do 31. marca 2017 (ďalej len „Exekučný poriadok“). 5. Podľa § 57 ods. 1 písm. h) Exekučného poriadku exekúciu súd môže zastaviť, ak majetok povinného nestačí ani na úhradu trov exekúcie. 6. V zmysle § 58 ods. 1 Exekučného poriadku exekúciu zastaví súd na návrh alebo aj bez návrhu. 7. Súdny exekútor bezúspešne viedol exekúciu 18 rokov. Napriek vykonaným šetreniam nezistil existenciu majetku povinného postihnuteľného exekúciou. Povinný na území Slovenskej republiky síce vlastní nehnuteľnosti, kde v rodinnom dome má trvalý pobyt a všetky nehnuteľnosti sú zaťažené záložným právom peňažného ústavu a ďalšími 14 exekučnými záložnými právami, je držiteľom dvoch starších motorových vozidiel (v jednom prípade aj jeho vlastníkom), z ktorých jedno je 27 ročné a druhé 28 ročné a obidve vozidlá sú mnohonásobne exekútorsky blokované, v peňažných ústavoch nemá finančné prostriedky, ktoré by pokryli náklady na trovy exekúcie, nie je zamestnaný, nemá žiadny príjem, ktorý by bol postihnuteľný výkonom exekúcie, nepoberá dôchodok, nemocenské dávky, podporu v nezamestnanosti ani úrazovú rentu. Doposiaľ súdny exekútor nevymohol pohľadávku oprávneného ani čiastočne. Proti povinnému je okrem tejto exekúcie vedených ďalších XX exekúcií. 8. Napriek skutočnosti, že povinný vlastní majetok (nehnuteľný aj hnuteľný – motorové vozidlo), súdnemu exekútorovi sa pohľadávku oprávnených v priebehu mnohých rokov nepodarilo vymôcť ani čiastočne. Vzhľadom k výške zadĺženia povinného, množstvu exekúcií vedených proti nemu a skutočnosti, že nemá žiadny preukázateľný príjem, nie je reálny predpoklad uspokojenia pohľadávky vymáhanej v tomto exekučnom konaní, prípadne aspoň trov exekúcie. Berúc do úvahy dlhoročný bezvýsledný priebeh exekúcie, považuje súd za nehospodárne, aby bola exekúcia za danej situácie ďalej vedená, keďže tým by dochádzalo len k neúmernému a neúčelnému navyšovaniu trov exekúcie. 9. Súd z uvedených dôvodov dospel k záveru, že majetok povinného postihnuteľný exekúciou nestačí ani na úhradu trov exekúcie, preto exekúciu v celosti zastavil. Pri rozhodovaní súd vzal do úvahy aj skutočnosť, že obidve oprávnené sú už plnoleté. 10. O trovách exekúcie rozhodne súd po právoplatnosti tohto uznesenia. Poučenie: Proti tomuto rozhodnutiu je prípustné odvolanie v lehote 15 dní odo dňa jeho doručenia na Okresný súd Lučenec, Dr. Herza 14, 984 37 Lučenec. Odvolanie je potrebné predložiť s potrebným počtom rovnopisov a s prílohami tak, aby jeden rovnopis zostal na súde, a aby každá strana sporu dostala jeden rovnopis odvolania.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https://www.kauzis.sk/judikatura/r/ECLI:SK:OSLC:2024:6606200501.2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