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Lučenec sp. zn. 36Pc/2/2024 z 31. 5. 2024</w:t>
      </w:r>
    </w:p>
    <w:p>
      <w:r>
        <w:t>Rozsudok Okresného súdu Lučenec z 31. mája 2024, sp. zn. 36Pc/2/2024, ECLI:SK:OSLC:2024:6624200409.2</w:t>
      </w:r>
    </w:p>
    <w:p>
      <w:r>
        <w:t>Súd: Okresný súd Lučenec</w:t>
      </w:r>
    </w:p>
    <w:p>
      <w:r>
        <w:t>Spisová značka: 36Pc/2/2024</w:t>
      </w:r>
    </w:p>
    <w:p>
      <w:r>
        <w:t>ECLI: ECLI:SK:OSLC:2024:6624200409.2</w:t>
      </w:r>
    </w:p>
    <w:p>
      <w:r>
        <w:t>Dátum vydania: 31. 5. 2024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36Pc/2/2024 6624200409 31. 05. 2024 JUDr. Lucia Šupenová ECLI:SK:OSLC:2024:6624200409.2</w:t>
      </w:r>
    </w:p>
    <w:p>
      <w:r>
        <w:t>ROZSUDOK V MENE SLOVENSKEJ REPUBLIKY Okresný súd Lučenec pred sudcom JUDr. Luciou Šupenovou vo veci navrhovateľa - povinného z výživného: A. B., nar. XX.XX.XXXX, trvale bytom: C. XXX/XX, XXX XX D. E., t.č. bytom: D. XXX/XX, XXX XX D. E., štátny občan SR a oprávneného z výživného: A. B., nar. XX.XX.XXXX, trvale bytom: C. XXX/XX, XXX XX D. E., prechodne bytom: D. C. F. XXX, XXX XX D. C. F., štátny občan SR, v konaní o návrhu o zrušenie výživného na plnoleté dieťa, takto rozhodol: I. Súd z r u š u j e vyživovaciu povinnosť navrhovateľa - povinného z výživného A. B., nar. XX.XX.XXXX voči plnoletému dieťaťu - oprávnenému z výživného A. B., nar. XX.XX.XXXX, určenú rozsudkom Okresného súdu Veľký Krtíš, č.k. 7P/151/2015-41 zo dňa 02.10.2015, vo výške 200,-Eur, počnúc dňom 01.01.2023. II. Žiaden z účastníkov n e m á nárok na náhradu trov konania. odôvodnenie: 1. Podľa § 2 ods. 1 Civilného mimosporového poriadku na konania podľa tohto zákona sa použijú ustanovenia Civilného sporového poriadku, ak tento zákon neustanovuje inak. 2. Podľa § 221 písm. a/ Civilného sporového poriadku písomné vyhotovenie rozsudku nemusí obsahovať odôvodnenie ak je na pojednávaní vyhlásený rozsudok za prítomnosti všetkých strán alebo ich zástupcov, ktorí sa vzdajú odvolania, alebo b/ to ustanovuje tento zákon. 3. Na pojednávaní súd vyhlásil rozsudok, pričom prítomní účastníci konania sa vzdali následne práva podať odvolanie. Z tohto dôvodu súd pri vypracovaní písomného rozsudku postupoval v súlade s dikciou § 221 Civilného sporového poriadku v spojení s ustanovením § 2 ods. 1 Civilného mimosporového poriadku. 4. Podľa § 52 Civilného mimosporového poriadku žiaden z účastníkov nemá nárok na náhradu trov konania, ak tento zákon neustanovuje inak. Poučenie: Proti tomuto rozsudku n i e j e prípustné odvolanie. Podľa § 368 Civilného sporového poriadku, osoba oprávnená podať odvolanie sa môže odvolania vzdať. Vzdať sa odvolania možno len voči súdu, a to až po vyhlásení rozsudku.</w:t>
      </w:r>
    </w:p>
    <w:p>
      <w:r>
        <w:t>Podľa § 227 ods. 1 Civilného sporového poriadku, doručený rozsudok, ktorý nemožno napadnúť odvolaním je právoplatný. Podľa § 227 ods. 2 Civilného sporového poriadku, ak proti rozsudku nemožno podať odvolanie je právoplatný doručením.</w:t>
      </w:r>
    </w:p>
    <w:p/>
    <w:p>
      <w:r>
        <w:t>Zdroj: KAUZIS.SK – https://www.kauzis.sk/judikatura/r/ECLI:SK:OSLC:2024:6624200409.2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