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11Csp/33/2024 z 17. 7. 2024</w:t>
      </w:r>
    </w:p>
    <w:p>
      <w:r>
        <w:t>Rozsudok Okresného súdu Lučenec z 17. júla 2024, sp. zn. 11Csp/33/2024, ECLI:SK:OSLC:2024:6624201426.2</w:t>
      </w:r>
    </w:p>
    <w:p>
      <w:r>
        <w:t>Súd: Okresný súd Lučenec</w:t>
      </w:r>
    </w:p>
    <w:p>
      <w:r>
        <w:t>Spisová značka: 11Csp/33/2024</w:t>
      </w:r>
    </w:p>
    <w:p>
      <w:r>
        <w:t>ECLI: ECLI:SK:OSLC:2024:6624201426.2</w:t>
      </w:r>
    </w:p>
    <w:p>
      <w:r>
        <w:t>Dátum vydania: 17.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11Csp/33/2024 6624201426 17. 07. 2024 JUDr. Katarína Červenková ECLI:SK:OSLC:2024:6624201426.2</w:t>
      </w:r>
    </w:p>
    <w:p>
      <w:r>
        <w:t>ROZSUDOK V MENE SLOVENSKEJ REPUBLIKY Okresný súd Lučenec, sudkyňou JUDr. Katarínou Červenkovou, v spore žalobcu: KOOPERATIVA poisťovňa, a.s. Vienna Insurance Group, so sídlom Štefanovičova 4, 816 23 Bratislava, IČO: 00 585 441, právne zastúpený JUDr. Felix Neupauer, advokát, so sídlom Dvořákovo námestie 8/A, 811 02 Bratislava proti žalovanému: A. B., nar. XX.XX.XXXX, bytom C. XXXX/XX, XXXX D. XX, o zaplatenie 165,93 Eur s príslušenstvom, takto rozhodol: I. Žalovaný j e p o v i n n ý zaplatiť žalobcovi sumu 165,93 Eur spolu s úrokom z omeškania vo výške 5,00% ročne zo sumy 165,93 Eur od 13.06.2022 do zaplatenia, to všetko v lehote 3 dní odo dňa právoplatnosti tohto rozsudku. II. Žalovaný j e p o v i n n ý nahradiť žalobcovi trovy konania v rozsahu 100% , právoplatnosti uznesenia súdu prvej inštancie o výške náhrady trov konania.</w:t>
      </w:r>
    </w:p>
    <w:p>
      <w:r>
        <w:t>do 3 dní od</w:t>
      </w:r>
    </w:p>
    <w:p>
      <w:r>
        <w:t>odôvodnenie: 1. Žalobou doručenou tunajšiemu súdu dňa 15.03.2024 sa žalobca domáhal uloženia povinnosti žalovanému zaplatiť sumu 165,93 EUR spolu s úrokom z omeškania vo výške 5,00 % ročne zo žalovanej sumy počnúc od 13.06.2022 až do zaplatenia a náhrady trov súdneho konania. Žalobca v žalobe uviedol, že si uplatnil nárok titulom uzatvorenej poistnej zmluvy č. XXXXXXXXXX zo dňa 13.08.2021 z dôvodu zodpovednosti za škodu spôsobenú prevádzkou motorového vozidla. Žalovaný poistné neplatil vôbec, čím poistenie zaniklo v zmysle § 9 ods. 4 zák. 381/2001 Z. z. o povinnom zmluvnom poistení zodpovednosti za škodu spôsobenú prevádzkou motorového vozidla, uplynutím lehoty jedného mesiaca od dátumu splatnosti poslednej splátky t. j. dňa 12.06.2022. Ku dňu zániku poistenia žalovaný nemal zaplatené poistné za obdobie od 13.08.2021 do 12.06.2022 vo výške 165,93 EUR, pričom žalobca vyzval žalovaného na zaplatenie dlžného poistného výzvou zo dňa 06.07.2022, na ktorú žalovaný nereagoval a dlžnú sumu poistného nezaplatil. 2. Súd vo veci rozhodol v skrátenom konaní na základe tvrdených skutočností a predložených listinných dôkazov zo strany žalobcu, platobným rozkazom, sp.zn. 11Csp/33/2024-33 zo dňa 05.04.2024, ktorým žalobcovi v plnom rozsahu vyhovel. Pre nemožnosť jeho doručenia žalovanému do vlastných rúk, súd vydaný platobný rozkaz uznesením sp.zn. 11Csp/33/2024-58 zo dňa 11.06.2024 podľa ustanovenia § 266 ods. 3 Civilného sporového poriadku zrušil. Z dôvodu neznámeho pobytu žalovaného, súd doručoval žalovanému žalobu zverejnením oznámenia o podanej žalobe na úradnej tabuli a webovej stránke súdu, postupom podľa § 116 ods. 2 CSP v súlade s § 141 Vyhlášky č. 543/2005 Zb.z. a zároveň spolu s procesným uznesením, ktorým vyzval žalovaného, aby sa v lehote 15 dní od doručenia uznesenia k žalobe písomne vyjadril a uviedol rozhodujúce skutočnosti na svoju obranu, označil dôkazy na preukázanie svojich tvrdení aj na adresu žalovaného evidovanú v registri obyvateľov – D. XXXX/XX, D. – E. F..</w:t>
      </w:r>
    </w:p>
    <w:p>
      <w:r>
        <w:t>Žalovaný sa k žalobe v súdom stanovenej lehote nevyjadril, ani nenavrhol vykonať žiadne dôkazy. Skutkovým základom pre rozhodnutie súdu sa stali skutočnosti tvrdené žalobcom a ním predložené listinné dôkazy. 3. Podľa § 297 písm.b) CSP, súd na prejednanie sporu nariadi pojednávanie. Pojednávanie nie je potrebné nariadiť, ak ide iba o otázku jednoduchého právneho posúdenia veci, skutkové tvrdenia strán nie sú sporné a hodnota sporu bez príslušenstva neprevyšuje 1 000 eur. 4. Podľa § 219 ods. 3 CSP,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5. Podľa § 290 CSP, spotrebiteľský spor je spor medzi dodávateľom a spotrebiteľom vyplývajúci zo spotrebiteľskej zmluvy alebo súvisiaci so spotrebiteľskou zmluvou. 6. Rozsudok bol verejne vyhlásený dňa 17.07.2024 bez nariadenia pojednávania v zmysle § 219 ods. 3 CSP. Miesto a čas verejného vyhlásenia rozsudku bolo oznámené na úradnej tabuli súdu a na webovej stránke súdu v zákonnej lehote. Strany sporu ani ich zástupcovia na verejnom vyhlásení rozsudku neboli prítomní. 7. Súd vo veci vykonal dokazovanie oboznámením s a s listinnými dôkazmi tvoriacimi súčasť spisu a zistil nasledovný skutkový stav: 8. Dňa 13.08.2021 procesné strany uzavreli poistnú zmluvu č. 6614881196 s účinnosťou od 13.08.2021, na dobu neurčitú a týkajúcu sa poistenia zodpovednosti za škodu spôsobenú prevádzkou motorového vozidla továrenská značka G. XXXX H.. Ročné poistné bolo vypočítané vo výške 199,12 EUR, ktoré si zmluvné strany dohodli platiť štvrťročne po 49,78 EUR so splatnosťou ku 13.08., 13.11., 13.02. a 13.05. príslušného roka. Žalovaný nezaplatil splátky poistného vôbec. Splatnosť ročného poistného nastala uplynutím splatnosti poslednej štvrťročnej splátky poistného dňa 13.05.2022. Neuhradením poistného v lehote splatnosti poistná zmluva zanikla uplynutím zákonnej lehoty podľa § 9 ods. 4 zák. č. 381/2001 Z. z. o povinnom zmluvnom poistení zodpovednosti za škodu spôsobenú prevádzkou motorového vozidla, t.j. jedného mesiaca od splatnosti poslednej splátky, t.j. k 12.06.2022. Ku dňu zániku poistného žalovaný nemal zaplatené poistné za obdobie od 13.08.2021 do 12.06.2022 vo výške 165,93 EUR. Na oznámenie o zániku poistného vzťahu spolu s upomienkou zo dňa 06.07.2022 na zaplatenie dlžného poistného žalovaný nereagoval ani čiastočnou úhradou pohľadávky. Žalobca si v konaní uplatnil zaplatenie poistného za obdobie od 13.08.2021 do 12.06.2022 vo výške žalovanej istiny. 9. Podľa § 9 ods. 4 zákona č. 381/2001 Z.z. o povinnom zmluvnom poistení zodpovednosti za škodu spôsobenú prevádzkou motorového vozidla v platnom znení; zaniká poistenie z titulu nezaplateného poistného v lehote jedného mesiaca od dátumu jeho splatnosti, ak pre takýto prípad nebola v poistnej zmluve dohodnutá dlhšia lehota pre zánik poistenia zodpovednosti. Poistenie zodpovednosti zanikne uplynutím tejto lehoty. 10. Podľa § 11 ods. 10 zákona č. 381/2001 Z.z.; ak zanikne poistenie zodpovednosti pred koncom poistného obdobia, za ktoré malo byť zaplatené poistné, a v tomto poistnom období dôjde ku škodovej udalosti, z ktorej vznikla povinnosť poisťovateľa nahradiť škodu, má poisťovateľ nárok na poistné až do konca tohto poistného obdobia. 11. Podľa ust.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12. Podľa ust. § 3 Nariadenia vlády Slovenskej republiky č. 87/1995 Z.z. ktorým sa vykonávajú niektoré ustanovenia Občianskeho zákonníka (ďalej len „nariadenie vlády“); výška úrokov z omeškania je o päť</w:t>
      </w:r>
    </w:p>
    <w:p>
      <w:r>
        <w:t>percentuálnych bodov vyššia ako základná úroková sadzba Európskej centrálnej banky platná k prvému dňu omeškania s plnením peňažného dlhu. 13. Súd na zistený skutkový stav aplikoval ustanovenia vyššie citovaného zákona, pričom dospel k záveru o dôvodnosti podanej žaloby. 14. Z vykonaného dokazovania súd mal za preukázané, že predmetná poistná zmluva č. XXXXXXXXXX, účinná od 13.08.2021, ktorá bola uzavretá medzi procesnými stranami, obsahuje všetky potrebné náležitosti v zmysle vyššie uvedených zákonných ustanovení. Účastníci zmluvného vzťahu sa predpísanou písomnou formou dohodli na predmete zmluvy, spôsobe úhrady a pri uzavretí zmluvy boli dodržané aj príslušné ustanovenia vnútroštátneho práva a smernice č. 93/13/EHS. Zánik poistnej zmluvy v prípade neuhradenia povinného zmluvného poistenia motorového vozidla nastáva priamo zo zákona. Zo žalobcom predložených listinných dôkazov mal súd jednoznačne preukázané, že žalovaný si svoju zmluvnú povinnosť platiť poistné neplnil vôbec a poistné za obdobie od 13.08.2021 do 12.06.2022 vo výške 165,93 EUR nezaplatil. Z uvedeného dôvodu poistenie zaniklo v súlade s poistnými podmienkami v lehote jedného mesiaca od splatnosti poslednej splátky, teda dňa 12.06.2022. Žalobcovi prináleží zo zákona právo na zaplatenie dlžnej sumy poistného od poistníka za dobu do zániku poistenia, t. j. v danom prípade za obdobie od 13.08.2021 do 12.06.2022, vo výške žalovanej istiny. 15. Keďže sa žalovaný so zaplatením peňažnej čiastky (poistného) dostal do omeškania, podľa § 517 ods. 2 OZ a nariadenia Vlády SR č. 87/1995 Z. z. má žalobca nárok aj na úrok z omeškania vo výške 5,00 % ročne od 13.06.2022 až do zaplatenia. Výška sankčného úroku bola určená podľa § 517 ods. 2 OZ a ustanovenia § 3 nariadenie Vlády SR č. 87/1995 Z. z. podľa základnej úrokovej sadzby Európskej centrálnej banky, zvýšenej o 5 percentuálnych bodov. Žalobcovi preto patrí sankčný úrok vo výške 5,00 % počnúc od dňa nasledujúceho po uplynutí dodatočnej lehoty na splnenie dlhu. 16. O nároku na náhradu trov konania rozhodol súd v súlade s § 255 ods. 1 CSP podľa ktorého, súd prizná strane náhradu trov konania podľa pomeru jeho úspechu vo veci. Nakoľko žalobca mal v konaní plný úspech, súd priznal žalobcovi náhradu trov konania proti neúspešnému žalovanému v plnej výške. O výške náhrady trov konania rozhodne súd samostatným uznesením v súlade s § 262 ods. 2 CSP po právoplatnosti tohto rozhodnutia. Poučenie: Proti tomuto rozhodnutiu možno podať odvolanie v lehote 15 dní odo dňa doručenia na Okresný súd v Lučenci, Dr. Herza 14 písomne. Podľa § 363 CSP, v odvolaní sa popri všeobecných náležitostiach podania uvedie,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w:t>
      </w:r>
    </w:p>
    <w:p>
      <w:r>
        <w:t>Podľa § 365 ods. 3 CSP ,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https://www.kauzis.sk/judikatura/r/ECLI:SK:OSLC:2024:6624201426.2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