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Lučenec sp. zn. 26C/37/2024 z 17. 5. 2024</w:t>
      </w:r>
    </w:p>
    <w:p>
      <w:r>
        <w:t>Platobný rozkaz Okresného súdu Lučenec z 17. mája 2024, sp. zn. 26C/37/2024, ECLI:SK:OSLC:2024:6624202092.2</w:t>
      </w:r>
    </w:p>
    <w:p>
      <w:r>
        <w:t>Súd: Okresný súd Lučenec</w:t>
      </w:r>
    </w:p>
    <w:p>
      <w:r>
        <w:t>Spisová značka: 26C/37/2024</w:t>
      </w:r>
    </w:p>
    <w:p>
      <w:r>
        <w:t>ECLI: ECLI:SK:OSLC:2024:6624202092.2</w:t>
      </w:r>
    </w:p>
    <w:p>
      <w:r>
        <w:t>Dátum vydania: 17. 5. 2024</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26C/37/2024 6624202092 17. 05. 2024 JUDr. Zoltán Orlai ECLI:SK:OSLC:2024:6624202092.2</w:t>
      </w:r>
    </w:p>
    <w:p>
      <w:r>
        <w:t>Platobný rozkaz Okresný súd Lučenec v spore žalobcu: Rozhlas a televízia Slovenska IČO: 47 232 480 Mlynská dolina 845 45 Bratislava proti žalovanému: Ľ. L. L.. XX.XX.XXXX K. D. XX XXX XX K. D. o zaplatenie 35,56 Eur s príslušenstvom, takto rozhodol: I. Žalovaný je p o v i n n ý do 15 dní odo dňa doručenia platobného rozkazu zaplatiť žalobcovi sumu 35,56 Eur spolu s úhradou poštových sadzieb spojených s vymáhaním vo výške 2,40 Eur alebo aby v tej istej lehote podal odpor s vecným odôvodnením na tomto súde. II. Žalovaný je p o v i n n ý do 15 dní odo dňa doručenia platobného rozkazu nahradiť na účet žalobcu trovy konania vo výške 25,00 Eur. Poučenie: Súd týmto platobným rozkazom rozhodol iba na základe skutočností tvrdených a osvedčených žalobcom. Ak nesúhlasíte s povinnosťou na zaplatenie peňažnej sumy uloženej Vám týmto platobným rozkazom, máte možnosť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zruší v celom rozsahu a nariadi na prejednanie veci pojednávanie. Ak v tomto platobnom rozkaze nesúhlasíte len s výrokom o náhrade trov konania, je možné v lehote 15dní odo dňa doručenia platobného rozkazu podať odvolanie proti výroku o náhrade trov konania. Každé podanie, ktoré budete adresovať v priebehu konania súdu, adresujte v takom počte rovnopisov, aby jeden rovnopis zostal na súde a každá z ostatných sporových strán mohla dostať ďalší rovnopis.</w:t>
      </w:r>
    </w:p>
    <w:p/>
    <w:p>
      <w:r>
        <w:t>Zdroj: KAUZIS.SK – https://www.kauzis.sk/judikatura/r/ECLI:SK:OSLC:2024:6624202092.2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