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Lučenec sp. zn. 15P/213/2024 z 20. 1. 2025</w:t>
      </w:r>
    </w:p>
    <w:p>
      <w:r>
        <w:t>Rozsudok Okresného súdu Lučenec z 20. januára 2025, sp. zn. 15P/213/2024, ECLI:SK:OSLC:2025:6624205461.3</w:t>
      </w:r>
    </w:p>
    <w:p>
      <w:r>
        <w:t>Súd: Okresný súd Lučenec</w:t>
      </w:r>
    </w:p>
    <w:p>
      <w:r>
        <w:t>Spisová značka: 15P/213/2024</w:t>
      </w:r>
    </w:p>
    <w:p>
      <w:r>
        <w:t>ECLI: ECLI:SK:OSLC:2025:6624205461.3</w:t>
      </w:r>
    </w:p>
    <w:p>
      <w:r>
        <w:t>Dátum vydania: 20. 1. 2025</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Lučenec 15P/213/2024 6624205461 20. 01. 2025 Mgr. Lenka Ragačová Černíková ECLI:SK:OSLC:2025:6624205461.3</w:t>
      </w:r>
    </w:p>
    <w:p>
      <w:r>
        <w:t>ROZSUDOK V MENE SLOVENSKEJ REPUBLIKY Okresný súd Lučenec sudkyňou A. B. C. D. o veci starostlivosti o maloleté dieťa: A. A., narodený XX.XX.XXXX, bytom ako matka, v konaní zastúpené kolíznym opatrovníkom: Úrad práce, sociálnych vecí a rodiny Lučenec, dieťa rodičov: E. F., narodená XX.XX.XXXX, trvale bytom G. XXX a A. A., narodený XX.XX.XXXX, trvale bytom H., I. J. XXX/XX, o úprave výkonu rodičovských práv a povinností a výžive maloletého, takto rozhodol: I. Súd s ch v a ľ u j e dohodu rodičov o úprave výkonu rodičovských práv a povinností k maloletému dieťaťu v nasledovnom znení: Maloleté dieťa A. A., narodený XX.XX.XXXX s a z v e r u j e do osobnej starostlivosti matky E. F., narodenej XX.XX.XXXX. Matka j e o p r á v n e n á spravovať jeho majetok.</w:t>
      </w:r>
    </w:p>
    <w:p>
      <w:r>
        <w:t>a</w:t>
      </w:r>
    </w:p>
    <w:p>
      <w:r>
        <w:t>p o v i n n á maloleté dieťa zastupovať</w:t>
      </w:r>
    </w:p>
    <w:p>
      <w:r>
        <w:t>a</w:t>
      </w:r>
    </w:p>
    <w:p>
      <w:r>
        <w:t>Otec maloletého dieťaťa A. A., narodený XX.XX.XXXX j e p o v i n n ý prispievať na výživu maloletého dieťaťa A. A. výživným v sume vo výške 150,- Eur mesačne, vždy do 25. dňa v mesiaci vopred k rukám matky, počnúc dňom 26.11.2024. Zročné výživné za obdobie od 26.11.2024 do 31.12.2024 v sume spolu vo výške 175,- Eur j e otec p o v i n n ý uhradiť v mesačných splátkach po 10,- Eur spolu s bežným výživným vždy do 25. dňa v mesiaci k rukám matky, počnúc mesiacom nasledujúcim po právoplatnosti tohto rozsudku s tým, že v prípade nezaplatenia čo len jednej zo splátok sa stane splatným celý dlh na zročnom výživnom. Styk otca s maloletým dieťaťom sa n e u p r a v u j e a ponecháva ho na dohode rodičov. II. Žiaden z účastníkov n e m á n á r o k na náhradu trov konania. odôvodnenie: 1. Matka sa podaným návrhom domáhala úpravy výkonu rodičovských práv a povinností a úpravy výživného k maloletému A. A.. 2. Dňa 20.01.2025 rodičia na informatívnom stretnutí na tunajšom súde uzavreli dohodu o úprave výkonu rodičovských práv a povinností, úprave výživného k maloletému dieťaťu (ďalej len „rodičovská dohoda“). V zmysle uzavretej rodičovskej dohody sa maloletý A. A. zveruje do osobnej starostlivosti matky E. F., ktorá je zároveň oprávnená a povinná maloleté dieťa zastupovať a spravovať jeho majetok. Otec maloletého dieťaťa A. A. sa zaviazal prispievať na výživu maloletého dieťaťa A. A. výživným v sume vo výške 150,- Eur mesačne, vždy do 25. dňa v mesiaci vopred k rukám matky, počnúc dňom 26.11.2024.</w:t>
      </w:r>
    </w:p>
    <w:p>
      <w:r>
        <w:t>Zročné výživné za obdobie od 26.11.2024 do 31.12.2024 v sume spolu vo výške 175,- Eur sa otec zaviazal uhradiť v mesačných splátkach po 10,- Eur spolu s bežným výživným vždy do 25. dňa v mesiaci k rukám matky, počnúc mesiacom nasledujúcim po právoplatnosti tohto rozsudku s tým, že v prípade nezaplatenia čo len jednej zo splátok sa stane splatným celý dlh na zročnom výživnom. Styk otca s maloletým dieťaťom rodičia v rodičovskej dohode neupravovali, bol ponechaný na ich vzájomnej dohode. 3. Obaja rodičia žiadali predloženú rodičovskú dohodu schváliť. 4. Kolízny opatrovník mal za to, že dohoda rodičov je uzavretá v záujme maloletého dieťaťa, preto navrhol súdu predmetnú dohodu schváliť. 5. Podľa § 36 ods. 1 zákona č. 36/2005 Z. z. o rodine a o zmene a doplnení niektorých zákonov v znení neskorších predpisov (ďalej len „zákon o rodine“), rodičia maloletého dieťaťa, ktorí spolu nežijú, môžu sa kedykoľvek dohodnúť o úprave výkonu ich rodičovských práv a povinností. Ak sa nedohodnú, súd môže aj bez návrhu upraviť výkon ich rodičovských práv a povinností, najmä určí, ktorému z rodičov zverí maloleté dieťa do osobnej starostlivosti. Ak je to potrebné v záujme maloletého dieťaťa a ak to vyžadujú pomery v rodine, súd môže upraviť styk dieťaťa aj s blízkymi osobami. Ustanovenia § 24, § 25 a 26 sa použijú primerane. 6. Podľa § 24 ods. 4 zákona o rodine, rozhodnutie o úprave výkonu rodičovských práv a povinností možno nahradiť dohodou rodičov. Dohoda musí byť schválená súdom, inak je nevykonateľná. 7. Podľa § 24 ods. 5 zákona o rodine, súd pri rozhodovaní o výkone rodičovských práv a povinností alebo pri schvaľovaní dohody rodičov rešpektuje právo maloletého dieťaťa na zachovanie jeho vzťahu k obidvom rodičom a vždy prihliadne na záujem maloletého dieťaťa, najmä na jeho citové väzby, vývinové potreby, stabilitu budúceho výchovného prostredia a ku schopnosti rodiča dohodnúť sa na výchove a starostlivosti o dieťa s druhým rodičom. Súd dbá, aby bolo rešpektované právo dieťaťa na výchovu a starostlivosť zo strany obidvoch rodičov a aby bolo rešpektované právo dieťaťa na udržovanie pravidelného, rovnocenného a rovnoprávneho osobného styku s obidvomi rodičmi. 8. Podľa § 24 ods. 6 zákona o rodine, súd pri rozhodovaní o zverení maloletého dieťaťa do osobnej starostlivosti jedného z rodičov dbá na právo toho rodiča, ktorému nebude maloleté dieťa zverené do osobnej starostlivosti, na pravidelné informovanie sa o maloletom dieťati. Rodič, ktorému nebolo maloleté dieťa zverené do osobnej starostlivosti, môže sa práva na pravidelné informovanie sa o maloletom dieťati domáhať na súde. 9. Podľa § 25 ods. 1 a 2 zákona o rodine, rodičia sa môžu dohodnúť o úprave styku s maloletým dieťaťom pred vyhlásením rozhodnutia, ktorým sa rozvádza manželstvo; dohoda o styku rodičov s maloletým dieťaťom sa stane súčasťou rozhodnutia o rozvode. Ak sa rodičia nedohodnú o úprave styku s maloletým dieťaťom podľa odseku 1, súd upraví styk rodičov s maloletým dieťaťom v rozhodnutí o rozvode; to neplatí, ak rodičia úpravu styku žiadajú neupraviť. 10. Podľa § 26 zákona o rodine, ak sa zmenia pomery, súd môže aj bez návrhu zmeniť rozhodnutie o výkone rodičovských práv a povinností alebo dohodu o výkone rodičovských práv a povinností. 11. Podľa § 28 ods. 1 zákona o rodine, súčasťou rodičovských práv a povinností sú najmä a) sústavná a dôsledná starostlivosť o výchovu, zdravie, výživu a všestranný vývin maloletého dieťaťa, b) zastupovanie maloletého dieťaťa, c) správa majetku maloletého dieťaťa. 12. Podľa § 28 ods. 2 zákona o rodine, rodičovské práva a povinnosti majú obaja rodičia. Pri ich výkone sú povinní chrániť záujmy maloletého dieťaťa. 13. Podľa § 62 ods. 1 až 5 zákona o rodine, plnenie vyživovacej povinnosti rodičov k deťom je ich zákonná povinnosť, ktorá trvá do času, kým deti nie sú schopné samé sa živiť. Obaja rodičia prispievajú na výživu svojich detí podľa svojich schopností, možností a majetkových pomerov. Dieťa má právo podieľať sa na životnej úrovni rodičov. Každý rodič bez ohľadu na svoje schopnosti, možnosti a majetkové pomery je povinný plniť svoju vyživovaciu povinnosť v minimálnom rozsahu vo výške</w:t>
      </w:r>
    </w:p>
    <w:p>
      <w:r>
        <w:t>30% zo sumy životného minima na nezaopatrené neplnoleté dieťa alebo na nezaopatrené dieťa podľa osobitného zákona. Pri určení rozsahu vyživovacej povinnosti súd prihliada na to, ktorý z rodičov a v akej miere sa o dieťa osobne stará. Ak rodičia žijú spolu, prihliadne súd aj na starostlivosť rodičov o domácnosť. Výživné má prednosť pred inými výdavkami rodičov. Pri skúmaní schopností, možností a majetkových pomerov povinného rodiča súd neberie do úvahy výdavky povinného rodiča, ktoré nie je nevyhnutné vynaložiť. 14. Podľa § 65 ods. 1 zákona o rodine, ak rodičia maloletého dieťaťa spolu nežijú, súd upraví rozsah ich vyživovacej povinnosti alebo schváli ich dohodu o výške výživného. 15. Podľa § 75 ods. 1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16. Podľa § 76 ods. 1 zákona o rodine, výživné sa platí v pravidelných opakujúcich sa sumách, ktoré sú zročné vždy na mesiac dopredu. 17. Podľa § 78 ods. 1 zákona o rodine, dohody a súdne rozhodnutia o výživnom možno zmeniť, ak sa zmenia pomery. Okrem výživného pre maloleté dieťa je zmena alebo zrušenie možné len na návrh. 18. Dňa 20.01.2025 rodičia uzavreli dohodu, v zmysle ktorej sa dohodli na úprave výkonu rodičovských práv a povinností a úprave výživného k maloletému dieťaťu. Nakoľko predložená rodičovská dohoda je uzavretá v súlade so zákonom (zákon o rodine) a v záujme maloletého dieťaťa, súd predmetnú dohodu schválil. 19. O trovách konania rozhodol súd podľa § 52 CMP, podľa ktorého žiaden z účastníkov nemá nárok na náhradu trov konania, ak tento zákon neustanovuje inak. 20. Podľa § 2 ods. 1 CMP, na konania podľa tohto zákona sa použijú ustanovenia Civilného sporového poriadku, ak tento zákon neustanovuje inak. 21. Podľa § 221 písm. a) zákona č. 160/2015 Z. z. Civilný sporový poriadok (ďalej len „CSP“), písomné vyhotovenie rozsudku nemusí obsahovať odôvodnenie, ak je na pojednávaní vyhlásený rozsudok za prítomnosti všetkých strán alebo ich zástupcov, ktorí sa vzdajú odvolania. 22. Podľa § 368 CSP, osoba oprávnená podať odvolanie sa môže odvolania vzdať. Vzdať sa odvolania možno len voči súdu, a to až po vyhlásení rozhodnutia. 23. Podľa § 122 CMP, ak vo veciach starostlivosti súdu o maloletých súd rozsudkom schválil dohodu rodičov, nie sú rodičia oprávnení podať voči výroku, ktorým bola dohoda schválená, odvolanie. Poučenie: Proti výrokom II. tohto rozsudku odvolanie nie je prípustné, nakoľko sa účastníci konania po vyhlásení a odôvodnení rozsudku práva podať odvolanie výslovne vzdali podľa § 368 CSP. Proti výroku I. tohto rozsudku, ktorým súd schválil dohodu rodičov, rodičia nie sú oprávnení podať odvolanie podľa § 122 CMP. Kolízny opatrovník nie je oprávnený podať odvolanie proti výroku I. tohto rozsudku, nakoľko sa po jeho vyhlásení vzdal práva podať proti nemu odvolanie podľa § 368 CSP. Podľa § 44 CMP rozsudky o výživnom sú vykonateľné doručením.</w:t>
      </w:r>
    </w:p>
    <w:p>
      <w:r>
        <w:t>Ak povinný dobrovoľne nesplní, čo mu ukladá vykonateľné rozhodnutie, oprávnený môže podať návrh na vykonanie exekúcie podľa osobitného zákona; ak ide o rozhodnutie o výchove maloletých detí, návrh na súdny výkon rozhodnutia.</w:t>
      </w:r>
    </w:p>
    <w:p/>
    <w:p>
      <w:r>
        <w:t>Zdroj: KAUZIS.SK – https://www.kauzis.sk/judikatura/r/ECLI:SK:OSLC:2025:6624205461.3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