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12Er/332/2011 z 25. 3. 2026</w:t>
      </w:r>
    </w:p>
    <w:p>
      <w:r>
        <w:t>Uznesenie Okresného súdu Lučenec z 25. marca 2026, sp. zn. 12Er/332/2011, ECLI:SK:OSLC:2026:6611206149.2</w:t>
      </w:r>
    </w:p>
    <w:p>
      <w:r>
        <w:t>Súd: Okresný súd Lučenec</w:t>
      </w:r>
    </w:p>
    <w:p>
      <w:r>
        <w:t>Spisová značka: 12Er/332/2011</w:t>
      </w:r>
    </w:p>
    <w:p>
      <w:r>
        <w:t>ECLI: ECLI:SK:OSLC:2026:6611206149.2</w:t>
      </w:r>
    </w:p>
    <w:p>
      <w:r>
        <w:t>Dátum vydania: 25. 3.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12Er/332/2011 6611206149 25. 03. 2026 JUDr. Renáta Šulajová ECLI:SK:OSLC:2026:6611206149.2</w:t>
      </w:r>
    </w:p>
    <w:p>
      <w:r>
        <w:t>Uznesenie 12Er/332/2011 Okresný súd Lučenec v exekučnej veci oprávneného A. B., narodený XX.XX.XXXX, trvale bytom C. D. XXXX/XX, E. proti povinnému F. B., narodený XX.XX.XXXX, trvale bytom G. H. XX/X, E., o vymoženie výživného a trov exekúcie, vedenej súdnym exekútorom JUDr. Jánom Sokolom, Exekútorský úrad Košice, so sídlom B. Němcovej 30, Košice pod sp.zn. EX XXX/XXXX-X (pôvodne vedená súdnym exekútorom JUDr. Mariánom Jurinom pod sp.zn. EX 920/2011) takto rozhodol: 12Er/332/2011 Súd exekúciu z a s t a v u j e . odôvodnenie: 12Er/332/2011 1. Exekúcia sa vykonáva na základe návrhu oprávneného, v tom čase maloletého, zastúpeného matkou, ktorý bol doručený súdnemu exekútorovi I. F. I. dňa 29.04.2011, čím sa exekučné konanie začalo. Pôvodný súdny exekútor bol 31.12.2023 odvolaný a jeho nástupcom sa stal súdny exekútor JUDr. Ján Sokol. 2. Súdny exekútor 12.03.2026 doručil tunajšiemu súdu podnet na zastavenie exekúcie z dôvodu nemajetnosti povinného. Všetky vykonané úkony a lustrácie vyplývajúce z obsahu spisu súdny exekútor vyhodnotil a zistil, že šetreniu majetku k dosiahnutiu účelu exekúcie bola venovaná dostatočne dlhá doba, pričom v záujme oprávneného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oprávnený neoznámil priame úhrady na výživnom. Povinný na území Slovenskej republiky nevlastní nehnuteľnosť ani majetok vyššej hodnoty, nie je vlastníkom ani držiteľom motorového vozidla, účet má vedený v J. K. K., L. s účtovným zostatkom 0,00 eur a s disponibilným zostatkom 0,00 eur, v inej banke nemá vedený účet. Aktuálnou lustráciou v Sociálnej poisťovni súdny exekútor zistil, že povinný nepoberá dôchodok, úrazovú rentu, dávky v nezamestnanosti ani nemocenské dávky. V období od XX.XX.XXXX do XX.XX.XXXX a od XX.XX.XXXX doposiaľ je zamestnaný v spoločnosti H. J. K., E., avšak jeho príjem je veľmi nízky (vymeriavací základ od 48,88 eur do 86,48 eur mesačne), preto zrážky z príjmu nie je možné vykonávať. Vychádzajúc zo všetkých zhromaždených informácií dospel súdny exekútor k záveru o neúčelnosti a nehospodárnosti vedenia exekúcie proti povinnému, z dôvodu jeho nemajetnosti.</w:t>
      </w:r>
    </w:p>
    <w:p>
      <w:r>
        <w:t>3. Podľa § 243h ods. 1 zákona č. 233/1995 Z.z. o súdnych exekútoroch a exekučnej činnosti (Exekučný poriadok) ak tento zákon v § 243i až 243k neustanovuje inak, exekučné konania začaté pred 1. aprílom 2017 sa dokončia podľa predpisov účinných do 31. marca 2017. 4. Exekučné konanie sa začalo pred 1. aprílom 2017, preto súd postupoval podľa Exekučného poriadku v znení účinnom do 31. marca 2017 (ďalej len „Exekučný poriadok“). 5. Podľa § 57 ods. 1 písm. h) Exekučného poriadku exekúciu súd môže zastaviť, ak majetok povinného nestačí ani na úhradu trov exekúcie. 6. V zmysle § 58 ods. 1 Exekučného poriadku exekúciu zastaví súd na návrh alebo aj bez návrhu. 7. Súdny exekútor bezúspešne viedol exekúciu takmer 15 rokov. Napriek vykonaným šetreniam nezistil existenciu majetku povinného postihnuteľného exekúciou. Povinný na území Slovenskej republiky nevlastní nehnuteľnosť ani majetok vyššej hodnoty, nemá žiadny príjem, ktorý by bol postihnuteľný výkonom exekúcie, v peňažných ústavoch nemá finančné prostriedky, nepoberá dôchodok, nemocenské dávky, podporu v nezamestnanosti ani úrazovú rentu. Exekúcia napriek vykonaným šetreniam a úkonom súdneho exekútora nebola úspešná. Okrem predmetnej exekúcie sú proti povinnému vedené ďalšie štyri exekúcie. 8. Vzhľadom k tomu, že povinný nevlastní nehnuteľný ani hnuteľný majetok, ktorý by bolo možné postihnúť exekúciou a získať tak výťažok, ktorý by postačoval aspoň na krytie trov exekúcie, súd exekúciu v celosti zastavil. Pri rozhodovaní súd vzal do úvahy aj skutočnosť, že oprávnený je už plnoletý. 9. O trovách exekúcie rozhodne súd po právoplatnosti tohto uznesenia. Poučenie: 12Er/332/2011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https://www.kauzis.sk/judikatura/r/ECLI:SK:OSLC:2026:6611206149.2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