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Liptovský Mikuláš sp. zn. 1Ps/8/2024 z 24. 6. 2024</w:t>
      </w:r>
    </w:p>
    <w:p>
      <w:r>
        <w:t>Opravné uznesenie Okresného súdu Liptovský Mikuláš z 24. júna 2024, sp. zn. 1Ps/8/2024, ECLI:SK:OSLM:2024:5624201092.3</w:t>
      </w:r>
    </w:p>
    <w:p>
      <w:r>
        <w:t>Súd: Okresný súd Liptovský Mikuláš</w:t>
      </w:r>
    </w:p>
    <w:p>
      <w:r>
        <w:t>Spisová značka: 1Ps/8/2024</w:t>
      </w:r>
    </w:p>
    <w:p>
      <w:r>
        <w:t>ECLI: ECLI:SK:OSLM:2024:5624201092.3</w:t>
      </w:r>
    </w:p>
    <w:p>
      <w:r>
        <w:t>Dátum vydania: 24. 6. 2024</w:t>
      </w:r>
    </w:p>
    <w:p>
      <w:r>
        <w:t>Forma: Opravné uznesenie</w:t>
      </w:r>
    </w:p>
    <w:p>
      <w:pPr>
        <w:pStyle w:val="Heading2"/>
      </w:pPr>
      <w:r>
        <w:t>Text rozhodnutia</w:t>
      </w:r>
    </w:p>
    <w:p>
      <w:r>
        <w:t>Súd: Spisová značka: Identifikačné číslo súdneho spisu: Dátum vydania rozhodnutia: Meno a priezvisko sudcu, VSÚ: ECLI:</w:t>
      </w:r>
    </w:p>
    <w:p>
      <w:r>
        <w:t>Okresný súd Liptovský Mikuláš 1Ps/8/2024 5624201092 24. 06. 2024 JUDr. Katarína Podhorcová ECLI:SK:OSLM:2024:5624201092.3</w:t>
      </w:r>
    </w:p>
    <w:p>
      <w:r>
        <w:t>Opravné uznesenie Okresný súd Liptovský Mikuláš vo veci starostlivosti o A. B., nar. XX. X. XXXX, trvale bytom C. D. XXX/ XXXX, E., ako osoby pozbavenej spôsobilosti na právne úkony, zastúpeného opatrovníkom E. F., nar. X. X. XXXX, trvale bytom G. H. XXX/X, E., zastúpeného v konaní procesnou opatrovníčkou I. J., nar. X. X. XXXX, bytom K. L. XXXX/X, E., v konaní o návrhu M. N. B. O., nar. X. X. XXXX, trvale bytom E., G. H. XXX/X, adresa na doručovanie písomností C. D. XXXX/XXX, E., o oprave písomného vyhotovenia uznesenia, takto rozhodol: Písomné vyhotovenie uznesenia Okresného súdu Liptovský Mikuláš sp. zn. 1Ps/8/2024 zo dňa 2. 5. 2024 s a o p r a v u j e na prvej strane listu v spisovej značke tak, že namiesto 1Ps/4/2024 má byť správne uvedené 1Ps/8/2024. odôvodnenie: 1. V písomnom vyhotovení uznesenia sp. zn. 1Ps/8/2024 zo dňa 2. 5. 2024 súd na prvej strane označil namiesto správnej spisovej značky 1Ps/8/2024 nesprávnu spisovú značku, a to 1Ps/4/2024. 2. Podľa § 224 Civilného sporového poriadku (ďalej len „CSP“) súd kedykoľvek aj bez návrhu opraví v rozsudku chyby v písaní a počítaní, ako aj iné zrejmé nesprávnosti. O oprave súd vydá opravné uznesenie, ktoré doručí subjektom konania. 4. Súd podľa vyššie citovaného zákonného ustanovenia opravil zistenú chybu v písaní, v časti spisovej značky, keď namiesto nesprávne uvedenej spisovej značky 1Ps/4/2024 na prvej strane písomného vyhotovenia uznesenia zo dňa 2. 5. 2024 uviedol správnu spisovú značku 1Ps/8/2024. Poučenie: Proti tomuto uzneseniu možno podať odvolanie v lehote 15 dní odo dňa doručenia na Okresnom súde Liptovský Mikuláš (písomne v štyroch vyhotoveniach). Odvolanie môže podať strana, v ktorej neprospech bolo rozhodnutie vydané (§ 355 ods. 2, § 357 písm. f/, § 359,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https://www.kauzis.sk/judikatura/r/ECLI:SK:OSLM:2024:5624201092.3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