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13C/10/2024 z 18. 6. 2024</w:t>
      </w:r>
    </w:p>
    <w:p>
      <w:r>
        <w:t>Rozsudok Okresného súdu Liptovský Mikuláš z 18. júna 2024, sp. zn. 13C/10/2024, ECLI:SK:OSLM:2024:5624201574.2</w:t>
      </w:r>
    </w:p>
    <w:p>
      <w:r>
        <w:t>Súd: Okresný súd Liptovský Mikuláš</w:t>
      </w:r>
    </w:p>
    <w:p>
      <w:r>
        <w:t>Spisová značka: 13C/10/2024</w:t>
      </w:r>
    </w:p>
    <w:p>
      <w:r>
        <w:t>ECLI: ECLI:SK:OSLM:2024:5624201574.2</w:t>
      </w:r>
    </w:p>
    <w:p>
      <w:r>
        <w:t>Dátum vydania: 18.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13C/10/2024 5624201574 18. 06. 2024 JUDr. Janka Majerčíková ECLI:SK:OSLM:2024:5624201574.2</w:t>
      </w:r>
    </w:p>
    <w:p>
      <w:r>
        <w:t>ROZSUDOK V MENE SLOVENSKEJ REPUBLIKY -213C/10/2024 Okresný súd Liptovský Mikuláš sudkyňou JUDr. Jankou Majerčíkovou v právnej veci žalobcov: 1. / rade A. B. C., nar. XX. XX. XXXX, D. XXX/X, XXX XX E.- F., 2. / rade A. G. C., nar. XX. XX. XXXX, D. XXX/ X, XXX XX E. – F., 3. / rade H. I., nar. XX. XX. XXXX, J. XX/XX, XXX XX E. – F., 4. / rade K. I., nar. XX. XX. XXXX, J. XX/XX, XXX XX E. – F., všetci zast. : JUDr. Miroslav Koníček, advokát, A. Bernoláka 6, 034 01 Ružomberok, proti žalovanému: A. H. – nezistený vlastník, zast. : Slovenský pozemkový fond, IČO: 17 335 345, Búdková 36, 817 15 Bratislava, v spore o zrušenie a vyporiadanie podielového spoluvlastníctva prikázaním veci za náhradu, takto rozhodol: -213C/10/2024 I. Súd z r u š u j e podielové spoluvlastníctvo žalobcov v 1. , 2. , 3. a 4. rade a žalovaného k nehnuteľnosti zapísanej v katastri nehnuteľností Okresného úradu Ružomberok, odbor katastrálny, nachádzajúcej sa v okrese Ružomberok, obec Ružomberok, k. ú. F., evidovanej na LV č. XXXX, zapísanej ako parcela registra „E“ evidovaná na mape určeného operátu parc. č. E-KN 4926, druh pozemku: orná pôda, výmera: 607 m2. II. Súd p r i k a z u j e novovytvorený pozemok parcela registra „C“ parc. č. C-KN 345/5 – zastavané plochy a nádvoria o výmere 299 m2, vytvorený geometrickým plánom č. 36672769-144/17 z 29. 11. 2017, do bezpodielového spoluvlastníctva manželov žalobcom v 1. a 2. rade A. B. C., nar. XX. XX. XXXX a A. G. C., nar. XX. XX. XXXX, obaja bytom E. – F., D. XXX/X. III. Súd p r i k a z u j e novovytvorené pozemky parcela registra „C“ parc. č. C-KN 354/3 – zastavané plochy a nádvoria o výmere 270 m2, parcela registra „C“ parc. č. C-KN 354/5 – zastavané plochy a nádvoria o výmere 23 m2, parcela registra „C“ parc. č. C-KN 355/2 – záhrada o výmere 10 m2 a parcela registra „C“ parc. č. C-KN 356/2 – zastavané plochy a nádvoria o výmere 5 m2, vytvorené geometrickým plánom č. 36672769-144/17 z 29. 11. 2017, do bezpodielového spoluvlastníctva manželov žalobcom v 3. a 4. rade H. I., nar. XX. XX. XXXX a K. I., nar. XX. XX. XXXX, obaja bytom E. – F., J. XX/XX. IV. Žalobcovia v 1. a 2. rade s ú p o v i n n í spoločne a nerozdielne zaplatiť odstupujúcemu spoluvlastníkovi – žalovanej sumu vo výške 696,67 eur na účet Slovenského pozemkového fondu vedený v Štátnej pokladnici, a to v lehote do 15 dní odo dňa právoplatnosti rozsudku.</w:t>
      </w:r>
    </w:p>
    <w:p>
      <w:r>
        <w:t>V. Žalobcovia v 3. a 4. rade s ú povinní spoločne a nerozdielne zaplatiť odstupujúcemu spoluvlastníkovi – žalovanej sumu vo výške 717,64 eur na účet Slovenského pozemkového fondu vedený v Štátnej pokladnici, a to v lehote do 15 dní odo dňa právoplatnosti rozsudku. VI. Stranám sporu súd náhradu trov konania n e p r i z n á v a. odôvodnenie: -213C/10/2024</w:t>
      </w:r>
    </w:p>
    <w:p>
      <w:r>
        <w:t>1. Podľa § 221a CSP, písomné vyhotovenie rozsudku nemusí obsahovať odôvodnenie, ak je na pojednávaní vyhlásený rozsudok za prítomnosti všetkých strán alebo ich zástupcov, ktorí sa vzdajú odvolania. 2. Vzhľadom k tomu, že na pojednávaní bol vyhlásený rozsudok za prítomnosti všetkých sporových strán a ich zástupcov, ktorí sa vzdali odvolania, písomné vyhotovenie rozsudku neobsahuje odôvodnenie. 4. O trovách konania súd rozhodol tak, že stranám právo na ich náhradu nepriznal, keď tieto neboli z ich stranu uplatnené žiadne. Poučenie: -213C/10/2024 Proti tomuto rozsudku možno podať v lehote 15 dní od jeho doručenia odvolanie na Okresnom súde Liptovský Mikuláš. Odvolanie môže podať strana, v ktorej neprospech bolo rozhodnutie vydané. O odvolaní rozhodne Krajský súd v Žiline. Podľa § 363 Civilného sporového poriadku, sa v odvolaní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w:t>
      </w:r>
    </w:p>
    <w:p>
      <w:r>
        <w:t>3)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Proti tomuto rozsudku už odvolanie nie je prípustné, nakoľko sa sporové strany vzdali práva podať odvolanie voči všetkým výrokovým častiam tohto rozsudku. (§ 227 ods. 1 CSP).</w:t>
      </w:r>
    </w:p>
    <w:p/>
    <w:p>
      <w:r>
        <w:t>Zdroj: KAUZIS.SK – https://www.kauzis.sk/judikatura/r/ECLI:SK:OSLM:2024:5624201574.2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