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20Pu/21/2024 z 28. 5. 2024</w:t>
      </w:r>
    </w:p>
    <w:p>
      <w:r>
        <w:t>Uznesenie Okresného súdu Liptovský Mikuláš z 28. mája 2024, sp. zn. 20Pu/21/2024, ECLI:SK:OSLM:2024:5624202201.2</w:t>
      </w:r>
    </w:p>
    <w:p>
      <w:r>
        <w:t>Súd: Okresný súd Liptovský Mikuláš</w:t>
      </w:r>
    </w:p>
    <w:p>
      <w:r>
        <w:t>Spisová značka: 20Pu/21/2024</w:t>
      </w:r>
    </w:p>
    <w:p>
      <w:r>
        <w:t>ECLI: ECLI:SK:OSLM:2024:5624202201.2</w:t>
      </w:r>
    </w:p>
    <w:p>
      <w:r>
        <w:t>Dátum vydania: 28. 5.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20Pu/21/2024 5624202201 28. 05. 2024 JUDr., LL.M. Ivana Stehlíková ECLI:SK:OSLM:2024:5624202201.2</w:t>
      </w:r>
    </w:p>
    <w:p>
      <w:r>
        <w:t>Uznesenie Okresný súd Liptovský Mikuláš v právnej veci umiestneného A. B., nar. XX. X. XXXX, trvale bytom C. XX, XXX XX D. E., okres Liptovský Mikuláš, hospitalizovaný v uzavretej časti psychiatrického oddelenia Liptovskej nemocnice s poliklinikou MUDr. Ivana Stodolu Liptovský Mikuláš, v konaní o prípustnosti prevzatia a držania v zdravotníckom zariadení, rozhodol: Prevzatie A. B., nar. XX. X. XXXX, zdravotníckym zariadením Liptovská nemocnica s poliklinikou MUDr. Ivana Stodolu Liptovský Mikuláš, so sídlom Palúčanská 25, Liptovský Mikuláš 031 23, IČO: 173 36 163, j e p r í p u s t n é. odôvodnenie: 1. Podaním zo dňa 27. 5. 2024 psychiatrické oddelenie Liptovskej nemocnice s poliklinikou MUDr. Ivana Stodolu Liptovský Mikuláš tunajšiemu súdu oznámilo, že dňa 27. 5. 2024 bol prevzatý na uzavretú časť psychiatrického oddelenia A. B., nar. XX. X. XXXX, bez svojho informovaného súhlasu. 2. Podľa § 6 ods. 9 písm. d) zákona číslo 576/2004 Z. z. o zdravotnej starostlivosti, službách súvisiacich s poskytovaním zdravotnej starostlivosti a o zmene a doplnení niektorých zákonov: Informovaný súhlas pacienta sa nevyžaduje v prípade ambulantnej starostlivosti alebo ústavnej starostlivosti, ak ide o osobu, ktorá v dôsledku duševnej choroby alebo s príznakmi duševnej poruchy ohrozuje seba alebo svoje okolie, alebo ak hrozí vážne zhoršenie jej zdravotného stavu. 3. Podľa § 262 ods. 1 Civilného mimosporového poriadku (ďalej len CMP): Súd rozhodne o prípustnosti prevzatia do zdravotníckeho zariadenia uznesením bez nariadenia pojednávania. 4. Podľa § 262 ods. 2 Civilného mimosporového poriadku: Súd vydá uznesenie do piatich dní od obmedzenia osobnej slobody umiestneného. 5. Po oboznámení sa s názorom ošetrujúcej lekárky B. F. B. a so zdravotnou dokumentáciou pacienta dňa 28. 5. 2024 súd zistil, že A. B. bol dňa 27. 5. 2024 privezený službou rýchlej zdravotnej pomoci (RZP), v sprievode polície, na uzavretú časť psychiatrického oddelenia Liptovskej nemocnice s poliklinikou MUDr. Ivana Stodolu Liptovský Mikuláš. Pacient mal suicidálne vyhlásenia, chcel sa obesiť, pretože nevedel, čo je po zdravotnej stránke s jeho synom, ktorý mal v tento deň odísť do nemocnice. RZP si privolal sám, aby zistil, čo je s jeho synom v nemocnici. Pri príjme mu bola stanovená diagnóza F10.0, t. j. porucha psychiky a správania zapríčinená užívaním alkoholu: akútna intoxikácia, s poruchami správania, nebezpečný voči sebe samému a okoliu. Pri príjme bol ironický, robil si srandu zo všetkého, bola s ním sťažená spolupráca, psychomotoricky nepokojný, dysforická nálada, koprolalický, hrubo nadával zdravotníckemu personálu, afektívne labilný, odmietavý, nekritický k svojmu zdravotnému stavu, bez náhľadu, napätý, verbálne a brachiálne agresívny, vykrikoval, keď bol ukladaný do ochranného lôžka. Schválne sa vymočil na podlahu. Vyhrážal sa a nadával ošetrujúcemu personálu. Pacient bol v ebriete, z krvi mu bol zistený etanol (alkohol) v hodnote 3,33 g/l. Sám udával, že išlo o jednorázový</w:t>
      </w:r>
    </w:p>
    <w:p>
      <w:r>
        <w:t>konzum alkoholu, pretože mu „drblo“ v bedni, bál sa o syna, ktorý odišiel na zdravotné vyšetrenie. Jeho nevesta uviedla, že ťah alkoholu má už dva týždne, v ebriete má doma poruchy správania, spojené s agresivitou. Ďalej nevesta uviedla, že pacient poberá vdovský dôchodok (14.-teho dňa v mesiaci), ktorý vždy minie na alkohol, vtedy nie je v pohode, je agresívny, a keď ho minie, tak nemá za čo kúpiť a aj piť alkohol, tak vtedy je v pohode. Ošetrujúca lekárka po jeho príjme na oddelenie zistila telefonicky od jeho nevesty, že syn je zdravotne v poriadku, je doma, bol len u všeobecného lekára. Tento jeho zdravotný stav si vyžadoval umiestnenie do ochranného lôžka, bez asistencie polície. Fixovaný bol na rukách, nohách a cez trup tela. Prítomnosť polície uňho vzbudzovalo rešpekt. Akonáhle polícia odišla, bol agresívny. Pacient je liečený medikamentózne, podávaním tabletiek. Jeho aktuálny zdravotný stav je čiastočne zlepšený tým, že už nie je v ebriete, avšak je s ním naďalej sťažená spolupráca, nalieha na prepustenie, je odmietavý, nekritický, verbálne agresívny. Ide uňho o prvú hospitalizáciu na psychiatrickom oddelení, ambulantnou formou sa nelieči. Predpokladaná doba hospitalizácie na uzavretej časti psychiatrického oddelenia závisí od jeho zdravotného stavu, približne jeden až dva týždne. 6. Vzhľadom na to, že výsluch pacienta bolo možné vykonať, súd ho preto dňa 28. 5. 2024 vyslúchol na uzavretej časti psychiatrického oddelenia. Pacient k veci uviedol, že dňa 27. 5. 2024 bol doma, býva v rodinnom dome so synom G., jeho manželkou a dvomi vnúčatami. Synovi už niekoľko dní rozprával, že je nejaký napuchnutý po celom tele, zaliaty vodou, aby išiel k lekárovi. Syn dal na jeho radu a v tento deň išiel s manželkou autobusom do mesta na lekárske vyšetrenie. Vnučku zo škôlky v Prosieku mal okolo 15.00 hod. vyzdvihnúť pacient. V tento deň doobedu prišiel k nemu domov jeho sused s jednou fľaškou vína, ktorú spolu vypili. Doobedu sa pokúšal telefonovať synovi, ako dopadol u lekára, avšak ten mu telefón nedvíhal. Preto volal jeho manželke, ktorá tiež nezdvihla telefón. Preto zavolal dcére H. I. B. do Českej republiky, aby mu poradila, čo má robiť. Tá mu povedala, aby si zavolal RZP, že potom zistí, v ktorej nemocnici, na ktorom oddelení, je jeho syn. Po príchode RZP, ktorí následne privolali aj políciu, bol prevezený na vyšetrenie do nemocnice. Jeden z policajtov mu aj odobral mobil. Spútaný nebol. Nebol ani voči nim agresívny. Keď zistil, že je na psychiatrickom oddelení a nedali mu telefón, aby zistil, ako je na tom po zdravotnej stránke jeho syn, tak ho nasilu zdravotníci uložili do sieťovej postele a fixovali. Povedal im, že mu treba močiť, a keďže nereagovali, tak sa rovno z postele vymočil na podlahu. S hospitalizáciou zásadne nesúhlasí, nepovažuje sa za alkoholika. Po zdravotnej stránke je v poriadku. Tvrdý alkohol pije len príležitostne. Dňa 26. 5. 2024 pil celý deň doma tvrdý alkohol, pretože oslavoval meniny a bola aj birmovka. Inak si alkohol dá aj pri murovačkách, keď chodí vypomáhať na stavby. Podľa neho mu nebude nejaká mladý „cikula“ (lekárka) rozkazovať, či v nemocnici má byť alebo nemá. Aj v base sa mal lepšie, lebo je tam aspoň televízor a tu nič. Je vedený na úrade práce, dávku 60 eur nechce poberať, a tak jeho príjmom je len vdovský dôchodok vo výške 220 eur mesačne. Tento rok, na jeseň, mu vznikne nárok na riadny starobný dôchodok. Už mu aj lekárka povedala, že telefonovala s jeho nevestou, že syn je doma a zdravotne v poriadku. Lieky počas hospitalizácie užíva, mal len nejakú jednu tabletku. Nemá negatívne prejavy z liekov. Stravuje sa, na ráno 28. 5. 2024 mal jeden rožok, druhý daroval inému pacientovi. Doposiaľ nebol hospitalizovaný na psychiatrickom oddelení, ambulantnou formou sa nelieči. 7. Vykonaným dokazovaním mal súd preukázané, že prevzatie A. B. na uzavretú časť psychiatrického oddelenia Liptovskej nemocnice s poliklinikou MUDr. Ivana Stodolu Liptovský Mikuláš je prípustné. Prevzatie do ústavu zdravotníckej starostlivosti bolo v záujme ochrany a ďalšej liečby pacienta. Súd mal preukázané, že pacient bol prevzatý v dôsledku jeho nepriaznivého zdravotného stavu – najmä pre verbálnu a brachiálnu agresivitu, suicidálne vyhlásenia, psychomotorický nepokoj, afektívnu labilitu,, dysforickú náladu, hrozilo riziko z premeškania, nebezpečný voči sebe samému a okoliu, preto jeho hospitalizácia na uzavretej časti psychiatrického oddelenia bola nevyhnutná a potrebná, a na základe uvedeného, v súlade s § 262 ods. 1 Civilného mimosporového poriadku súd rozhodol o jej prípustnosti. Poučenie: Proti tomuto uzneseniu možno podať odvolanie v lehote 15 dní odo dňa jeho doručenia na Okresnom súde Liptovský Mikuláš písomne v 3 vyhotoveniach (§ 59 ods. 1 CMP). Odvolanie možno odôvodniť aj tým, že súd prvej inštancie nesprávne alebo neúplne zistil skutočný stav veci. Odvolacie dôvody možno meniť a dopĺňať až do rozhodnutia o odvolaní.</w:t>
      </w:r>
    </w:p>
    <w:p>
      <w:r>
        <w:t>Ak odvolanie neobsahuje odvolacie dôvody alebo ak sú odvolacie dôvody nezrozumiteľné, súd vyzve odvolateľa na doplnenie odvolacích dôvodov (§ 62 CMP).</w:t>
      </w:r>
    </w:p>
    <w:p/>
    <w:p>
      <w:r>
        <w:t>Zdroj: KAUZIS.SK – https://www.kauzis.sk/judikatura/r/ECLI:SK:OSLM:2024:5624202201.2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