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5C/3/2025 z 11. 3. 2025</w:t>
      </w:r>
    </w:p>
    <w:p>
      <w:r>
        <w:t>Rozsudok Okresného súdu Liptovský Mikuláš z 11. marca 2025, sp. zn. 5C/3/2025, ECLI:SK:OSLM:2025:5625200119.2</w:t>
      </w:r>
    </w:p>
    <w:p>
      <w:r>
        <w:t>Súd: Okresný súd Liptovský Mikuláš</w:t>
      </w:r>
    </w:p>
    <w:p>
      <w:r>
        <w:t>Spisová značka: 5C/3/2025</w:t>
      </w:r>
    </w:p>
    <w:p>
      <w:r>
        <w:t>ECLI: ECLI:SK:OSLM:2025:5625200119.2</w:t>
      </w:r>
    </w:p>
    <w:p>
      <w:r>
        <w:t>Dátum vydania: 11.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5C/3/2025 5625200119 11. 03. 2025 Mgr. Magdaléna Andreánska ECLI:SK:OSLM:2025:5625200119.2</w:t>
      </w:r>
    </w:p>
    <w:p>
      <w:r>
        <w:t>ROZSUDOK V MENE SLOVENSKEJ REPUBLIKY Okresný súd Liptovský Mikuláš sudkyňou Mgr. Magdalénou Andreánskou v spore žalobkyne A. B., nar. XX. XX. XXXX, bytom C. XXXX/XX, A. D., zast. JUDr. Zuzanou Medveckou, advokátkou, so sídlom Garbiarska 695, Liptovský Mikuláš, proti žalovanému B. B., nar. XX. X. XXXX, bytom C. XXXX/XX, A. D., v konaní o zrušenie bezpodielového spoluvlastníctva manželov, takto rozhodol: Bezpodielové spoluvlastníctvo manželov A. B., E. B., nar. XX. XX. XXXX a B. B., nar. XX. X. XXXX, ktoré vzniklo uzavretím ich manželstva dňa XX. X. XXXX F. A. D., sa za trvania manželstva zrušuje. Žalobkyni sa voči žalovanému nepriznáva nárok na náhradu trov konania. odôvodnenie: V súlade s ustanovením § 221 písm. a) Civilného sporového poriadku rozsudok neobsahuje odôvodnenie, nakoľko bol vyhlásený na pojednávaní za prítomnosti splnomocneného zástupcu žalobkyne a žalovaného, ktorí sa vzdali práva podať odvolanie. Poučenie: Proti tomuto rozsudku je prípustné odvolanie v lehote 15 dní od doručenia rozsudku na Okresnom súde Liptovský Mikuláš, v dvoch vyhotoveniach. Strany sporu sa vzdali práva podať proti rozsudku odvolanie. Podľa § 359 Civilného sporového poriadku, odvolanie môže podať strana, v ktorej neprospech bolo rozhodnutie vydané. Podľa § 363 Civilného sporového poriadku, v odvolaní sa popri všeobecných náležitostiach podania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w:t>
      </w:r>
    </w:p>
    <w:p>
      <w:r>
        <w:t>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365 ods. 3 Civilného sporového poriadku, odvolacie dôvody a dôkazy na ich preukázanie možno meniť a dopĺňať len do uplynutia lehoty na podanie odvolania. Podľa § 366 Civilného sporového poriadku,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https://www.kauzis.sk/judikatura/r/ECLI:SK:OSLM:2025:5625200119.2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