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21Csp/7/2025 z 24. 4. 2025</w:t>
      </w:r>
    </w:p>
    <w:p>
      <w:r>
        <w:t>Uznesenie Okresného súdu Liptovský Mikuláš z 24. apríla 2025, sp. zn. 21Csp/7/2025, ECLI:SK:OSLM:2025:5625200550.2</w:t>
      </w:r>
    </w:p>
    <w:p>
      <w:r>
        <w:t>Súd: Okresný súd Liptovský Mikuláš</w:t>
      </w:r>
    </w:p>
    <w:p>
      <w:r>
        <w:t>Spisová značka: 21Csp/7/2025</w:t>
      </w:r>
    </w:p>
    <w:p>
      <w:r>
        <w:t>ECLI: ECLI:SK:OSLM:2025:5625200550.2</w:t>
      </w:r>
    </w:p>
    <w:p>
      <w:r>
        <w:t>Dátum vydania: 24.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21Csp/7/2025 5625200550 24. 04. 2025 JUDr. Alžbeta Kolláriková ECLI:SK:OSLM:2025:5625200550.2</w:t>
      </w:r>
    </w:p>
    <w:p>
      <w:r>
        <w:t>Uznesenie Okresný súd Liptovský Mikuláš v spore žalobcu Dopravný podnik mesta Košice, akciová spoločnosť, so sídlom Bardejovská 6, Košice - Západ, IČO: 31 701 914, zastúpeného JUDr. Peter Frajt, advokát, s.r.o., so sídlom Garbiarska 5, Košice, IČO: 47 240 369, proti žalovanej A. B., nar. X. XX. XXXX, bytom C. XX, D., o zaplatenie 61,00 eur s príslušenstvom, takto rozhodol: I. Konanie s a z a s t a v u j e . II. Žalovanej sa náhrada trov konania n e p r i z n á v a. odôvodnenie: 1. Žalobou, doručenou súdu dňa 19. 2. 2025, doplnenou podaním, doručeným súdu dňa 20. 3. 2025, sa žalobca prostredníctvom splnomocneného zástupcu domáha, aby súd uložil žalovanej povinnosť zaplatiť sumu 61,00 eur s príslušenstvom a trovy konania. 2. Vzhľadom na to, že žalobca spolu so žalobou nezaplatil súdny poplatok, súd ho podľa § 10 ods. 1 zákona č. 71/1992 Zb. o súdnych poplatkoch a poplatku za výpis z registra trestov v znení neskorších predpisov (ďalej len „ZSP“) vyzval, aby v lehote 10 dní od doručenia výzvy zaplatil súdny poplatok vo výške 25,00 eur. Žalobca bol vo výzve poučený o následkoch nezaplatenia súdneho poplatku. Výzva bola žalobcovi doručená dňa 2. 4. 2025. 3. Podľa § 10 ods. 1 ZSP,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Podľa § 10 ods. 3 ZSP, prvoinštančný súd zruší uznesenie o zastavení konania pre nezaplatenie súdneho poplatku, ak bol súdny poplatok zaplatený v lehote určenej súdom podľa odseku 1 alebo ak sú na to dôvody podľa odseku 2. Prvoinštančný súd zruší uznesenie o zastavení konania pre nezaplatenie súdneho poplatku aj vtedy, ak bolo konanie prerušené podľa osobitného predpisu a správca v ňom pokračuje namiesto poplatníka. 5. Podľa § 14 ods. 1 ZSP, ak tento zákon neustanovuje inak, na konanie vo veciach poplatkov sa primerane použijú ustanovenia Civilného sporového poriadku okrem § 357 písm. a). 6. Podľa § 14 ods. 3 ZSP, v sťažnosti proti rozhodnutiu o zastavení súdneho konania pre nezaplatenie súdneho poplatku nemožno namietať skutočnosti, ktoré nastali po uplynutí lehoty na zaplatenie súdneho poplatku.</w:t>
      </w:r>
    </w:p>
    <w:p>
      <w:r>
        <w:t>7. Podľa § 14 ods. 4 ZSP,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8. Žalobca aj napriek výzve a poučeniu vyrubený súdny poplatok doteraz nezaplatil, súd preto podľa § 10 ods. 1 ZSP konanie zastavil rozhodnutím vyššieho súdneho úradníka v súlade s § 14 ods. 1, ods. 4 ZSP. Právna úprava už neumožňuje žalobcovi dodatočne zaplatiť súdny poplatok v lehote na podanie odvolania proti rozhodnutiu o zastavení konania a dosiahnuť tak zrušenie tohto rozhodnutia. V sťažnosti proti tomuto rozhodnutiu nemôže žalobca namietať skutočnosti, ktoré nastali po uplynutí lehoty na zaplatenie súdneho poplatku. 9. Podľa § 256 ods. 1 Civilného sporového poriadku (ďalej len „CSP“) ak strana procesne zavinila zastavenie konania, súd prizná náhradu trov konania protistrane. 10. Podľa § 262 ods. 1 CSP o nároku na náhradu trov konania rozhodne aj bez návrhu súd v rozhodnutí, ktorým sa konanie končí. 11. Žalobca tým, že nezaplatil súdny poplatok, procesne zavinil zastavenie konania, preto by podľa § 256 ods. 1 CSP súd žalovanej (ak by jej nejaké trovy konania vznikli) mal priznať náhradu trov konania. Keďže však žalovanej žiadne trovy konania nevznikli, súd o náhrade trov konania rozhodol podľa § 262 ods. 1 CSP tak, ako je to uvedené v II. výroku tohto uznesenia. Poučenie: Proti tomuto uzneseniu odvolanie nie je prípustné. Proti tomuto uzneseniu môže ten, v koho neprospech bolo uznesenie vydané, podať sťažnosť v lehote 15 dní od jeho doručenia, na Okresný súd Liptovský Mikuláš.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účelné; v sťažnosti nemožno namietať skutočnosti, ktoré nastali po uplynutí lehoty na zaplatenie súdneho poplatku (§ 14 ods. 3 ZSP).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https://www.kauzis.sk/judikatura/r/ECLI:SK:OSLM:2025:5625200550.2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