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22Pc/16/2025 z 7. 8. 2025</w:t>
      </w:r>
    </w:p>
    <w:p>
      <w:r>
        <w:t>Rozsudok Okresného súdu Liptovský Mikuláš z 7. augusta 2025, sp. zn. 22Pc/16/2025, ECLI:SK:OSLM:2025:5625201656.1</w:t>
      </w:r>
    </w:p>
    <w:p>
      <w:r>
        <w:t>Súd: Okresný súd Liptovský Mikuláš</w:t>
      </w:r>
    </w:p>
    <w:p>
      <w:r>
        <w:t>Spisová značka: 22Pc/16/2025</w:t>
      </w:r>
    </w:p>
    <w:p>
      <w:r>
        <w:t>ECLI: ECLI:SK:OSLM:2025:5625201656.1</w:t>
      </w:r>
    </w:p>
    <w:p>
      <w:r>
        <w:t>Dátum vydania: 7.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22Pc/16/2025 5625201656 07. 08. 2025 JUDr. Petra Lacková ECLI:SK:OSLM:2025:5625201656.1</w:t>
      </w:r>
    </w:p>
    <w:p>
      <w:r>
        <w:t>ROZSUDOK V MENE SLOVENSKEJ REPUBLIKY Okresný súd Liptovský Mikuláš v konaní pred sudkyňou JUDr. Petrou Lackovou v právnej veci navrhovateľa/osoby povinnej z vyživovacej povinnosti: A. B., nar. XX.XX.XXXX, trvale bytom C. D. XXX, E. D., okr. Ružomberok a osoba oprávnená z vyživovacej povinnosti: A. B., nar. XX.XX.XXXX, trvale bytom mesto Ružomberok, t. č. vo výkone trestu v ÚVTOS pre mladistvých Sučany, o zrušenie vyživovacej povinnosti k plnoletému dieťaťu, takto</w:t>
      </w:r>
    </w:p>
    <w:p>
      <w:r>
        <w:t>rozhodol: Z r u š u j e vyživovaciu povinnosť osoby povinnej z vyživovacej povinnosti: A. B. voči osobe oprávnenej z vyživovacej povinnosti: A. B., naposledy určenú rozsudkom Okresného súdu Ružomberok, č. k. 4P/273/2008-22 zo dňa 19.02.2009, vo výške 85,- eur mesačne, a to počnúc od 15.05.2025. Žiaden z účastníkov n e m á nárok na náhradu trov konania. odôvodnenie: 1. Podľa § 221 písm. a) CSP, písomné vyhotovenie rozsudku nemusí obsahovať odôvodnenie, ak je na pojednávaní vyhlásený rozsudok za prítomnosti všetkých strán alebo ich zástupcov, ktorí sa vzdajú odvolania. 2. Nakoľko sa účastníci konania na pojednávaní dňa 07.08.2025 vzdali práva na podanie odvolania voči tomuto rozsudku, okresný súd v zmysle ustanovenia § 221 písm. a) CSP upustil od písomného odôvodnenia rozsudku. Poučenie: Proti rozsudku súdu prvej inštancie možno podať odvolanie v lehote 15 dní odo dňa doručenia jeho písomného vyhotovenia, na Okresnom súde Liptovský Mikuláš písomne, v potrebnom počte vyhotovení.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Nakoľko účastníci sa po vyhlásení rozsudku vzdali práva podať voči nemu odvolanie, toto právo im nepatrí a rozsudok nadobudne právoplatnosť dňom jeho doručenia poslednému z nich.</w:t>
      </w:r>
    </w:p>
    <w:p/>
    <w:p>
      <w:r>
        <w:t>Zdroj: KAUZIS.SK – https://www.kauzis.sk/judikatura/r/ECLI:SK:OSLM:2025:5625201656.1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