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Liptovský Mikuláš sp. zn. 20Pu/21/2025 z 20. 10. 2025</w:t>
      </w:r>
    </w:p>
    <w:p>
      <w:r>
        <w:t>Uznesenie Okresného súdu Liptovský Mikuláš z 20. októbra 2025, sp. zn. 20Pu/21/2025, ECLI:SK:OSLM:2025:5625203545.2</w:t>
      </w:r>
    </w:p>
    <w:p>
      <w:r>
        <w:t>Súd: Okresný súd Liptovský Mikuláš</w:t>
      </w:r>
    </w:p>
    <w:p>
      <w:r>
        <w:t>Spisová značka: 20Pu/21/2025</w:t>
      </w:r>
    </w:p>
    <w:p>
      <w:r>
        <w:t>ECLI: ECLI:SK:OSLM:2025:5625203545.2</w:t>
      </w:r>
    </w:p>
    <w:p>
      <w:r>
        <w:t>Dátum vydania: 20. 10. 2025</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Liptovský Mikuláš 20Pu/21/2025 5625203545 20. 10. 2025 Mgr. Slavomíra Mlynarčíková ECLI:SK:OSLM:2025:5625203545.2</w:t>
      </w:r>
    </w:p>
    <w:p>
      <w:r>
        <w:t>Uznesenie Okresný súd Liptovský Mikuláš v právnej veci umiestnenej A. B., nar. X. X. XXXX, trvale bytom C. D. E. XXX/XX, XXX XX F. G., E. F. A., hospitalizovaná v uzavretej časti psychiatrického oddelenia Liptovskej nemocnice s poliklinikou A. H. I. F. A., v konaní o prípustnosti prevzatia a držania v zdravotníckom zariadení, rozhodol: Prevzatie A. B., nar. X. X. XXXX, zdravotníckym zariadením Liptovská nemocnica s poliklinikou A. H. I. F. A., so sídlom Palúčanská 25, Liptovský Mikuláš 031 23, IČO: 173 36 163, j e p r í p u s t n é. odôvodnenie: 1. Podaním zo dňa 17. 10. 2025 psychiatrické oddelenie Liptovskej nemocnice s poliklinikou A. H. I. F. A. tunajšiemu súdu oznámilo, že dňa 16. 10. 2025 bola prevzatá na uzavretú časť psychiatrického oddelenia A. B., nar. X. X. XXXX, a to bez svojho informovaného súhlasu. 2. Podľa § 6 ods. 9 písm. d) zákona číslo 576/2004 Z. z. o zdravotnej starostlivosti, službách súvisiacich s poskytovaním zdravotnej starostlivosti a o zmene a doplnení niektorých zákonov: Informovaný súhlas pacienta sa nevyžaduje v prípade ambulantnej starostlivosti alebo ústavnej starostlivosti, ak ide o osobu, ktorá v dôsledku duševnej choroby alebo s príznakmi duševnej poruchy ohrozuje seba alebo svoje okolie, alebo ak hrozí vážne zhoršenie jej zdravotného stavu. 3. Podľa § 262 ods. 1 Civilného mimosporového poriadku (ďalej len CMP): Súd rozhodne o prípustnosti prevzatia do zdravotníckeho zariadenia uznesením bez nariadenia pojednávania. 4. Podľa § 262 ods. 2 Civilného mimosporového poriadku: Súd vydá uznesenie do piatich dní od obmedzenia osobnej slobody umiestneného. 5. Po oboznámení sa s názorom ošetrujúcej lekárky A. J. K. a so zdravotnou dokumentáciou pacientky dňa 17. 10. 2025 súd zistil, že A. B. bola dňa 16. 10. 2025 privezená službou rýchlej zdravotnej pomoci (RZP) na uzavretú časť psychiatrického oddelenie Liptovskej nemocnice s poliklinikou MUDr. Ivana Stodolu Liptovský Mikuláš, ktorú privolal jej syn pre dezorganizované správanie, akustické halucinácie, po smrti brata spred dvoch týždňov. Pri príjme jej bola stanovená diagnóza F20.0, t. j. paranoidná schizofrénia, nebezpečná voči sebe samej. Pri príjme bola pacientka pri vedomí, miestom, osobou bola orientovaná, časom hrubo. Agresívna nebola. Mala dezorganizované správanie, bola psychotická, bradypsychická, napätá, odmietavá, psychomotorické tempo spomalené, bludná nálada, prítomné akustické halucinácie rozkazovacieho charakteru, zárazy v myslení, paranoidná, že nebude prepustená. Tento jej zdravotný stav si pri príjme vyžadoval jej fixáciu. Bola umiestnená do seklúznej miestnosti. Od 17. 10. 2025 už fixovaná nebola. Pacientka je liečená medikamentózne, podávaním tabletiek a injekčne. Jej aktuálny zdravotný stav je bez zmeny. Je s ňou sťažená spolupráca. Stravu prijíma, lieky užíva. Ide u nej o opakovanú hospitalizáciu na psychiatrickom oddelení. Ambulantnou formou sa lieči dlhodobo u A. L. M., ku ktorej chodí pravidelne, lieky berie podľa predpisu, dávkuje nevesta. Depotná liečba bola</w:t>
      </w:r>
    </w:p>
    <w:p>
      <w:r>
        <w:t>naposledy 13. 10. 2025. Predpokladaná doba hospitalizácie na uzavretej časti psychiatrického oddelenia závisí od jej zdravotného stavu, približne dva až tri týždne. 6. Z prijímacej správy psychiatrického oddelenia zo dňa 16. 10. 2025 bolo zistené, že pacientka o sebe uviedla nasledovné: „Som šibnutá, pripominám na lásku z minulosti, chodia mi myšlienky hlavou, nemôžem ich zastaviť, mám hlasy, ukazujú mi chodiť cestami a necestami, po záhradách, zle spím, ale sa zabiť nechcem.“ 7. Vzhľadom na to, že výsluch pacientky bolo možné vykonať, súd ju preto dňa 17. 10. 2025 vyslúchol na psychiatrickom oddelení. Pacientka po procesnom poučení uviedla, že nebude nič súdu podpisovať, že sa potrebuje poradiť s rodinou. 8. Vykonaným dokazovaním mal súd preukázané, že prevzatie A. B. na uzavretú časť psychiatrického oddelenia Liptovskej nemocnice s poliklinikou A. H. I. F. A. je prípustné. Prevzatie do ústavu zdravotníckej starostlivosti bolo v záujme ochrany a ďalšej liečby pacientky. Súd mal preukázané, že pacientka bola prevzatá v dôsledku jej nepriaznivého zdravotného stavu – najmä pre dezorganizované správanie, akustické halucinácie, bludnú náladu, napätosť, hrozilo riziko z premeškania, nebezpečná voči sebe samej, preto jej hospitalizácia na uzavretej časti psychiatrického oddelenia bola nevyhnutná a potrebná, a na základe uvedeného, v súlade s § 262 ods. 1 Civilného mimosporového poriadku súd rozhodol o jej prípustnosti. Poučenie: Proti tomuto uzneseniu možno podať odvolanie v lehote 15 dní odo dňa jeho doručenia na Okresnom súde Liptovský Mikuláš písomne v 3 vyhotoveniach (§ 59 ods. 1 CMP). Odvolanie možno odôvodniť aj tým, že súd prvej inštancie nesprávne alebo neúplne zistil skutočný stav veci. Odvolacie dôvody možno meniť a dopĺňať až do rozhodnutia o odvolaní. Ak odvolanie neobsahuje odvolacie dôvody alebo ak sú odvolacie dôvody nezrozumiteľné, súd vyzve odvolateľa na doplnenie odvolacích dôvodov (§ 62 CMP).</w:t>
      </w:r>
    </w:p>
    <w:p/>
    <w:p>
      <w:r>
        <w:t>Zdroj: KAUZIS.SK – https://www.kauzis.sk/judikatura/r/ECLI:SK:OSLM:2025:5625203545.2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