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9Pu/5/2026 z 26. 2. 2026</w:t>
      </w:r>
    </w:p>
    <w:p>
      <w:r>
        <w:t>Uznesenie Okresného súdu Liptovský Mikuláš z 26. februára 2026, sp. zn. 9Pu/5/2026, ECLI:SK:OSLM:2026:5626200845.2</w:t>
      </w:r>
    </w:p>
    <w:p>
      <w:r>
        <w:t>Súd: Okresný súd Liptovský Mikuláš</w:t>
      </w:r>
    </w:p>
    <w:p>
      <w:r>
        <w:t>Spisová značka: 9Pu/5/2026</w:t>
      </w:r>
    </w:p>
    <w:p>
      <w:r>
        <w:t>ECLI: ECLI:SK:OSLM:2026:5626200845.2</w:t>
      </w:r>
    </w:p>
    <w:p>
      <w:r>
        <w:t>Dátum vydania: 26. 2. 2026</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9Pu/5/2026 5626200845 26. 02. 2026 Mgr. Slavomíra Mlynarčíková ECLI:SK:OSLM:2026:5626200845.2</w:t>
      </w:r>
    </w:p>
    <w:p>
      <w:r>
        <w:t>Uznesenie Okresný súd Liptovský Mikuláš v právnej veci umiestnenej A. B., nar. X. X. XXXX, trvale bytom C. XXX, XXX XX C., okres D. E., hospitalizovaná v uzavretej časti psychiatrického oddelenia Liptovskej nemocnice s poliklinikou MUDr. Ivana Stodolu Liptovský Mikuláš, v konaní o prípustnosti prevzatia a držania v zdravotníckom zariadení, rozhodol: Prevzatie A. B., nar. X. X. XXXX, zdravotníckym zariadením Liptovská nemocnica s poliklinikou MUDr. Ivana Stodolu Liptovský Mikuláš, so sídlom Palúčanská 25, Liptovský Mikuláš 031 23, IČO: 173 36 163, j e p r í p u s t n é. odôvodnenie: 1. Podaním zo dňa 25. 2. 2026 psychiatrické oddelenie Liptovskej nemocnice s poliklinikou MUDr. Ivana Stodolu Liptovský Mikuláš tunajšiemu súdu oznámilo, že dňa 25. 2. 2026 bola prevzatá na uzavretú časť psychiatrického oddelenia A. B., nar. X. X. XXXX, bez svojho informovaného súhlasu. 2. Podľa § 6 ods. 9 písm. d) zákona číslo 576/2004 Z. z. o zdravotnej starostlivosti, službách súvisiacich s poskytovaním zdravotnej starostlivosti a o zmene a doplnení niektorých zákonov: Informovaný súhlas pacienta sa nevyžaduje v prípade ambulantnej starostlivosti alebo ústavnej starostlivosti, ak ide o osobu, ktorá v dôsledku duševnej choroby alebo s príznakmi duševnej poruchy ohrozuje seba alebo svoje okolie, alebo ak hrozí vážne zhoršenie jej zdravotného stavu. 3. Podľa § 262 ods. 1 Civilného mimosporového poriadku (ďalej len CMP): Súd rozhodne o prípustnosti prevzatia do zdravotníckeho zariadenia uznesením bez nariadenia pojednávania. 4. Podľa § 262 ods. 2 CMP: Súd vydá uznesenie do piatich dní od obmedzenia osobnej slobody umiestneného. 5. Po oboznámení sa s názorom ošetrujúcej lekárky E. F. E. a so zdravotnou dokumentáciou pacientky dňa 25. 2. 2026 súd zistil, že A. B. bola dňa 24. 2. 2026 prijatá na uzavretú časť psychiatrického oddelenia Liptovskej nemocnice s poliklinikou MUDr. Ivana Stodolu Liptovský Mikuláš z dôvodu dekompenzácie jej psychického zdravotného stavu po dohovore s primárkou oddelenia zo dňa 23. 2. 2026. Hrozilo riziko z premeškania. Pacientka býva výrazne podozrievačná, nedôverčivá, zabúda, kam si odloží veci, následne obviňuje príbuzných, že jej ich ukradli, háda sa s nimi, býva verbálne útočná, niekedy sa v hádke vyhráža, že zje lieky, najnovšie je paranoidná aj voči farárovi. Jej zdravotný stav sa začal zhoršovať odkedy vzala svoju zdravotnú kartu od psychiatričky E. G. z D. E., následne zostala visieť vo vzduchoprázdne a nechodila na psychiatrické kontroly. Dňa 24. 2. 2026 udelila s hospitalizáciou informovaný súhlas, ktorý však dňa 25. 2. 2026 odvolala vzhľadom na to, že odmietala liečbu, ošetrenie, naliehala na prepustenie domov, plakala. Pri príjme na psychiatrické oddelenie jej bola stanovená diagnóza F20.0, t. j. paranoidná schizofrénia, nebezpečná voči sebe samej a okoliu. Pri príjme bola pacientka orientovaná všetkými smermi, pri vedomí, bez agresivity. Bola však lucídna, odmietavá,</w:t>
      </w:r>
    </w:p>
    <w:p>
      <w:r>
        <w:t>nechcela odpovedať na položené otázky, nekritická k svojmu zdravotnému stavu, bez pocitu morbidity, spomalené psychomotorické tempo, náladu mala dysforickú, afektivita labilná, dynamika v myslení pomalšia, anozognózia, nonkompliancia v užívaní liekov, paranoidné obsahy v myslení, najmä voči súrodencom a ich rodinám, verbálne agresívna voči rodine, v nadväznosti na suicidálne vyhrážky, ktoré sama negovala, ako aj akustické a vizuálne halucinácie. Tento jej zdravotný stav si nevyžiadal fixáciu. Bola umiestnená na štandardné lôžko. Pacientka je liečená medikamentózne, podávaním tabletiek a injekčne. Jej aktuálny zdravotný stav je zhoršený. Je naďalej paranoidná, už aj voči lekárom, dysforická, afektívne labilná, plačlivá, odmietavá, má kolísavé stavy, je s ňou sťažená spolupráca, lieky užíva po dlhom prehováraní zdravotníckym personálom. Ide u nej o opakovanú hospitalizáciu na psychiatrickom oddelení, od roku 2008. Posledná hospitalizácia bola v auguste 2025. Ambulantnou formou sa psychiatricky liečila u E. G. z D. E., posledná kontrola bola 10. 9. 2025, odkedy vysadila lieky, odmietala ďalšiu liečbu. Predpokladaná doba hospitalizácie na uzavretej časti psychiatrického oddelenia závisí od jej zdravotného stavu, približne dva týždne. 6. Vzhľadom na to, že výsluch pacientky bolo možné vykonať, súd ju preto dňa 25. 2. 2026 vyslúchol na uzavretej časti psychiatrického oddelenia. Pacientka k veci uviedla, že odmieta hospitalizáciu, nikoho neudala, správa sa, ako sa správa, lieky stále užíva okrem tých psychiatrických, ktoré si vysadila, pretože si to vyžiadal jej zdravotný stav, keďže má veľa iných chorôb. Chce v nemocnici zotrvať, kým nebude pripravená na prepustenie. Popáleninu má na stehne nohy, ktorú jej ošetrili a naďalej ošetrujú. Pacientka odmietla podpísať zápisnicu o jej výsluchu so slovami: „K čomu to prospeje“. 7. Vykonaným dokazovaním mal súd preukázané, že prevzatie A. B. na uzavretú časť psychiatrického oddelenia Liptovskej nemocnice s poliklinikou MUDr. Ivana Stodolu Liptovský Mikuláš je prípustné. Prevzatie do ústavu zdravotníckej starostlivosti bolo v záujme ochrany a ďalšej liečby pacientky. Súd mal preukázané, že pacientka bola prevzatá v dôsledku jej nepriaznivého zdravotného stavu, najmä pre riziko z premeškania, verbálnu agresivitu voči príbuzným, paranoiditu, bludné koncepcie v myslení s dopadom na afektivitu a správanie. Na základe týchto zistení je pacientka nebezpečná voči sebe samej a okoliu, preto jej hospitalizácia na uzavretej časti psychiatrického oddelenia bola nevyhnutná a potrebná, preto súd v súlade s § 262 ods. 1 Civilného mimosporového poriadku rozhodol o prípustnosti jej prevzatia do zdravotníckeho zariadenia, a to i napriek jej nesúhlasu. Poučenie: Proti tomuto uzneseniu možno podať odvolanie v lehote 15 dní odo dňa jeho doručenia na Okresnom súde Liptovský Mikuláš písomne v 3 vyhotoveniach (§ 59 ods. 1 CMP).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 odvolacích dôvodov (§ 62 CMP).</w:t>
      </w:r>
    </w:p>
    <w:p/>
    <w:p>
      <w:r>
        <w:t>Zdroj: KAUZIS.SK – https://www.kauzis.sk/judikatura/r/ECLI:SK:OSLM:2026:5626200845.2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