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1Pu/5/2026 z 25. 3. 2026</w:t>
      </w:r>
    </w:p>
    <w:p>
      <w:r>
        <w:t>Uznesenie Okresného súdu Liptovský Mikuláš z 25. marca 2026, sp. zn. 1Pu/5/2026, ECLI:SK:OSLM:2026:5626201224.4</w:t>
      </w:r>
    </w:p>
    <w:p>
      <w:r>
        <w:t>Súd: Okresný súd Liptovský Mikuláš</w:t>
      </w:r>
    </w:p>
    <w:p>
      <w:r>
        <w:t>Spisová značka: 1Pu/5/2026</w:t>
      </w:r>
    </w:p>
    <w:p>
      <w:r>
        <w:t>ECLI: ECLI:SK:OSLM:2026:5626201224.4</w:t>
      </w:r>
    </w:p>
    <w:p>
      <w:r>
        <w:t>Dátum vydania: 25. 3.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1Pu/5/2026 5626201224 25. 03. 2026 JUDr. Katarína Podhorcová ECLI:SK:OSLM:2026:5626201224.4</w:t>
      </w:r>
    </w:p>
    <w:p>
      <w:r>
        <w:t>Uznesenie Okresný súd Liptovský Mikuláš v právnej veci umiestnenej: A. B., nar. X. XX. XXXX, trvale bytom C. XXX/X, XXX XX D. C. – D. E., hospitalizovaná v uzavretej časti psychiatrického oddelenia Liptovskej nemocnice s poliklinikou MUDr. Ivana Stodolu Liptovský Mikuláš, zastúpená procesnou opatrovníčkou F. G., nar. XX. XX. XXXX, bytom B. H. XXX/X, D. C., v konaní o prípustnosti prevzatia a držania v zdravotníckom zariadení, takto rozhodol: Prevzatie A. B., nar. X. XX. XXXX, zdravotníckym zariadením Liptovská nemocnica s poliklinikou MUDr. Ivana Stodolu Liptovský Mikuláš, so sídlom Palúčanská 25, Liptovský Mikuláš 031 23, IČO: 173 36 163, j e p r í p u s t n é. odôvodnenie: 1. Dňa 25. 3. 2026 psychiatrické oddelenie Liptovskej nemocnice s poliklinikou MUDr. Ivana Stodolu Liptovský Mikuláš tunajšiemu súdu oznámilo, že dňa 24. 3. 2026 bola prevzatá na uzavretú časť psychiatrického oddelenia A. B., nar. X. XX. XXXX, bez jej informovaného súhlasu. 2. Podľa § 6 ods. 9 písm. d) zákona číslo 576/2004 Z. z. o zdravotnej starostlivosti, službách súvisiacich s poskytovaním zdravotnej starostlivosti a o zmene a doplnení niektorých zákonov: Informovaný súhlas pacienta sa nevyžaduje v prípade ambulantnej starostlivosti alebo ústavnej starostlivosti, ak ide o osobu, ktorá v dôsledku duševnej choroby alebo s príznakmi duševnej poruchy ohrozuje seba alebo svoje okolie, alebo ak hrozí vážne zhoršenie jej zdravotného stavu. 3. Podľa § 262 ods. 1 Civilného mimosporového poriadku (ďalej len CMP): Súd rozhodne o prípustnosti prevzatia do zdravotníckeho zariadenia uznesením bez nariadenia pojednávania. 4. Podľa § 262 ods. 2 Civilného mimosporového poriadku: Súd vydá uznesenie do piatich dní od obmedzenia osobnej slobody umiestneného. 5. Po oboznámení sa s názorom ošetrujúcej lekárky I. E. J. a so zdravotnou dokumentáciou pacientky dňa 25. 3. 2026 súd zistil, že A. B. bola dňa 24. 3. 2026 privezená službou rýchlej zdravotnej pomoci (RZP) na uzavretú časť psychiatrického oddelenia Liptovskej nemocnice s poliklinikou MUDr. Ivana Stodolu Liptovský Mikuláš. RZP privolala jej dcéra F. G. pre vystupňované poruchy správania matky. Pacientka v domácom prostredí rozhadzovala veci, bola zmätená, nespala, mala dezorganizované správanie. Agresívna nebola. Hospitalizovaná bola z dôvodu rizika z premeškania. Pri príjme jej bola stanovená diagnóza F06.3, t. j. organická afektívna porucha, nebezpečná voči sebe samej a okoliu. Pri príjme bola apatická, plačlivá, nepokojná, afektívne labilná, psychomotoricky nepokojná, dezorientovaná, bola s ňou sťažená spolupráca, keďže verbálne nekomunikuje – expresívna fatická porucha. Hovorenému slovu rozumie, ale už nedokáže na otázky reálne odpovedať. Občas pokýva nejakou časťou tela. Pacientka vyžaduje 24-hodinovú osobnú starostlivosť. Jej psychický stav je dekompenzovaný. Pri príjme bola umiestnená na štandardné lôžko a fixovaná tzv. na kríž ( jedna ruka</w:t>
      </w:r>
    </w:p>
    <w:p>
      <w:r>
        <w:t>a jedna noha). Liečená je medikamentózne, podávaním len tabletiek. Jej aktuálny zdravotný stav je bez zmeny. Ide u nej o opakovanú (9) hospitalizáciu na psychiatrickom oddelení, so začiatkom od roku 2013. Ambulantnou formou sa lieči v tejto nemocnici u primárky C. K. L.. Na kontrole bola naposledy v júni 2025, lieky si vyzdvihla 11. 3. 2026. Predpokladaná doba hospitalizácie na uzavretej časti psychiatrického oddelenia závisí od jej zdravotného stavu, približne dva týždne. 6. Súd dňa 25. 3. 2026 podľa § 260 ods. 2 Civilného mimosporového poriadku pacientku v nemocnici len vzhliadol, kvôli jej celkovému nepriaznivému zdravotnému stavu. V úvode osobnej návštevy súdu pacientka ležala v posteli a spala. Po prebudení bola poučená o svoji procesných právach a povinnostiach. Na jednoduché otázky týkajúce sa jej osoby (ako sa volá, koľko má rokov), miesta (kde sa nachádza) neodpovedala. Občas nezrozumiteľne nevýrazne artikulovala, miestami zastonala, kývla hlavou. Nijakým zrozumiteľným verbálnym alebo neverbálnym spôsobom nekomunikovala. Vizuálne pôsobila unavene. Z uvedeného dôvodu súd upustil od jej výsluchu a vykonal len jej osobné vzhliadnutie. 7. Vykonaným dokazovaním mal súd preukázané, že prevzatie A. B. na uzavretú časť psychiatrického oddelenia Liptovskej nemocnice s poliklinikou MUDr. Ivana Stodolu Liptovský Mikuláš je prípustné. Prevzatie do ústavu zdravotníckej starostlivosti bolo v záujme ochrany a ďalšej liečby pacientky. Súd mal preukázané, že pacientka bola prevzatá v dôsledku jej nepriaznivého zdravotného stavu – najmä pre riziko z premeškania, dezorientáciu, napätosť, zmätenosť, dezorganizované správanie, celkovú dekompenzáciu psychického stavu, nebezpečná voči sebe samej a okoliu, preto jej hospitalizácia na uzavretej časti psychiatrického oddelenia bola nevyhnutná a potrebná, a na základe uvedeného, v súlade s § 262 ods. 1 Civilného mimosporového poriadku, súd rozhodol o jej prípustnosti. Poučenie: Proti tomuto uzneseniu možno podať odvolanie v lehote 15 dní odo dňa jeho doručenia na Okresnom súde Liptovský Mikuláš písomne v 3 vyhotoveniach (§ 59 ods. 1 CMP).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 62 CMP).</w:t>
      </w:r>
    </w:p>
    <w:p/>
    <w:p>
      <w:r>
        <w:t>Zdroj: KAUZIS.SK – https://www.kauzis.sk/judikatura/r/ECLI:SK:OSLM:2026:5626201224.4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