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5Pu/6/2026 z 13. 4. 2026</w:t>
      </w:r>
    </w:p>
    <w:p>
      <w:r>
        <w:t>Uznesenie Okresného súdu Liptovský Mikuláš z 13. apríla 2026, sp. zn. 5Pu/6/2026, ECLI:SK:OSLM:2026:5626201399.2</w:t>
      </w:r>
    </w:p>
    <w:p>
      <w:r>
        <w:t>Súd: Okresný súd Liptovský Mikuláš</w:t>
      </w:r>
    </w:p>
    <w:p>
      <w:r>
        <w:t>Spisová značka: 5Pu/6/2026</w:t>
      </w:r>
    </w:p>
    <w:p>
      <w:r>
        <w:t>ECLI: ECLI:SK:OSLM:2026:5626201399.2</w:t>
      </w:r>
    </w:p>
    <w:p>
      <w:r>
        <w:t>Dátum vydania: 13. 4. 2026</w:t>
      </w:r>
    </w:p>
    <w:p>
      <w:r>
        <w:t>Forma: Uznesenie</w:t>
      </w:r>
    </w:p>
    <w:p>
      <w:pPr>
        <w:pStyle w:val="Heading2"/>
      </w:pPr>
      <w:r>
        <w:t>Text rozhodnutia</w:t>
      </w:r>
    </w:p>
    <w:p>
      <w:r>
        <w:t>Súd: Spisová značka: Identifikačné číslo súdneho spisu: Dátum vydania rozhodnutia: Meno a priezvisko sudcu, VSÚ: ECLI:</w:t>
      </w:r>
    </w:p>
    <w:p>
      <w:r>
        <w:t>Okresný súd Liptovský Mikuláš 5Pu/6/2026 5626201399 13. 04. 2026 Mgr. Magdaléna Andreánska ECLI:SK:OSLM:2026:5626201399.2</w:t>
      </w:r>
    </w:p>
    <w:p>
      <w:r>
        <w:t>Uznesenie Okresný súd Liptovský Mikuláš, v právnej veci A. B., nar. XX. X. XXXX, trvale bytom C. XXXX/XX, XXX XX D. E. – F. E., hospitalizovanej v uzavretej časti psychiatrického oddelenia Liptovskej nemocnice s poliklinikou MUDr. Ivana Stodolu Liptovský Mikuláš, v konaní o prípustnosti prevzatia a držania v zdravotníckom zariadení, takto rozhodol: Prevzatie A. B., nar. XX. X. XXXX, zdravotníckym zariadením Liptovská nemocnica s poliklinikou MUDr. Ivana Stodolu Liptovský Mikuláš, so sídlom Palúčanská 25, Liptovský Mikuláš 031 23, IČO: 173 36 163, je prípustné. odôvodnenie: 1. Podaním zo dňa 10. 4. 2026 psychiatrické oddelenie Liptovskej nemocnice s poliklinikou MUDr. Ivana Stodolu Liptovský Mikuláš súdu oznámilo, že dňa 9. 4. 2026 bola prevzatá na uzavretú časť psychiatrického oddelenia A. B., nar. XX. X. XXXX, bez svojho informovaného súhlasu. 2. Podľa § 6 ods. 9 písm. d) zákona číslo 576/2004 Z. z. o zdravotnej starostlivosti, službách súvisiacich s poskytovaním zdravotnej starostlivosti a o zmene a doplnení niektorých zákonov, informovaný súhlas pacienta sa nevyžaduje v prípade ambulantnej starostlivosti alebo ústavnej starostlivosti, ak ide o osobu, ktorá v dôsledku duševnej choroby alebo s príznakmi duševnej poruchy ohrozuje seba alebo svoje okolie, alebo ak hrozí vážne zhoršenie jej zdravotného stavu. 3. Podľa § 262 ods. 1 Civilného mimosporového poriadku, súd rozhodne o prípustnosti prevzatia do zdravotníckeho zariadenia uznesením bez nariadenia pojednávania. 4. Podľa § 262 ods. 2 Civilného mimosporového poriadku, súd vydá uznesenie do piatich dní od obmedzenia osobnej slobody umiestneného. 5. Po oboznámení sa s názorom ošetrujúcej lekárky A. G. B. a so zdravotnou dokumentáciou pacientky dňa 10. 4. 2026 súd zistil, že A. B. bola dňa 9. 4. 2026 privezená službou rýchlej lekárskej pomoci, v sprievode polície, na urgentné traumatologické oddelenie Liptovskej nemocnice s poliklinikou MUDr. Ivana Stodolu Liptovský Mikuláš pre pád v domácom prostredí v ebriete. Záchranné zložky privolala dcéra, ktorá uviedla, že pacientka dlhodobo požíva alkohol, hladinkuje, dlhodobo sa slabo stravuje, je agresívna, neusmerniteľná, mala aj suicidálne proklamácie – vyhrážala sa vyskočením z balkóna. Začiatkom marca 2026 mala vystavené Parere k neodkladnej hospitalizácii od praktického lekára E. H. s cieľom zastavenia ťahu požívania alkoholu. Po ošetrení (po páde modriny na tele) bola pre poruchy správania dňa 9. 4. 2026 preložená na uzavretú časť psychiatrického oddelenia tejto nemocnice. Pri príjme jej boli stanovené diagnózy F10.0, t. j. porucha psychiky a správania zapríčinená užívaním alkoholu: akútna intoxikácia a F10.2, t. j. porucha psychiky a správania zapríčinená užívaním alkoholu: syndróm závislosti, nebezpečná voči sebe samej. Bola dezorientovaná miestom, časom a situáciou, mala narušenú luciditu, náladu modifikovanú ebrietou, výrazne dysforická, napätá,</w:t>
      </w:r>
    </w:p>
    <w:p>
      <w:r>
        <w:t>odmietavá, negativistická, nekritická k svojmu zdravotnému stavu, paranoidne nastavená voči personálu oddelenia, nespolupracovala, dlhodobejšie prejavy dyssomnie a hyporexia. Negovala úraz alebo bolesti, na položené otázky nechcela validne odpovedať, neboli vylúčené vizuálne halucinácie, keď opakovane uvádzala, že je doma. Prejavoval sa u nej odvykací stav, tremor celého tela, neistá chôdza, zvýšená podráždenosť. V krvi jej bol zistený etanol 2,6 g/l, čo predstavuje 2,6 ‰, tlak mala 159/87. Jej zdravotný stav si vyžadoval umiestnenie do seklúznej miestnosti, s fixáciou nakríž (jedna ruka, jedna noha). Pacientka je liečená medikamentózne, podávaním tabletiek. Jej aktuálny zdravotný stav ku dňu 10. 4. 2026 bol bez zmeny, naďalej pretrváva odvykací stav, tremor tela, sťažená spolupráca, je dysforická, odmietavá, nekritická. Ide u nej o prvú hospitalizáciu na psychiatrickom oddelení, ambulantnou formou sa psychiatricky nelieči. Predpokladaná doba hospitalizácie pacientky na uzavretej časti psychiatrického oddelenia závisí od jej zdravotného stavu, približne jeden týždeň. 6. Podľa prijímacej lekárskej správy zo dňa 9. 4. 2026 pacientka k svojej osobe a k okolnostiam veci uviedla: „Nechajte ma, ako ste sa ku mne domov dostali. Teraz sme u mňa doma, odkiaľ si mala kľúče. Dobrú noc – nejdem odpovedať na otázky. Čo ťa do toho, či som spadla. Nič ma nebolí – dobrú noc. Nebolí ma ani hlava – dobrú noc! Nemám zranenie žiadne – dobrú noc. Samozrejme, že som aj jedla a pila – dobrú noc! Alkohol nepijem – čo ťa do toho!“ 7. Vzhľadom na to, že výsluch pacientky bolo možné vykonať, súd ju dňa 10. 4. 2026 vyslúchol na uzavretej časti psychiatrického oddelenia. Pacientka po procesnom poučení k veci uviedla, že sa nechce k veci vyjadrovať. 8. Vykonaným dokazovaním mal súd preukázané, že prevzatie A. B. na uzavretú časť psychiatrického oddelenia Liptovskej nemocnice s poliklinikou MUDr. Ivana Stodolu Liptovský Mikuláš je prípustné. Prevzatie do ústavu zdravotníckej starostlivosti bolo v záujme ochrany a ďalšej liečby pacientky. Súd mal preukázané, že pacientka bola prevzatá v dôsledku jej nepriaznivého zdravotného stavu, najmä pre riziko z premeškania, agresivitu v domácom prostredí, suicidálne proklamácie, narušenú luciditu, dezorientáciu, nepredvídateľnosť správania, neusmerniteľnosť, prejavy odvykacieho stavu, v dôsledku dlhodobého požívania alkoholu. Z uvedených dôvodov je nebezpečná najmä voči sebe samej, preto jej hospitalizácia na uzavretej časti psychiatrického oddelenia bola nevyhnutná a potrebná, a na základe uvedeného, v súlade s § 262 ods. 1 Civilného mimosporového poriadku súd rozhodol o jej prípustnosti. Poučenie: Proti tomuto uzneseniu je prípustné odvolanie v lehote 15 dní odo dňa jeho doručenia na Okresnom súde Liptovský Mikuláš, písomne v 3 vyhotoveniach (§ 59 ods. 1 CMP). Odvolanie môže podať účastník, v ktorého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r>
        <w:t>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 62 ods. 3 CMP).</w:t>
      </w:r>
    </w:p>
    <w:p/>
    <w:p>
      <w:r>
        <w:t>Zdroj: KAUZIS.SK – https://www.kauzis.sk/judikatura/r/ECLI:SK:OSLM:2026:5626201399.2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