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Liptovský Mikuláš sp. zn. 21C/32/2026 z 20. 8. 2026</w:t>
      </w:r>
    </w:p>
    <w:p>
      <w:r>
        <w:t>Rozsudok Okresného súdu Liptovský Mikuláš z 20. augusta 2026, sp. zn. 21C/32/2026, ECLI:SK:OSLM:2026:5626201451.2</w:t>
      </w:r>
    </w:p>
    <w:p>
      <w:r>
        <w:t>Súd: Okresný súd Liptovský Mikuláš</w:t>
      </w:r>
    </w:p>
    <w:p>
      <w:r>
        <w:t>Spisová značka: 21C/32/2026</w:t>
      </w:r>
    </w:p>
    <w:p>
      <w:r>
        <w:t>ECLI: ECLI:SK:OSLM:2026:5626201451.2</w:t>
      </w:r>
    </w:p>
    <w:p>
      <w:r>
        <w:t>Dátum vydania: 20. 8.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21C/32/2026 5626201451 20. 08. 2026 JUDr. Daniel Marcián ECLI:SK:OSLM:2026:5626201451.2</w:t>
      </w:r>
    </w:p>
    <w:p>
      <w:r>
        <w:t>ROZSUDOK V MENE SLOVENSKEJ REPUBLIKY Okresný súd Liptovský Mikuláš sudcom JUDr. Danielom Marciánom v spore žalobcu : A. B., nar. X. XX. XXXX, bytom C. XXX, zastúpeného JUDr. Ondrejom Zacharom, advokátom, 1. mája 1018/81, Liptovský Mikuláš proti žalovanej : D. B., nar. X. XX. XXXX, bytom C. XXX, o zrušenie bezpodielového spoluvlastníctva manželov za trvania manželstva, takto rozhodol: I. Z r u š u j e bezpodielové spoluvlastníctvo manželov žalobcu a žalovanej, ktoré vzniklo uzatvorením ich manželstva X. X. XXXX E. F. A., ktoré je zapísané v knihe manželstiev matričného úradu F. A., E. F. X, G. XXXX, H. I. XXX, A. A. B. X. II.</w:t>
      </w:r>
    </w:p>
    <w:p>
      <w:r>
        <w:t>Žalobca n e m á n á r o k na náhradu trov konania. odôvodnenie:</w:t>
      </w:r>
    </w:p>
    <w:p>
      <w:r>
        <w:t>Vzhľadom na to, že strany sporu sa na pojednávaní 20. 8. 2026 vzdali práva podať odvolanie voči vyhlásenému rozsudku, písomné vyhotovenie tohto rozsudku podľa § 221 písm. a) Civilného sporového poriadku neobsahuje žiadne odôvodnenie. Poučenie: Proti tomuto rozsudku odvolanie nie je prípustné.</w:t>
      </w:r>
    </w:p>
    <w:p/>
    <w:p>
      <w:r>
        <w:t>Zdroj: KAUZIS.SK – https://www.kauzis.sk/judikatura/r/ECLI:SK:OSLM:2026:5626201451.2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