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9P/90/2024 z 1. 10. 2024</w:t>
      </w:r>
    </w:p>
    <w:p>
      <w:r>
        <w:t>Rozsudok Okresného súdu Malacky z 1. októbra 2024, sp. zn. 9P/90/2024, ECLI:SK:OSMA:2024:1624201632.2</w:t>
      </w:r>
    </w:p>
    <w:p>
      <w:r>
        <w:t>Súd: Okresný súd Malacky</w:t>
      </w:r>
    </w:p>
    <w:p>
      <w:r>
        <w:t>Spisová značka: 9P/90/2024</w:t>
      </w:r>
    </w:p>
    <w:p>
      <w:r>
        <w:t>ECLI: ECLI:SK:OSMA:2024:1624201632.2</w:t>
      </w:r>
    </w:p>
    <w:p>
      <w:r>
        <w:t>Dátum vydania: 1.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9P/90/2024 1624201632 01. 10. 2024 JUDr. Jana Kurnotová ECLI:SK:OSMA:2024:1624201632.2</w:t>
      </w:r>
    </w:p>
    <w:p>
      <w:r>
        <w:t>ROZSUDOK V MENE SLOVENSKEJ REPUBLIKY Okresný súd Malacky, sudkyňou JUDr. Janou Kurnotovou, v právnej veci navrhovateľa – manžela A. B. C., nar. XX.XX.XXXX, trvale bytom D. XX, E. a manželky A. E. C., F. G., nar. XX.XX.XXXX, trvale bytom G. E. XXXX/XX, H., zast. JUDr. Tatianou Dlhošovou, advokátkou so sídlom Lazaretská 23, Bratislava, o rozvod manželstva a úpravu pomerov manželov na čas po rozvode k maloletej I. C., nar. XX.XX.XXXX, bytom ako rodičia, zast. Úradom práce, sociálnych vecí a rodiny Malacky, so sídlom Záhorácka 2942/60A, Malacky, takto rozhodol: Súd manželstvo B. C., nar. XX.XX.XXXX a E. C., F. G., nar. XX.XX.XXXX, uzavreté dňa XX.XX.XXXX J. H. - E. K., zapísané v knihe manželstiev Matričného úradu H. - E. K., vo zväzku XX, ročník XXXX, na strane XXX, pod poradovým číslom XXX rozvádza. Súd schvaľuje nasledovnú rodičovskú dohodu: „Maloletá I. C., nar. XX.XX.XXXX, sa na čas po rozvode manželstva zveruje do striedavej osobnej starostlivosti oboch rodičov s týždenným intervalom striedania tak, že otec si maloletú každý párny pondelok o 16.00 hod. prevezme zo školského zariadenia, ktoré maloletá aktuálne navštevuje a matka si maloletú v každý nepárny pondelok o 16.00 hod. prevezme zo školského zariadenia, ktoré maloletá aktuálne navštevuje, okrem času sviatkov a prázdnin určených osobitne. Počas vianočných sviatkov a prázdnin bude osobnú starostlivosť o maloletú zabezpečovať matka v párny kalendárny rok v čase od 23.12. od 9.00 hod. do 30.12. do 16.00 hod. a otec od 30.12. od 16.00 hod. do 7. januára nasledujúceho kalendárneho roka do 16.00 hod. V nepárny kalendárny rok bude osobnú starostlivosť o maloletú zabezpečovať otec v čase od 23.12. od 9.00 hod. do 30.12. do 16.00 hod. a matka od 30.12. od 16.00 hod. do 7. januára nasledujúceho kalendárneho roka do 16.00 hod. Počas letných prázdnin každý párny kalendárny rok osobnú starostlivosť o maloletú bude zabezpečovať matka v čase od 01.07. od 09.00 hod. do 15.07. do 16.00 hod. a otec od 15.07. od 16.00 hod. do 01.08. do 09.00 hod.; matka od 01.08. od 09.00 hod. do 15.08. do 16.00 hod. a otec od 15.08. od 16.00 hod. do 31.08. do 16.00 hod. Počas letných prázdnin každý nepárny kalendárny rok osobnú starostlivosť o maloletú bude zabezpečovať otec v čase od 01.07. od 09.00 hod. do 15.07. do 16.00 hod. a matka od 15.07. od 16.00 hod. do 01.08. do 09.00 hod.; otec od 01.08. od 09.00 hod. do 15.08. do 16.00 hod. a matka od 15.08. od 16.00 hod. do 31.08. do 16.00 hod. Počas jarných prázdnin osobnú starostlivosť o maloletú bude zabezpečovať matka každý párny kalendárny rok od piatka od 16.00 hod. pred jarnými prázdninami, do nedele nasledujúceho týždňa do 16.00 hod. a otec každý nepárny kalendárny rok od piatka od 16.00 hod. pred jarnými prázdninami, do nedele nasledujúceho týždňa do 16.00 hod.</w:t>
      </w:r>
    </w:p>
    <w:p>
      <w:r>
        <w:t>Počas veľkonočných prázdnin osobnú starostlivosť o maloletú bude zabezpečovať matka každý nepárny kalendárny rok od stredy od 16.00 hod. pred veľkonočnými prázdninami, do utorka nasledujúceho týždňa do 16.00 hod. a otec každý párny kalendárny rok od stredy od 16.00 hod. pred veľkonočnými prázdninami, do utorka nasledujúceho týždňa do 16.00 hod. Miestom odovzdania a prevzatia maloletej v čase, keď sa maloletá v školskom zariadení nenachádza, bude bydlisko odovzdávajúceho rodiča. Zastupovať maloletú a spravovať jej majetok sú oprávnení obaja rodičia. Otec sa zaväzuje prispievať na výživu maloletej I. výživným vo výške 100 Eur mesačne, a to vždy do 15. dňa v mesiaci vopred k rukám matky počnúc dňom právoplatnosti rozsudku vo výroku o rozvode manželstva.“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 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https://www.kauzis.sk/judikatura/r/ECLI:SK:OSMA:2024:1624201632.2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