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Malacky sp. zn. 8Pc/1/2025 z 1. 7. 2025</w:t>
      </w:r>
    </w:p>
    <w:p>
      <w:r>
        <w:t>Rozsudok Okresného súdu Malacky z 1. júla 2025, sp. zn. 8Pc/1/2025, ECLI:SK:OSMA:2025:1625200097.2</w:t>
      </w:r>
    </w:p>
    <w:p>
      <w:r>
        <w:t>Súd: Okresný súd Malacky</w:t>
      </w:r>
    </w:p>
    <w:p>
      <w:r>
        <w:t>Spisová značka: 8Pc/1/2025</w:t>
      </w:r>
    </w:p>
    <w:p>
      <w:r>
        <w:t>ECLI: ECLI:SK:OSMA:2025:1625200097.2</w:t>
      </w:r>
    </w:p>
    <w:p>
      <w:r>
        <w:t>Dátum vydania: 1. 7.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8Pc/1/2025 1625200097 01. 07. 2025 JUDr. Andrea Kralovičová ECLI:SK:OSMA:2025:1625200097.2</w:t>
      </w:r>
    </w:p>
    <w:p>
      <w:r>
        <w:t>ROZSUDOK V MENE SLOVENSKEJ REPUBLIKY Okresný súd Malacky, sudkyňou JUDr. Andreou Kralovičovou, v právnej veci navrhovateľa – manžela A. B., nar. XX.XX.XXXX, bytom C., C. XXX/X, proti manželke D. B., nar. XX.XX.XXXX, bytom C., C. XXX/ X, v konaní o návrhu na rozvod manželstva, takto rozhodol: Súd manželstvo A. B., nar. XX.XX.XXXX v E. a D. B., F. G., nar. XX.XX.XXXX v H., uzavreté dňa XX.XX.XXXX v C., zapísané v knihe manželstiev matričného úradu C., vo zväzku X, ročník XXXX, na strane XXX, pod poradovým číslom X, rozvádza. Žiaden z účastníkov nemá nárok na náhradu trov konania. Podľa § 221 ods. 1 Civilného sporového poriadku, tento rozsudok neobsahuje odôvodnenie, nakoľko bol vyhlásený na pojednávaní za prítomnosti všetkých strán alebo ich zástupcov, ktorí sa vzdali odvolania. Poučenie: Proti tomuto rozsudku nemožno podať odvolanie, pretože účastníci konania sa po vyhlásení rozsudku vzdali práva podať odvolanie v zmysle § 368 ods. 1 Civilného sporového poriadku. Manžel, ktorý prijal priezvisko druhého manžela, môže do troch mesiacov po právoplatnosti výroku o rozvode, oznámiť orgánu štátnej správy poverenému vedením matriky, že prijíma opäť svoje predošlé priezvisko.</w:t>
      </w:r>
    </w:p>
    <w:p/>
    <w:p>
      <w:r>
        <w:t>Zdroj: KAUZIS.SK – https://www.kauzis.sk/judikatura/r/ECLI:SK:OSMA:2025:1625200097.2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