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9Pc/5/2026 z 26. 3. 2026</w:t>
      </w:r>
    </w:p>
    <w:p>
      <w:r>
        <w:t>Rozsudok Okresného súdu Malacky z 26. marca 2026, sp. zn. 9Pc/5/2026, ECLI:SK:OSMA:2026:1626200216.1</w:t>
      </w:r>
    </w:p>
    <w:p>
      <w:r>
        <w:t>Súd: Okresný súd Malacky</w:t>
      </w:r>
    </w:p>
    <w:p>
      <w:r>
        <w:t>Spisová značka: 9Pc/5/2026</w:t>
      </w:r>
    </w:p>
    <w:p>
      <w:r>
        <w:t>ECLI: ECLI:SK:OSMA:2026:1626200216.1</w:t>
      </w:r>
    </w:p>
    <w:p>
      <w:r>
        <w:t>Dátum vydania: 26.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9Pc/5/2026 1626200216 26. 03. 2026 JUDr. Jana Kurnotová ECLI:SK:OSMA:2026:1626200216.1</w:t>
      </w:r>
    </w:p>
    <w:p>
      <w:r>
        <w:t>ROZSUDOK V MENE SLOVENSKEJ REPUBLIKY Okresný súd Malacky, sudkyňou JUDr. Janou Kurnotovou, v konaní navrhovateľky - manželky A. B., C. A., nar. XX.XX.XXXX, št. prísl. Slovenskej republiky trvale bytom D. E. XXX/XX, F., zast. Mgr. Silvia Moravčíková, advokátka so sídlom Mikulášska 29, Bratislava a manžela G. B., nar. XX.XX.XXXX, št. prísl. Chorvátskej republiky, trvale bytom D. E. XXX/XX, F., o rozvod manželstva, takto rozhodol: Súd manželstvo A. B., C. A., nar. XX.XX.XXXX a G. B., nar. XX.XX.XXXX, uzavreté dňa XX.XX.XXXX v E. - A., zapísané v knihe manželstiev matričného úradu E. - A., vo zväzku XX, ročník XXXX, na strane XXX, pod poradovým číslom XXX, rozvádza. Žiaden z účastníkov n e m á nárok na náhradu trov konania. Poučenie: Podľa § 221 písm. a) Civilného sporového poriadku, tento rozsudok neobsahuje odôvodnenie, pretože bol vyhlásený na pojednávaní za prítomnosti všetkých účastníkov alebo ich zástupcov, ktorí sa vzdali odvolania. Proti tomuto rozsudku nemožno podať odvolanie, pretože účastníci konania sa po vyhlásení rozsudku vzdali práva podať odvolanie v zmysle § 368 Civilného sporového poriadku. Manžel, ktorý pri uzavretí manželstva prijal priezvisko druhého manžela, môže do troch mesiacov po právoplatnosti rozhodnutia o rozvode manželstva matričnému úradu oznámiť, že prijíma opäť svoje predošlé priezvisko.</w:t>
      </w:r>
    </w:p>
    <w:p/>
    <w:p>
      <w:r>
        <w:t>Zdroj: KAUZIS.SK – https://www.kauzis.sk/judikatura/r/ECLI:SK:OSMA:2026:1626200216.1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