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29Pu/1/2025 z 13. 1. 2025</w:t>
      </w:r>
    </w:p>
    <w:p>
      <w:r>
        <w:t>Uznesenie Okresného súdu Michalovce z 13. januára 2025, sp. zn. 29Pu/1/2025, ECLI:SK:OSMI:2025:7725200083.2</w:t>
      </w:r>
    </w:p>
    <w:p>
      <w:r>
        <w:t>Súd: Okresný súd Michalovce</w:t>
      </w:r>
    </w:p>
    <w:p>
      <w:r>
        <w:t>Spisová značka: 29Pu/1/2025</w:t>
      </w:r>
    </w:p>
    <w:p>
      <w:r>
        <w:t>ECLI: ECLI:SK:OSMI:2025:7725200083.2</w:t>
      </w:r>
    </w:p>
    <w:p>
      <w:r>
        <w:t>Dátum vydania: 13. 1.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29Pu/1/2025 7725200083 13. 01. 2025 JUDr. Ing. Marianna Kertésová ECLI:SK:OSMI:2025:7725200083.2</w:t>
      </w:r>
    </w:p>
    <w:p>
      <w:r>
        <w:t>Uznesenie Okresný súd Michalovce v právnej veci A. B., nar. XX.X.XXXX , trvale bytom C. XX, C. , t.č. umiestnenej v Psychiatrickej nemocnici Michalovce, n.o., Areál Psychiatrickej nemocnice, A., XXX XX C., v konaní o prípustnosti prevzatia do zdravotníckeho zariadenia, takto rozhodol: P r e v z a t i e A. B., nar. XX.X.XXXX do zdravotníckeho zariadenia Psychiatrickej nemocnice Michalovce, n.o. dňa 10.1.2025 bolo p r í p u s t n é . odôvodnenie: 1./ Psychiatrická nemocnica Michalovce, n.o., písomným podaním doručeným súdu dňa 10.1.2025 oznámila, že dňa 10.1.2025 prevzala do svojho zariadenia A. B. , nar. XX.X.XXXX, bez jej súhlasu. 2./ Uznesením č. k. 29Pu/1/2025-4 zo dňa 13.1.2025 súd začal konanie o prípustnosti prevzatia A. B., nar. XX.X.XXXX do zdravotníckeho zariadenia. 3./ Súd vykonal vo veci dokazovanie vyžiadaním stanoviska od ošetrujúceho lekára, oboznámením sa so zdravotnou dokumentáciou umiestnenej a výsluchom umiestnenej. 4./ Z výpovede ošetrujúceho lekára umiestnenej C. A. D. bolo zistené, že o opakovanú/naposledy pred tromi dňami, vrátila sa z ARO hospitalizáciu na psychiatrickom oddelení. Pacientka bola na oddelenie privezená RZP ako preklad z ARA. Mala zhoršený stav pre schizofréniu. Pacientka už pri prijatí odmietla súhlas s hospitalizáciou. 5./ Pri prijatí pacientky v popredí klinického obrazu : ležala na lôžku, verbálny kontakt nenadviazala, katatonia, kontakt s realitou narušený 6./ K aktuálnemu stavu umiestnenej ošetrujúci lekár uviedol, že očný kontakt nadviaže, ale neudrží. Viacmenej je stav bezozmeny, je imobilná, neodpovedá. V prípade predčasného prepustenia z ústavnej starostlivosti môže byť nebezpečná pre seba. Pacientke je podávaná infúzna terapia, benzamidy , jej liečba zatiaľ nie je ukončená. 7./ Súd sa oboznámil so zdravotnou dokumentáciou umiestnenej , z ktorej zistil, že u menovanej sa jedná o závažné duševné ochorenie s diagnózou F 20.2 katatonická schizofrénia 8./ V súlade s ustanovením § 260 ods. 2 Civilného mimosporového poriadku súd od výsluchu umiestnenej A. B., nar. XX.X.XXXX, upustil, nakoľko tento neodporúčala ošetrujúca lekárka, vzhľadom na jej aktuálny stav by výsluch pacientky mohol byť na ujmu jej zdravotného stavu. Súd preto umiestnenú vzhliadol na jej izbe č.3 lôžko 1. Pacientka je ležiaca, plienkovaná, nekomunikuje, očný kontakt nadviazala.</w:t>
      </w:r>
    </w:p>
    <w:p>
      <w:r>
        <w:t>9./ Podľa § 262 ods. 1 Civilného mimosporového poriadku, súd rozhodne o prípustnosti prevzatia do zdravotníckeho zariadenia uznesením bez nariadenia pojednávania. 10./ Podľa § 263 Civilného mimosporového poriadku, zdravotnícke zariadenie umiestneného okamžite prepustí, ak súd rozhodol, že prevzatie do zdravotníckeho zariadenia bolo neprípustné. 11./ Podľa § 264 Civilného mimosporového poriadku, zdravotnícke zariadenie je vždy oprávnené umiestneného prepustiť, a to aj keď súd rozhodol, že prevzatie do zdravotníckeho zariadenia bolo prípustné. 12./ Súd vykonaným dokazovaním dospel k záveru, že zdravotný a psychický stav umiestnenej pacientky je taký, že pacientka nedokáže posúdiť v akom stave je, v dôsledku čoho, vzhľadom na duševnú poruchu, ktorá je u nej diagnostikovaná, ohrozuje svoje zdravie, a preto súd podľa § 262 ods. 1 Civilného mimosporového poriadku rozhodol tak, ako je to uvedené výrokovej časti tohto uznesenia, že prevzatie umiestnenej A. B., nar. XX.X.XXXX do zdravotníckeho zariadenia bolo prípustné. Súd sa pri rozhodovaní oprel predovšetkým o odborné posúdenie zdravotného a psychického stavu umiestnenej jej ošetrujúcim lekárom. 13./ O prípustnosti ďalšieho držania umiestneného v zdravotníckom zariadení bez jeho výslovného súhlasu súd rozhodne osobitným rozhodnutím podľa ustanovenia § 265 a nasledujúcich Civilného mimosporového poriadku. 14./ Podľa § 264 Civilného mimosporového poriadku zdravotnícke zariadenie je vždy oprávnené umiestneného prepustiť, a to aj keď súd rozhodol, že prevzatie do zdravotníckeho zariadenia bolo prípustné. Poučenie: Proti tomuto uzneseniu možno podať odvolanie v lehote do 15 dní odo dňa jeho doručenia na Krajský súd v Prešove, prostredníctvom tunajšieho súdu.</w:t>
      </w:r>
    </w:p>
    <w:p/>
    <w:p>
      <w:r>
        <w:t>Zdroj: KAUZIS.SK – https://www.kauzis.sk/judikatura/r/ECLI:SK:OSMI:2025:7725200083.2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