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Michalovce sp. zn. 11Pu/1/2026 z 15. 1. 2026</w:t>
      </w:r>
    </w:p>
    <w:p>
      <w:r>
        <w:t>Uznesenie Okresného súdu Michalovce z 15. januára 2026, sp. zn. 11Pu/1/2026, ECLI:SK:OSMI:2026:7726200098.2</w:t>
      </w:r>
    </w:p>
    <w:p>
      <w:r>
        <w:t>Súd: Okresný súd Michalovce</w:t>
      </w:r>
    </w:p>
    <w:p>
      <w:r>
        <w:t>Spisová značka: 11Pu/1/2026</w:t>
      </w:r>
    </w:p>
    <w:p>
      <w:r>
        <w:t>ECLI: ECLI:SK:OSMI:2026:7726200098.2</w:t>
      </w:r>
    </w:p>
    <w:p>
      <w:r>
        <w:t>Dátum vydania: 15. 1.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11Pu/1/2026 7726200098 15. 01. 2026 JUDr. Michal Guľaš ECLI:SK:OSMI:2026:7726200098.2</w:t>
      </w:r>
    </w:p>
    <w:p>
      <w:r>
        <w:t>Uznesenie Okresný súd Michalovce v právnej veci A. A., nar. XX.XX.XXXX , trvale bytom B. XXX, A., umiestnenej v ONDAVA - Domov sociálnych služieb, Rakovec nad Ondavou 45, t.č. umiestnenej v Psychiatrickej nemocnici Michalovce, n.o., Areál Psychiatrickej nemocnice, C., XXX XX A., v konaní o prípustnosti prevzatia do zdravotníckeho zariadenia, takto rozhodol: P r e v z a t i e A. A., nar. XX.XX.XXXX do zdravotníckeho zariadenia Psychiatrickej nemocnice Michalovce, n.o. dňa 12.1.2026 bolo p r í p u s t n é . odôvodnenie: 1./ Psychiatrická nemocnica Michalovce, n.o., písomným podaním doručeným súdu dňa 12.01.2026 oznámila, že dňa 12.1.2026 pacientka A. A., nar. XX.XX.XXXX (ďalej len umiestnená ) odvolala svoj súhlas s poskytovaním ďalšej ústavnej starostlivosti. 2./ Uznesením č. k. 11Pu/1/2026-4 zo dňa 12.1.2026 súd začal konanie o prípustnosti prevzatia A. A., nar. XX.XX.XXXX do zdravotníckeho zariadenia. 3./ Súd vykonal vo veci dokazovanie vyžiadaním stanoviska od ošetrujúceho lekára, oboznámením sa so zdravotnou dokumentáciou umiestnenej a výsluchom umiestnenej. 4./ Z výpovede ošetrujúceho lekára umiestnenej A. D. E. bolo zistené, že sa jedná o opakovanú hospitalizáciu , naposledy v roku 2025 následne bola v Rožňave, mala krátkodobú liečbu a potom sa pokúsila o samovraždu na podprsenke. Umiestnená je riziková. Pacientka bola na oddelenie privezená RZP pre suicidálny pokus o samovraždu. 5./ Pri prijatí pacientky v popredí klinického obrazu : suicidálny pokus, depresívna nálada bludné produkcie paranoidita 6./ K aktuálnemu stavu umiestnenej ošetrujúci lekár uviedol, že Aktívne negativistická, naďalej suicidálne prejavy, paranoidná, bludné obsahy v myslení pretŕvavajú. Pacientka v prípade predčasného prepustenia z ústavnej starostlivosti môže byť nebezpečná pre seba. Pacientke sú podávané antipsychotiká, antidepresívá, stabilizátor nálady, hypnotiká, , pričom táto nie je ukončená. 7./ Súd sa oboznámil so zdravotnou dokumentáciou umiestnenej , z ktorej zistil, že u menovanej sa jedná o závažné duševné ochorenie s diagnózou</w:t>
      </w:r>
    </w:p>
    <w:p>
      <w:r>
        <w:t>F 20.0 paranoidná schizofrénia. 8./ Umiestnená A. A., nar. XX.XX.XXXX vo svojej výpovedi uviedla , že sa zdrží odpovede, prečo tu nechce byť hospitalizovaná. . Mala samovražedné myšlienky. Bola tu 5 rokov dozadu. Navštevuje psychiatra. Cíti sa lepšie. Strava je celkom dobrá. Personál je milý. 9./ Podľa § 262 ods. 1 Civilného mimosporového poriadku, súd rozhodne o prípustnosti prevzatia do zdravotníckeho zariadenia uznesením bez nariadenia pojednávania. 10./ Podľa § 263 Civilného mimosporového poriadku, zdravotnícke zariadenie umiestneného okamžite prepustí, ak súd rozhodol, že prevzatie do zdravotníckeho zariadenia bolo neprípustné. 11./ Podľa § 264 Civilného mimosporového poriadku, zdravotnícke zariadenie je vždy oprávnené umiestneného prepustiť, a to aj keď súd rozhodol, že prevzatie do zdravotníckeho zariadenia bolo prípustné. 12./ Súd vykonaným dokazovaním dospel k záveru, že zdravotný a psychický stav umiestnenej pacientky je taký, že pacientka nedokáže posúdiť v akom stave je, v dôsledku čoho, vzhľadom na duševnú poruchu, ktorá je u nej diagnostikovaná, ohrozuje svoje zdravie, a preto súd podľa § 262 ods. 1 Civilného mimosporového poriadku rozhodol tak, ako je to uvedené výrokovej časti tohto uznesenia, že prevzatie umiestnenej A. A., nar. XX.XX.XXXX do zdravotníckeho zariadenia bolo prípustné. Súd sa pri rozhodovaní oprel predovšetkým o odborné posúdenie zdravotného a psychického stavu umiestnenej jej ošetrujúcim lekárom. 13./ O prípustnosti ďalšieho držania umiestneného v zdravotníckom zariadení bez jeho výslovného súhlasu súd rozhodne osobitným rozhodnutím podľa ustanovenia § 265 a nasledujúcich Civilného mimosporového poriadku. 14./ Podľa § 264 Civilného mimosporového poriadku zdravotnícke zariadenie je vždy oprávnené umiestneného prepustiť, a to aj keď súd rozhodol, že prevzatie do zdravotníckeho zariadenia bolo prípustné. Poučenie: Proti tomuto uzneseniu možno podať odvolanie v lehote do 15 dní odo dňa jeho doručenia na Krajský súd v Prešove, prostredníctvom tunajšieho súdu.</w:t>
      </w:r>
    </w:p>
    <w:p/>
    <w:p>
      <w:r>
        <w:t>Zdroj: KAUZIS.SK – https://www.kauzis.sk/judikatura/r/ECLI:SK:OSMI:2026:7726200098.2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