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4Pu/5/2026 z 8. 5. 2026</w:t>
      </w:r>
    </w:p>
    <w:p>
      <w:r>
        <w:t>Uznesenie Okresného súdu Námestovo z 8. mája 2026, sp. zn. 4Pu/5/2026, ECLI:SK:OSNO:2026:5826201166.2</w:t>
      </w:r>
    </w:p>
    <w:p>
      <w:r>
        <w:t>Súd: Okresný súd Námestovo</w:t>
      </w:r>
    </w:p>
    <w:p>
      <w:r>
        <w:t>Spisová značka: 4Pu/5/2026</w:t>
      </w:r>
    </w:p>
    <w:p>
      <w:r>
        <w:t>ECLI: ECLI:SK:OSNO:2026:5826201166.2</w:t>
      </w:r>
    </w:p>
    <w:p>
      <w:r>
        <w:t>Dátum vydania: 8. 5.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4Pu/5/2026 5826201166 08. 05. 2026 Mgr. Vanda Mikulášová ECLI:SK:OSNO:2026:5826201166.2</w:t>
      </w:r>
    </w:p>
    <w:p>
      <w:r>
        <w:t>Uznesenie Okresný súd Námestovo v právnej veci proti A. B., nar. XX.XX.XXXX, trvale bytom C. D. XXX, v konaní o vyslovenie prípustnosti použitia obmedzovacích prostriedkov v zdravotníckom zariadení, takto rozhodol: I. Súd vyslovuje, že obmedzenie vo voľnom pohybe a styku s vonkajším svetom použitím obmedzovacích prostriedkov vo forme mechanického obmedzenia - použitia popruhov u A. B., nar. XX.XX.XXXX v Hornooravskej nemocnici s poliklinikou Trstená, psychiatrické oddelenie, so sídlom Mieru 549/16, Trstená, IČO: 00 634 891, dňa 05.05.2026 o 17.20. hod, bolo dôvodné. II. Žiaden z účastníkov nemá nárok na náhradu trov konania. odôvodnenie: 1. E. F. B. G. H. (ďalej len „zdravotnícke zariadenie“) dňa 06.05.2026 tunajšiemu súdu oznámila obmedzenie použitím mechanických obmedzovacích prostriedkov u umiestneného A. B., ktorý bol hospitalizovaný dňa 05.05.2026 o 17.13. hod., pričom dňa 05.05.2026 o 17.20 hod. bol u pacienta použitý obmedzovací prostriedok (mechanické popruhy). 2. Súd Uznesením č. k. 4Pu/5/2026-6 zo dňa 07.05.2026 začal konanie o prípustnosti použitia obmedzovacích prostriedkov prevzatia a držania v zdravotníckom zariadení umiestneného pacienta. 3. Podľa § 2 ods. 40 zákona č. 576/2004 Z. z. o zdravotnej starostlivosti, službách súvisiacich s poskytovaním zdravotnej starostlivosti a o zmene a doplnení niektorých zákonov (ďalej len „zákon č. 576/2004 Z. z.“), obmedzovací prostriedok je opatrenie pri poskytovaní zdravotnej starostlivosti, ktorého účelom je odvrátenie nebezpečného konania pacienta, ktoré smeruje k priamemu ohrozeniu života alebo k priamemu ohrozeniu zdravia pacienta alebo iných fyzických osôb obmedzením jeho voľného pohybu. 4. Obmedzovacím prostriedkom je a) fyzické obmedzenie, b) mechanické obmedzenie, c) farmakologické obmedzenie, d) izolácia. 5. Podľa § 6 ods. 1 písm. b) zákona č. 576/2004 Z. z., ošetrujúci zdravotnícky pracovník je povinný informovať o účele, povahe, následkoch a rizikách poskytnutia zdravotnej starostlivosti, o možnostiach voľby navrhovaných postupov a rizikách odmietnutia poskytnutia zdravotnej starostlivosti (ďalej len "poskytnúť poučenie"), ak tento zákon neustanovuje inak (§ 6a, § 44 ods. 6, § 44b ods. 2), b) zákonného zástupcu, opatrovníka, poručníka, inú fyzickú osobu ako rodič, ktorá má maloleté dieťa zverené do osobnej starostlivosti, osobu, ktorá má dieťa v náhradnej osobnej starostlivosti, osobu, ktorá má dieťa v pestúnskej starostlivosti, osobu, ktorá má záujem stať sa pestúnom a má dieťa dočasne zverené do starostlivosti, budúceho osvojiteľa, osobu, ktorá má dieťa zverené podľa osobitných predpisov,</w:t>
      </w:r>
    </w:p>
    <w:p>
      <w:r>
        <w:t>4a) štatutárneho zástupcu zariadenia, v ktorom sa vykonáva rozhodnutie súdu o nariadení ústavnej starostlivosti, rozhodnutie súdu o uložení neodkladného opatrenia, rozhodnutie súdu o umiestnení osoby do detenčného ústavu pre mladistvých, rozhodnutie súdu o nariadení výchovného opatrenia alebo rozhodnutie súdu o uložení ochrannej výchovy 5) alebo osobu poverenú štatutárnym zástupcom tohto zariadenia (ďalej len "zákonný zástupca"), ak osobou, ktorej sa má zdravotná starostlivosť poskytnúť, je maloleté dieťa, osoba pozbavená spôsobilosti na právne úkony alebo osoba s obmedzenou spôsobilosťou na právne úkony (ďalej len "osoba nespôsobilá dať informovaný súhlas") a vhodným spôsobom aj osobu nespôsobilú dať informovaný súhlas. 6. Podľa § 9b ods. 1 zákona č. 576/2004 Z. z., pri poskytovaní ústavnej starostlivosti možno voči pacientovi použiť obmedzovací prostriedok len na čas nevyhnutne potrebný na odstránenie priameho ohrozenia. Obmedzovací prostriedok možno použiť, iba ak sa nepodarilo odvrátiť nebezpečné konanie pacienta použitím miernejších spôsobov zvládnutia situácie. Za miernejší spôsob zvládnutia situácie podľa prvej vety sa považuje zvládnutie situácie najmä deeskalačnou technikou, verbálnou komunikáciou, odvrátením pozornosti alebo aktívnym počúvaním. 7. Podľa § 9b ods. 3 zákona č. 576/2004 Z. z., mechanické obmedzenie je použitie prostriedku na zabránenie voľného pohybu pacienta; za taký prostriedok sa považuje ochranný pás, popruh, zábrana, ochranné lôžko alebo miestnosť na bezpečný pobyt. 8. Podľa § 9b ods. 6 zákona č. 576/2004 Z. z., ak je u pacienta nutné použiť obmedzovací prostriedok, podľa závažnosti klinického stavu sa zvolí najmiernejší spôsob použitia obmedzovacieho prostriedku na dosiahnutie účelu. Použitie obmedzovacieho prostriedku nesmie slúžiť na zľahčovanie poskytovania zdravotnej starostlivosti alebo na zvládnutie nepokoja pacienta, ktorý nevedie k agresívnemu správaniu, k priamemu ohrozeniu života alebo zdravia pacienta alebo iných fyzických osôb, prípadne k ničeniu vecí. 9. Podľa § 9b ods. 7 zákona č. 576/2004 Z. z., obmedzovací prostriedok sa u pacienta môže použiť iba spôsobom, ktorý neohrozí zdravie a bezpečnosť pacienta a v miere nevyhnutnej na dosiahnutie účelu s prihliadnutím na mieru ohrozenia a klinický stav pacienta. Pri použití obmedzovacieho prostriedku má pacient právo za podmienok ustanovených týmto zákonom na rešpektovanie ochrany svojej dôstojnosti a telesnej a psychickej integrity. 10. Podľa § 9b ods. 9 zákona č. 576/2004 Z. z., použitie obmedzovacieho prostriedku nariaďuje lekár so špecializáciou v špecializačnom odbore alebo lekár v špecializačnej príprave v špecializačnom odbore podľa osobitného predpisu. Ak je potrebné obmedzovací prostriedok použiť neodkladne a nemožno zabezpečiť jeho nariadenie lekárom podľa prvej vety, použitie obmedzovacieho prostriedku môže nariadiť aj sestra so špecializáciou v špecializačnom odbore; takto nariadené použitie obmedzovacieho prostriedku bezodkladne posúdi lekár podľa prvej vety. Obmedzovací prostriedok môže vykonať zdravotnícky pracovník alebo pracovník na tento účel určený poskytovateľom ústavnej starostlivosti. 11. Podľa § 9b ods. 10 zákona č. 576/2004 Z. z., pacient obmedzený použitím obmedzovacieho prostriedku musí byť pravidelne kontrolovaný v závislosti od formy použitého obmedzovacieho h) údaj o čase, kedy bol pacient informovaný o účele, povahe, následkoch a rizikách použitia obmedzovacieho prostriedku po jeho skončení, i) aké opatrenia boli prijaté na zamedzenie opakovania sa situácie, pri ktorej bolo nevyhnutné použiť obmedzovací prostriedok. 12. Podľa § 9b ods. 11 zákona č. 576/2004 Z. z., zdravotnícky pracovník podľa odseku 9 je povinný pred použitím obmedzovacieho prostriedku a pri každej kontrole použitia obmedzovacieho prostriedku informovať pacienta o účele, povahe, následkoch a rizikách použitia obmedzovacieho prostriedku zrozumiteľne, primerane zdravotnému stavu pacienta. Lekár je povinný pacienta informovať o použití obmedzovacieho prostriedku po skončení použitia obmedzovacieho prostriedku v čase, kedy je pacient schopný vzhľadom na svoj zdravotný stav porozumieť informácii o účele, povahe, následkoch a rizikách obmedzovacieho prostriedku. 13. Podľa § 9b ods. 12 zákona č. 576/2004 Z. z., poskytovateľ ústavnej starostlivosti zabezpečuje vykonanie zápisu o každom použití obmedzovacieho prostriedku do zdravotnej dokumentácie pacienta v rozsahu a) spôsob použitia obmedzovacieho prostriedku,</w:t>
      </w:r>
    </w:p>
    <w:p>
      <w:r>
        <w:t>b) dátum, čas nariadenia a dĺžku doby použitia obmedzovacieho prostriedku, c) dôvod použitia obmedzovacieho prostriedku, najmä opis správania pacienta, opis vzájomného kontaktu pacienta s okolím, opis použitia miernejších možností zvládnutia situácie, určenie choroby pacienta, ak mala vplyv na správanie pacienta, d) meno a priezvisko lekára, ktorý nariadil použitie obmedzovacieho prostriedku, e) meno a priezvisko zdravotníckeho pracovníka, ktorý vykonal použitie obmedzovacieho prostriedku, f) záznam o kontrole pri použití obmedzovacieho prostriedku s uvedením údajov podľa písmena b), g) údaj o informovaní pacienta o účele, povahe, následkoch a rizikách použitia obmedzovacieho prostriedku pred použitím obmedzovacieho prostriedku, h) údaj o čase, kedy bol pacient informovaný o účele, povahe, následkoch a rizikách použitia obmedzovacieho prostriedku po jeho skončení, i) aké opatrenia boli prijaté na zamedzenie opakovania sa situácie, pri ktorej bolo nevyhnutné použiť obmedzovací prostriedok. 14. Podľa § 9b ods. 14 písm. d) zákona č. 576/2004 Z. z., poskytovateľ ústavnej starostlivosti je povinný oznámiť použitie obmedzovacieho prostriedku do 24 hodín od použitia obmedzovacieho prostriedku osobe uvedenej v § 6 ods. 1 písm. b). 15. Podľa 262 ods. 2 CMP, súd vydá uznesenie do piatich dní od obmedzenia osobnej slobody umiestneného. 16. Podľa § 261 CMP, súd sa oboznámi s názorom ošetrujúceho lekára, prípadne ďalších osôb, ktoré môžu objasniť stav veci, a so zdravotnou dokumentáciou umiestnenej osoby. 17. Službukonajúci lekár A. A. B. po poučení podľa § 195 zákona č. 160/2015 Z. z. Civilného sporového poriadku (ďalej len „CSP“) uviedol, že sa jedná o pacienta, ktorý je pozbavený spôsobilosti na právne úkony. Pacient po privezení bol výrazne nekľudný, nespolupracoval, odmietal lieky, kopal okolo seba, odmietal sa dať vyšetriť. Vzhľadom na agresivitu smerujúcu voči personálu a výrazný nekľud, bolo potrebné použitie obmedzovacích prostriedkov. Tieto boli použité bezprostredne po prijatí pacienta. 18. V danom prípade súd nevypočúval A. B., nakoľko tento nebol schopný výsluchu a vykonal len jeho vzhliadnutie. 19. Po oboznámení sa s výsluchom ošetrujúceho lekára ako aj obsahom zdravotnej dokumentácie umiestneného pacienta A. B. súd dospel k záveru, že obmedzenie voľného pohybu umiestneného tak ako bolo uvedené vyššie bolo prípustné a v súlade s vyššie citovanými ustanoveniami zákona č. 576/2004 Z. z., keďže tým došlo ku stabilizácií jeho zdravotného stavu. Preto súd rozhodol, že obmedzenie A. B., nar. XX.XX.XXXX, ku ktorému došlo dňa 05.05.2026 v čase o 17.20 hod. a trvalo aj v čase realizácie súdnych úkonov bolo prípustné. Poučenie: Proti tomuto uzneseniu možno podať odvolanie v lehote 15 dní od jeho doručenia na Okresný súd Námestovo (§ 362 ods. 1 CSP). V odvolaní sa popri všeobecných náležitostiach podania stanovených v § 127 CSP uvedie, proti ktorému rozhodnutiu smeruje, v akom rozsahu sa napáda, z akých dôvodov sa rozhodnutie považuje za nesprávne (odvolacie dôvody) a čoho sa odvolateľ domáha (odvolací návrh) (§ 363 CSP) Odvolanie len proti odôvodneniu rozhodnutia nie je prípustné (§ 358 CSP).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365 ods. 1 CSP). Odvolacie dôvody a dôkazy na ich preukázanie možno meniť a dopĺňať len do uplynutia lehoty na podanie odvolania (§ 365 ods. 3 CSP).</w:t>
      </w:r>
    </w:p>
    <w:p/>
    <w:p>
      <w:r>
        <w:t>Zdroj: KAUZIS.SK – https://www.kauzis.sk/judikatura/r/ECLI:SK:OSNO:2026:5826201166.2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