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18Ps/3/2023 z 6. 9. 2023</w:t>
      </w:r>
    </w:p>
    <w:p>
      <w:r>
        <w:t>Uznesenie Okresného súdu Prievidza z 6. septembra 2023, sp. zn. 18Ps/3/2023, ECLI:SK:OSPD:2023:3823201475.3</w:t>
      </w:r>
    </w:p>
    <w:p>
      <w:r>
        <w:t>Súd: Okresný súd Prievidza</w:t>
      </w:r>
    </w:p>
    <w:p>
      <w:r>
        <w:t>Spisová značka: 18Ps/3/2023</w:t>
      </w:r>
    </w:p>
    <w:p>
      <w:r>
        <w:t>ECLI: ECLI:SK:OSPD:2023:3823201475.3</w:t>
      </w:r>
    </w:p>
    <w:p>
      <w:r>
        <w:t>Dátum vydania: 6. 9. 2023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Okresný súd Prievidza Spisová značka: 18Ps/3/2023 Identifikačné číslo súdneho spisu: 3823201475 Dátum vydania rozhodnutia: 06. 09. 2023 Meno a priezvisko sudcu, VSÚ: JUDr. Zuzana Kotríková ECLI: ECLI:SK:OSPD:2023:3823201475.3 Uznesenie Okresný súd Prievidza vo veci spôsobilosti na právne úkony u posudzovanej: A. B., nar. X.X.XXXX, zomr. XX.XX.XXXX, naposledy bytom B. XX/XX, XXX XX C., zast. pre konanie opatrovníkom: D. E., nar. XX.XX.XXXX, bytom 971 01 Prievidza, o návrhu navrhovateľky: A. F., nar. XX.XX.XXXX, bytom G. XXX/XX, XXX XX C., za účasti Okresnej prokuratúry Prievidza, o obmedzenie spôsobilosti na právne úkony u posudzovanej, takto r o z h o d o l : I. Konanie z a s t a v u j e. II. Žiaden z účastníkov nemá nárok na náhradu trov konania. III. Slovenská republika nemá nárok na náhradu trov konania. o d ô v o d n e n i e : 1. Navrhovateľka návrhom zo dňa 20.04.2023 navrhla obmedziť spôsobilosť na právne úkony posudzovanej: A. B., nar. X.X.XXXX. 2. Súd má z oznámenia o úmrtí, vydaného Mestom Prievidza preukázané, že posudzovaná zomrela dňa XX.XX.XXXX. Dedičské konanie sa vedie na tunajšom súde pod sp. zn. 6D/114/2023 a doposiaľ nebolo právoplatne skončené. 3. Podľa § 2 Civilného mimosporového poriadku, (1) Na konania podľa tohto zákona sa použijú ustanovenia Civilného sporového poriadku, ak tento zákon neustanovuje inak. (2) Na účely tohto zákona sa pojmy žaloba, strana a spor vykladajú ako návrh na začatie konania, účastník konania (ďalej len „účastník“) a konanie podľa tohto zákona, ak z povahy veci nevyplýva inak. 4. Podľa § 63 ods. 1, 2 Civilného sporového poriadku (1) Ak strana zomrie počas konania skôr, ako sa konanie právoplatne skončí, súd posúdi podľa povahy sporu, či má konanie zastaviť, alebo či v ňom môže pokračovať. (2) V konaní súd pokračuje najmä vtedy, ak ide o majetkový spor. Súd rozhodne, že v konaní pokračuje s dedičmi strany, prípadne s tými, na ktorých podľa výsledku dedičského konania prešlo právo alebo povinnosť, o ktorú v konaní ide, a to len čo sa skončí konanie o dedičstve. 5. Dňa 12.08.2023 posudzovaná zomrela. Súd preto podľa § 63 Civilného sporového poriadku v spojení s § 2 Civilného mimosporového poriadku konanie zastavil 6. O trovách konania súd rozhodol v zmysle § 52 CMP tak, že žiaden z účastníkov nemá nárok na náhradu trov konania. 7. Trovy predmetného konania s poukázaním na ustanovenie § 251 ods. 1 CMP platí štát, ktorému súd náhradu takto vzniknutých trov s poukázaním na cit. ustanovenie nepriznal. Poučenie: Proti tomuto uzneseniu možno podať odvolanie v lehote 15 dní odo dňa jeho doručenia v dvoch vyhotoveniach na súde, proti rozhodnutiu ktorého smeruje V odvolaní sa popri všeobecných náležitostiach podania uvedie, proti ktorému rozhodnutiu smeruje, v akom rozsahu sa napáda, z akých dôvodov sa rozhodnutie považuje za nesprávne (odvolacie dôvody) a čoho sa odvolateľ domáha (odvolací návrh).</w:t>
      </w:r>
    </w:p>
    <w:p/>
    <w:p>
      <w:r>
        <w:t>Zdroj: KAUZIS.SK – https://www.kauzis.sk/judikatura/r/ECLI:SK:OSPD:2023:3823201475.3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