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BN-4Er/121/2008 z 5. 12. 2024</w:t>
      </w:r>
    </w:p>
    <w:p>
      <w:r>
        <w:t>Uznesenie Okresného súdu Prievidza z 5. decembra 2024, sp. zn. BN-4Er/121/2008, ECLI:SK:OSPD:2024:3105222252.5</w:t>
      </w:r>
    </w:p>
    <w:p>
      <w:r>
        <w:t>Súd: Okresný súd Prievidza</w:t>
      </w:r>
    </w:p>
    <w:p>
      <w:r>
        <w:t>Spisová značka: BN-4Er/121/2008</w:t>
      </w:r>
    </w:p>
    <w:p>
      <w:r>
        <w:t>ECLI: ECLI:SK:OSPD:2024:3105222252.5</w:t>
      </w:r>
    </w:p>
    <w:p>
      <w:r>
        <w:t>Dátum vydania: 5. 12.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BN-4Er/121/2008 3105222252 05. 12. 2024 Mgr. Denisa Cagalová ECLI:SK:OSPD:2024:3105222252.5</w:t>
      </w:r>
    </w:p>
    <w:p>
      <w:r>
        <w:t>Uznesenie Okresný súd Prievidza v exekučnom konaní oprávneného: Wüstenrot poisťovňa, a.s., so sídlom Bratislava, Digital Park I, Einsteinova 21, IČO: 31 383 408, proti povinnému: A. B., nar. XX.XX.XXXX, bytom C. C. D. XXX, XXX XX E. C., o vymoženie 162,28 € s príslušenstvom, takto rozhodol: Súd u r č u j e , že došlo k zastaveniu starej exekúcie, vedenej na úrade súdneho exekútora JUDr. Márie Bílej, pod sp. zn. EX 20/05. odôvodnenie: 1. Okresný súd Trenčín poveril súdneho exekútora Mgr. Bc. Martina Čekana poverením č. 5309 010943 * zo dňa 03.10.2005 vykonaním exekúcie na základe rozhodnutia Okresného súdu Bánovce nad Bebravou, Platobného rozkazu č.k. 10Ro 268/2002 zo dňa 09.12.2002. Uznesením Okresného súdu Bánovce nad Bebravou č.k. 4Er/121/2008-12 zo dňa 07.08.2012 súd vyhovel návrhu oprávneného na zmenu súdneho exekútora a novo povereným súdnym exekútorom sa stala JUDr. Mária Bíla (Hlavňová). 2. Podľa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3. Podľa § 1 ods. 2 ZoUNEK na účely tohto zákona sa starou exekúciou rozumie exekúcia začatá pred 1. aprílom 2017 a vedená podľa predpisov účinných do 31. marca 2017. 4. Podľa § 2 ods. 1 písm. a) ZoUNEK, stará exekúcia sa týmto zákonom zastavuje, ak uplynula rozhodná doba a nejde o starú exekúciu podľa odseku 2. 5. Podľa § 2 ods. 2 zákona č.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únie,3) e) vymoženie plnenia priznaného rozhodnutím správneho orgánu vo veci porušenia pravidiel hospodárskej súťaže podľa osobitného predpisu,4)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konanie.5) ".</w:t>
      </w:r>
    </w:p>
    <w:p>
      <w:r>
        <w:t>6. Podľa § 3 ods. 1 ZoUNEK rozhodnou dobou je doba piatich rokov. Rozhodná doba plynie odo dňa doručenia prvotného poverenia na vykonanie exekúcie súdnemu exekútorovi (ďalej len "exekútor"), ak § 4 neustanovuje inak; na zmenu exekútora sa neprihliada. 7. Podľa § 4 ods. 2 písm. e/ ZoUNEK rozhodná doba podľa § 3 neuplynie skôr ako 12 mesiacov od právoplatnosti rozhodnutia súdu, ak súd ku dňu, keď sa má stará exekúcia zastaviť, rozhoduje o návrhu na pripustenie zmeny účastníka exekučného konania na strane povinného a zmenu účastníka exekučného konania povolí.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3 veta druhá ZoUNEK ak ide o starú exekúciu, ktorá sa zastavuje ku dňu účinnosti tohto zákona, upovedomenie o zastavení starej exekúcie zašle exekútor oprávnenému do 180 dní od nadobudnutia účinnosti tohto zákona. 10. Podľa § 6 ods. 4 písm. a) ZoUNEK exekútor nemá nárok na náhradu paušálnych trov, ak oprávnenému zaslal upovedomenie o zastavení exekúcie po uplynutí lehoty podľa § 5 ods. 3. 11. Podľa § 8 ods. 2 zákona č. 233/2019 Z.z.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12. Zákon č. 233/2019 Z. z. o ukončení niektorých exekučných konaní a o zmene a doplnení niektorých zákonov vymedzuje dôvody pre zastavenie starej exekúcie t.j. exekúcie začatej pred 1.4.2017, k zastaveniu ktorej dochádza priamo zo zákona. Jedným z uvedených dôvodov je uplynutie rozhodnej doby čo je doba 5 rokov, ktorá sa počíta odo dňa doručenia prvotného poverenia na vykonanie exekúcie súdnemu exekútorovi, ak neexistuje dôvod na jej predĺženie v zmysle § 4 tohto zákona. 13. V prejednávanom prípade exekúcia sa začala dňa 03.08.2005, pričom prvotné poverenie bolo súdnemu exekútorovi doručené dňa 03.10.2005. Nakoľko neexistuje dôvod na jej predĺženie, rozhodná doba uplynula dňom 01.01.2020, nadobudnutím účinnosti ZoUNEK. 14. Nakoľko sa na predmetnú exekúciu nevzťahujú absolútne ani relatívne výnimky zastavenia starej exekúcie, došlo nadobudnutím účinnosti ZoUNEK dňa 01.01.2020 k zastaveniu starej exekúcie. Preto súd v zmysle cit. ustanovenia § 8 ods. 2 veta prvá ZoUNEK, určil, že došlo k zastaveniu starej exekúcie. Poučenie: Proti tomuto uzneseniu nie je prípustné odvolanie. Proti uzneseniu súdu prvej inštancie vydanému súdnym úradníkom, ktoré treba doručiť, je prípustná sťažnosť, ktorú môže podať ten, v koho neprospech bolo uznesenie vydané v lehote 15 dní od doručenia uznesenia na súde, ktorý napadnuté uznesenie vydal. Sťažnosť len proti dôvodom uznesenia nie je prípustná. V sťažnosti sa popri všeobecných náležitostiach podania (t. j. ktorému súdu je určené, kto ho robí, ktorej veci sa týka, čo sa ním sleduje, podpis, spisová značka)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O sťažnosti rozhoduje súd prvej inštancie spravidla bez nariadenia pojednávania. Ak nie je sťažnosť dôvodná, súd sťažnosť zamietne. Ak je sťažnosť dôvodná, súd napadnuté uznesenie zruší alebo zmení; s prípade zrušenia uznesenia je súdny úradník viazaný právnym názorom súdu.</w:t>
      </w:r>
    </w:p>
    <w:p/>
    <w:p>
      <w:r>
        <w:t>Zdroj: KAUZIS.SK – https://www.kauzis.sk/judikatura/r/ECLI:SK:OSPD:2024:3105222252.5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