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10Pc/26/2023 z 14. 5. 2024</w:t>
      </w:r>
    </w:p>
    <w:p>
      <w:r>
        <w:t>Uznesenie Okresného súdu Prievidza z 14. mája 2024, sp. zn. 10Pc/26/2023, ECLI:SK:OSPD:2024:3820200441.3</w:t>
      </w:r>
    </w:p>
    <w:p>
      <w:r>
        <w:t>Súd: Okresný súd Prievidza</w:t>
      </w:r>
    </w:p>
    <w:p>
      <w:r>
        <w:t>Spisová značka: 10Pc/26/2023</w:t>
      </w:r>
    </w:p>
    <w:p>
      <w:r>
        <w:t>ECLI: ECLI:SK:OSPD:2024:3820200441.3</w:t>
      </w:r>
    </w:p>
    <w:p>
      <w:r>
        <w:t>Dátum vydania: 14. 5.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10Pc/26/2023 3820200441 14. 05. 2024 JUDr. Katarína Zajacová ECLI:SK:OSPD:2024:3820200441.3</w:t>
      </w:r>
    </w:p>
    <w:p>
      <w:r>
        <w:t>Uznesenie Okresný súd v Prievidzi v právnej veci osoby povinnej platením výživného, A. B., nar. X.XX.XXXX, bytom C., D. XX/X, zast. JUDr. Jozefom Námešným, advokátom so sídlom v Prievidzi, Nábrežie sv. Cyrila 47 proti osobe oprávnenej na výživné, E. B., nar. XX.X.XXXX, bytom C., F. G. XXX/X, C., zast. JUDr. Soňou Soboňovou, advokátkou so sídlom v Nových Zámkoch, Kapisztóryho 2, o zrušenie vyživovacej povinnosti osoby povinnej platením výživného k osobe oprávnenej na výživné, takto rozhodol: I. S c h v a ľ u j e zmier, ktorým z r u š u j e vyživovaciu vyživovaciu povinnosť osoby povinnej platiť výživné, A. B., nar. X.XX.XXXX k osobe oprávnenej na výživné, E. B., nar. XX.X.XXXX naposledy určenú rozsudkom Okresného súdu Prievidza č.k. 14P/57/2017-142 zo dňa 7.12.2018 sumou 140,- eur mesačne, od 4.6.2022. odôvodnenie: 1. Osoba povinná platením výživného sa podaným návrhom domáhala zrušenia vyživovacej povinnosti k osobe oprávnenej na výživné, že ukončila štúdium na strednej škole, zamestnala sa a v ďalšom štúdiu nepokračuje. 2. Účastníci sa v priebehu súdneho konania dohodli na zrušení vyživovacej povinnosti od 4.6.2022. 3. Súd dohodu účastníkov vo forme zmieru v znení uvedenom vo výrokovej časti tohto rozhodnutia schválil podľa ust. § 148 ods. 2 CSP, pretože nebol v rozpore s ust. § 62 ods. 1 a § 78 ods. 1 Zákona o rodine. Poučenie: Proti tomuto rozhodnutiu odvolanie nie je prípustné (§ 355 ods. 2, § 357 CSP).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https://www.kauzis.sk/judikatura/r/ECLI:SK:OSPD:2024:3820200441.3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