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1T/71/2024 z 12. 8. 2024</w:t>
      </w:r>
    </w:p>
    <w:p>
      <w:r>
        <w:t>Uznesenie Okresného súdu Prievidza z 12. augusta 2024, sp. zn. 1T/71/2024, ECLI:SK:OSPD:2024:3824010677.2</w:t>
      </w:r>
    </w:p>
    <w:p>
      <w:r>
        <w:t>Súd: Okresný súd Prievidza</w:t>
      </w:r>
    </w:p>
    <w:p>
      <w:r>
        <w:t>Spisová značka: 1T/71/2024</w:t>
      </w:r>
    </w:p>
    <w:p>
      <w:r>
        <w:t>ECLI: ECLI:SK:OSPD:2024:3824010677.2</w:t>
      </w:r>
    </w:p>
    <w:p>
      <w:r>
        <w:t>Dátum vydania: 12. 8. 2024</w:t>
      </w:r>
    </w:p>
    <w:p>
      <w:r>
        <w:t>Forma: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1T/71/2024 3824010677 12. 08. 2024 Mgr. Vojtech Chmelan ECLI:SK:OSPD:2024:3824010677.2</w:t>
      </w:r>
    </w:p>
    <w:p>
      <w:r>
        <w:t>Uznesenie Okresný súd Prievidza samosudcom Mgr. Vojtechom Chmelanom na verejnom zasadnutí konanom dňa 12. augusta 2024 takto rozhodol: Podľa § 334 ods.3 Trestného poriadku súd vracia trestnú vec vedenú na Okresnom súde Prievidza pod sp. zn. 1T 71/2024 voči obvinenému A. B. C. D. E. F. G. H. I. , nar. XX.XX.XXXX v B., okres J., trvale bytom Mesto J., t.č. vo výkone väzby v Ústave na výkon väzby I., prokurátorovi späť do prípravného konania. odôvodnenie: Dňa 31. júla 2024 prokurátor Okresnej prokuratúry v Prievidzi podal na Okresný súd Prievidza návrh na schválenie dohody o vine a treste pod sp. zn. 1Pv 164/2024 uzatvorený medzi prokurátorom a obvineným A. B.. Dňa 12. augusta 2024 na verejnom zasadnutí po prednesení návrhu prokurátora Okresnej prokuratúry v Prievidzi predstúpil obvinený A. B., ktorý v zmysle § 333 ods.3 Trestného poriadku na kladenú otázku pod písmenom b) odpovedal nie. Podľa § 334 ods.3 Trestného poriadku ak súd dohodu o vine a treste v navrhovanom rozsahu neschváli alebo obvinený odpovedal na niektorú otázku ,,nie“, uznesením vec vráti prokurátorovi do prípravného konania. Rovnako postupuje, ak niektorá z oprávnených osôb s dohodou o vine a treste nesúhlasí v konaní pred súdom. Vzhľadom na to, že obvinený A. B. na jednu z otázok odpovedal ,,nie“, súd trestnú vec vrátil vec prokurátorovi do prípravného konania. Poučenie: Proti tomuto uzneseniu sťažnosť nie je prípustná.</w:t>
      </w:r>
    </w:p>
    <w:p/>
    <w:p>
      <w:r>
        <w:t>Zdroj: KAUZIS.SK – https://www.kauzis.sk/judikatura/r/ECLI:SK:OSPD:2024:3824010677.2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