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1Nt/38/2024 z 20. 11. 2024</w:t>
      </w:r>
    </w:p>
    <w:p>
      <w:r>
        <w:t>Uznesenie Okresného súdu Prievidza z 20. novembra 2024, sp. zn. 1Nt/38/2024, ECLI:SK:OSPD:2024:3824010813.2</w:t>
      </w:r>
    </w:p>
    <w:p>
      <w:r>
        <w:t>Súd: Okresný súd Prievidza</w:t>
      </w:r>
    </w:p>
    <w:p>
      <w:r>
        <w:t>Spisová značka: 1Nt/38/2024</w:t>
      </w:r>
    </w:p>
    <w:p>
      <w:r>
        <w:t>ECLI: ECLI:SK:OSPD:2024:3824010813.2</w:t>
      </w:r>
    </w:p>
    <w:p>
      <w:r>
        <w:t>Dátum vydania: 20. 11. 2024</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1Nt/38/2024 3824010813 20. 11. 2024 Mgr. Vojtech Chmelan ECLI:SK:OSPD:2024:3824010813.2</w:t>
      </w:r>
    </w:p>
    <w:p>
      <w:r>
        <w:t>Uznesenie Okresný súd Prievidza predsedom senátu Mgr. Vojtechom Chmelanom dňa 20. novembra 2024 takto rozhodol: Podľa § 396 ods.8 Trestného poriadku súd berie na vedomie späťvzatie návrhu odsúdeného A. B. C. D. E. F. C. , nar. XX.XX.XXXX v G., trvale bytom H., D. I. XXXX/XX, t.č. vo výkone trestu odňatia slobody v Ústave na výkon trestu odňatia slobody F., o povolenie obnovy konania zo dňa 09. septembra 2024, ktorý bol doručený Okresnému súdu Prievidza dňa 11. septembra 2024, doplnený zo dňa 09. októbra 2024, ktorý bol doručený Okresnému súdu Prievidza dňa 09. októbra 2024. odôvodnenie: Odsúdený A. B. podal návrh o povolenie obnovy konania vo veci Okresného súdu Prievidza, sp. zn. 2T 8/2022, ktorý bol súdu doručený dňa 11. septembra 2024. Dňa 20. novembra 2024 pred začatím verejného zasadnutia odsúdený svoj návrh o povolenie obnovy konania v plnom rozsahu zobral späť. Podľa § 396 ods.8 Trestného poriadku vzatie návrhu na obnovu konania späť vezme, ak niet prekážok uznesením na vedomie predseda senátu, ktorý vo veci koná. Vzhľadom na horeuvedené skutočnosti, z dôvodu, že oprávnená osoba, t.j. odsúdený A. B. vzal svoj návrh na obnovu konania v plnom rozsahu späť, predseda senátu vo veci rozhodol tak, ako je to uvedené vo výrokovej časti tohto rozhodnutia. Poučenie: Proti tomuto uzneseniu nie je sťažnosť prípustná.</w:t>
      </w:r>
    </w:p>
    <w:p/>
    <w:p>
      <w:r>
        <w:t>Zdroj: KAUZIS.SK – https://www.kauzis.sk/judikatura/r/ECLI:SK:OSPD:2024:3824010813.2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