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11Pc/6/2024 z 25. 11. 2024</w:t>
      </w:r>
    </w:p>
    <w:p>
      <w:r>
        <w:t>Uznesenie Okresného súdu Prievidza z 25. novembra 2024, sp. zn. 11Pc/6/2024, ECLI:SK:OSPD:2024:3824200784.2</w:t>
      </w:r>
    </w:p>
    <w:p>
      <w:r>
        <w:t>Súd: Okresný súd Prievidza</w:t>
      </w:r>
    </w:p>
    <w:p>
      <w:r>
        <w:t>Spisová značka: 11Pc/6/2024</w:t>
      </w:r>
    </w:p>
    <w:p>
      <w:r>
        <w:t>ECLI: ECLI:SK:OSPD:2024:3824200784.2</w:t>
      </w:r>
    </w:p>
    <w:p>
      <w:r>
        <w:t>Dátum vydania: 25. 11.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11Pc/6/2024 3824200784 25. 11. 2024 JUDr. Eva Kiššová ECLI:SK:OSPD:2024:3824200784.2</w:t>
      </w:r>
    </w:p>
    <w:p>
      <w:r>
        <w:t>Uznesenie Okresný súd Prievidza sudkyňou JUDr. Evou Kiššovou v právnej veci navrhovateľky: A. B., nar. XX.X.XXXX, trvale bytom C., D. E. XXX/XX, zast. JUDr. Mgr. Lucia Príčová, advokátka so sídlom Banská Bystrica, Na troskách 12, proti odporcovi: E. F., nar. XX.X.XXXX, trvale bytom G., H. XX, I., o určenie výživného na plnoleté dieťa, takto rozhodol: I. Súd s c h v a ľ u j e súdny zmier, ktorý znie: Odporca sa zaväzuje platiť na výživu navrhovateľky z titulu výživného na plnoleté dieťa výživné mesačne 250 eur a to počnúc 7.2.2024, ktoré výživné sa zaväzuje platiť mesačne vopred k rukám navrhovateľky najneskôr do posledného dňa nasledujúceho mesiaca . Nedoplatok na výživnom z titulu určenia výživného za dobu od 7.2.2024 do 30.11.2024 vo výške 1.561,22 eur sa odporca zaväzuje zaplatiť k rukám navrhovateľky najneskôr do 31.12.2024. Týmto je dotknutý rozsudok Okresného súdu Prievidza č.k. 13P/134/2011-17 zo dňa 6.5.2011. II. Žiaden z účastníkov nemá nárok na náhradu trov konania. odôvodnenie: Toto rozhodnutie bližšie dôvody neobsahuje (§ 2 ods. 1 CMP, § 221 písm. a/ CSP). Poučenie: Proti tomuto rozhodnutiu možno podať odvolanie v lehote 15 dní odo dňa jeho doručenia na Krajský súd v Žiline, práva ktorého podať odvolanie sa účastníci výslovne vzdali, čo potvrdili svojimi podpismi do súdnej zápisnice.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https://www.kauzis.sk/judikatura/r/ECLI:SK:OSPD:2024:3824200784.2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