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10P/28/2024 z 30. 5. 2024</w:t>
      </w:r>
    </w:p>
    <w:p>
      <w:r>
        <w:t>Rozsudok Okresného súdu Prievidza z 30. mája 2024, sp. zn. 10P/28/2024, ECLI:SK:OSPD:2024:3824201518.2</w:t>
      </w:r>
    </w:p>
    <w:p>
      <w:r>
        <w:t>Súd: Okresný súd Prievidza</w:t>
      </w:r>
    </w:p>
    <w:p>
      <w:r>
        <w:t>Spisová značka: 10P/28/2024</w:t>
      </w:r>
    </w:p>
    <w:p>
      <w:r>
        <w:t>ECLI: ECLI:SK:OSPD:2024:3824201518.2</w:t>
      </w:r>
    </w:p>
    <w:p>
      <w:r>
        <w:t>Dátum vydania: 30. 5.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10P/28/2024 3824201518 30. 05. 2024 JUDr. Katarína Zajacová ECLI:SK:OSPD:2024:3824201518.2</w:t>
      </w:r>
    </w:p>
    <w:p>
      <w:r>
        <w:t>ROZSUDOK V MENE SLOVENSKEJ REPUBLIKY Okresný súd v Prievidzi sudkyňou JUDr. Katarínou Zajacovou v právnej veci manželky A. B., C. D., nar. XX.X.XXXX, bytom E., F. XXXX/X proti manželovi D. B., nar. XX.X.XXXX, bytom E., F. XXX/XX, o rozvod manželstva a úpravu výkonu rodičovských práv a povinností účastníkov na čas po rozvode k maloletým deťom B., G., nar. XX.X.XXXX a G., nar. XX.X.XXXX, zastúpeným kolíznym opatrovníkom, Úradom práce, sociálnych vecí a rodiny Prievidza, takto rozhodol: I. Manželstvo účastníkov D. B., nar. XX.X.XXXX a A. B., C. D., nar. XX.X.XXXX uzavreté dňa 1.3.2014 v Bojniciach a zapísané v Knihe manželstiev Matričného úradu Bojnice, vo zväzku 17, ročník 2014, na strane 55, pod poradovým číslom 9 r o z v á d z a . II. S c h v a ľ u je rodičovskú dohodu účastníkov, ktorou sa maloleté deti B., G., nar. XX.X.XXXX a G., nar. XX.X.XXXX z v e r u j ú na čas po rozvode manželstva do osobnej starostlivosti matky. III. P r á v o zastupovať maloleté deti v bežných veciach a spravovať ich majetok v bežných veciach m a j ú obaja rodičia, každý samostatne. IV. Otec maloletých detí, D. B., nar. XX.X.XXXX sa z a v ä z u j e platiť na výživu maloletej G. výživným v sume 270,- eur mesačne a na výživu maloletej G. výživným v sume 230,- eur mesačne vždy do 25. dňa v mesiaci vopred, do rúk matky maloletých detí, počnúc právoplatnosťou tohto rozsudku. V. Styk otca s maloletými deťmi n e u p r a v u j e . odôvodnenie: 1. Tento rozsudok podľa § 221 písm. a/, b/ CSP a § 122 CMP neobsahuje odôvodnenie. Poučenie: Proti tomuto rozsudku odvolanie nie je prípustné, nakoľko sa ho manželia voči výroku I. rozsudku o rozvode manželstva a kolízny opatrovník voči výrokom I., II., III., IV., V. rozsudku vzdali, čo potvrdili svojimi podpismi do súdnej zápisnice dňa 30.5.2024.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r>
        <w:t>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https://www.kauzis.sk/judikatura/r/ECLI:SK:OSPD:2024:3824201518.2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