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11Pc/14/2024 z 6. 6. 2024</w:t>
      </w:r>
    </w:p>
    <w:p>
      <w:r>
        <w:t>Rozsudok Okresného súdu Prievidza z 6. júna 2024, sp. zn. 11Pc/14/2024, ECLI:SK:OSPD:2024:3824201770.2</w:t>
      </w:r>
    </w:p>
    <w:p>
      <w:r>
        <w:t>Súd: Okresný súd Prievidza</w:t>
      </w:r>
    </w:p>
    <w:p>
      <w:r>
        <w:t>Spisová značka: 11Pc/14/2024</w:t>
      </w:r>
    </w:p>
    <w:p>
      <w:r>
        <w:t>ECLI: ECLI:SK:OSPD:2024:3824201770.2</w:t>
      </w:r>
    </w:p>
    <w:p>
      <w:r>
        <w:t>Dátum vydania: 6. 6.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11Pc/14/2024 3824201770 06. 06. 2024 JUDr. Ľudmila Škvaridlová ECLI:SK:OSPD:2024:3824201770.2</w:t>
      </w:r>
    </w:p>
    <w:p>
      <w:r>
        <w:t>ROZSUDOK V MENE SLOVENSKEJ REPUBLIKY Okresný súd Prievidza samosudkyňou JUDr. Ľudmilou Škvaridlovou v právnej veci navrhovateľa A. B. C., nar. XX.X.XXXX, bytom D. XXX/X, B. proti synovi navrhovateľa E. C., nar. X.X.XXXX, bytom F. XXX/ XX, G. B., zast. JUDr. Janou Bezákovou, advokátkou so sídlom Bakalárska 6, Prievidza, IČO: 37 915 061 o zrušenie vyživovacej povinnosti k plnoletému dieťaťu takto rozhodol: I. Z r u š u j e vyživovaciu povinnosť navrhovateľa A. B. C., nar. XX.X.XXXX voči synovi navrhovateľa E. C., nar. X.X.XXXX určenú rozsudkom Okresného súdu Prievidza sp. zn. 5C 9/2007 zo dňa 20.júna 2007 s účinnosťou od novembra 2023. II. Žiaden z účastníkov n e m á právo na náhradu trov konania. odôvodnenie: 1. Podľa § 221 písm. a/ CSP, písomné vyhotovenie rozsudku nemusí obsahovať odôvodnenie, ak je na pojednávaní vyhlásený rozsudok za prítomnosti všetkých strán sporu alebo ich zástupcov, ktorí sa vzdajú odvolania. 2. Navrhovateľ a právna zástupkyňa syna navrhovateľa sa na pojednávaní dňa 6.6.2024 po vyhlásení rozsudku a jeho stručnom zdôvodnení vzdali práva podať voči rozsudku odvolanie. Preto písomné vyhotovenie rozsudku odôvodnenie neobsahuje. Poučenie: Proti tomuto rozsudku možno podať odvolanie v lehote 15 dní odo dňa jeho doručenia, prostredníctvom Okresného súdu Prievidza na odvolací súd - súd II. inštancie, písomne v dvoch vyhotoveniach (§ 355 ods. 1 CSP v spojení s § 362 ods.1 CSP). Navrhovateľ a právna zástupkyňa syna navrhovateľa sa po vyhlásení rozsudku, jeho stručnom zdôvodnení a podaní poučenia o práve podať voči nemu opravný prostriedok - odvolanie, sa tohto práva vzdali, čo potvrdili svojimi podpismi do súdnej zápisnice.</w:t>
      </w:r>
    </w:p>
    <w:p/>
    <w:p>
      <w:r>
        <w:t>Zdroj: KAUZIS.SK – https://www.kauzis.sk/judikatura/r/ECLI:SK:OSPD:2024:3824201770.2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