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11P/28/2024 z 27. 6. 2024</w:t>
      </w:r>
    </w:p>
    <w:p>
      <w:r>
        <w:t>Rozsudok Okresného súdu Prievidza z 27. júna 2024, sp. zn. 11P/28/2024, ECLI:SK:OSPD:2024:3824201775.2</w:t>
      </w:r>
    </w:p>
    <w:p>
      <w:r>
        <w:t>Súd: Okresný súd Prievidza</w:t>
      </w:r>
    </w:p>
    <w:p>
      <w:r>
        <w:t>Spisová značka: 11P/28/2024</w:t>
      </w:r>
    </w:p>
    <w:p>
      <w:r>
        <w:t>ECLI: ECLI:SK:OSPD:2024:3824201775.2</w:t>
      </w:r>
    </w:p>
    <w:p>
      <w:r>
        <w:t>Dátum vydania: 27. 6.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11P/28/2024 3824201775 27. 06. 2024 JUDr. Ľudmila Škvaridlová ECLI:SK:OSPD:2024:3824201775.2</w:t>
      </w:r>
    </w:p>
    <w:p>
      <w:r>
        <w:t>ROZSUDOK V MENE SLOVENSKEJ REPUBLIKY Okresný súd Prievidza samosudkyňou JUDr. Ľudmilou Škvaridlovou v právnej veci navrhovateľa A. B., nar. XX.X.XXXX, bytom C. D. XXX/XX, E. proti manželke navrhovateľa A. B., nar. XX.XX.XXXX, bytom C. D. XXX/XX, E., zast. JUDr. Jánom Kokindom, advokátom so sídlom Prievidza, M. Mišíka I. 780/19A o rozvod manželstva a úpravu výkonu rodičovských práv a povinností k maloletej C. B., nar. XX.X.XXXX, bytom C. D. XXX/XX, E., zast. kolíznym opatrovníkom Úradom práce, sociálnych vecí a rodiny Prievidza takto rozhodol: I. Manželstvo A. B., nar. XX.X.XXXX a A. B., F. G., nar. XX.XX.XXXX, uzavreté dňa XX.XXXXXXXX XXXX na Matričnom úrade E., zapísané v knihe manželstiev Matričného úradu E., vo zväzku XX, ročník XXXX na strane XX pod poradovým číslom XX r o z v á – dza . II. Maloletú C. B., nar. XX.X.XXXX na čas po rozvode z v e r u j e do osobnej starostlivosti manželky navrhovateľa. III. Súd schvaľuje uzavretú rodičovskú dohodu, v zmysle ktorej navrhovateľ sa z a v ä z u j e platiť na výživu maloletej mesačne sumou 250 eur dňom právoplatnosti výroku o rozvode manželstva, ktoré výživné sa z a v ä z u j e platiť vždy do 15-teho dňa v tom-ktorom mesiaci vopred k rukám manželky navrhovateľa. IV. Žiaden z účastníkov n e m á právo na náhradu trov konania. odôvodnenie: 1. Podľa § 221 písm. a/ CSP, písomné vyhotovenie rozsudku nemusí obsahovať odôvodnenie, ak je na pojednávaní vyhlásený rozsudok za prítomnosti všetkých strán sporu alebo ich zástupcov, ktorí sa vzdajú odvolania. 2. Navrhovateľ, manželka navrhovateľa, právny zástupca manželky a kolízny opatrovník sa na pojednávaní dňa 27.6.2024 po vyhlásení rozsudku a jeho stručnom zdôvodnení vzdali práva podať voči rozsudku odvolanie. Preto písomné vyhotovenie rozsudku odôvodnenie neobsahuje. Poučenie: Proti tomuto rozsudku možno podať odvolanie v lehote 15 dní odo dňa jeho doručenia, prostredníctvom Okresného súdu Prievidza na odvolací súd - súd II. inštancie, písomne v troch vyhotoveniach (§ 355 ods. 1 CSP v spojení s § 362 ods.1 CSP).</w:t>
      </w:r>
    </w:p>
    <w:p>
      <w:r>
        <w:t>Navrhovateľ, manželka navrhovateľa, právny zástupca manželky a kolízny opatrovník sa po vyhlásení rozsudku, jeho stručnom zdôvodnení a podaní poučenia o práve podať voči nemu opravný prostriedok - odvolanie, sa tohto práva vzdali, čo potvrdili svojimi podpismi do súdnej zápisnice. Manžel, ktorý pri uzavretí manželstva prijal priezvisko druhého manžela ako spoločné priezvisko, môže do 3 mesiacov po právoplatnosti rozhodnutia o rozvode manželstva matričnému úradu oznámiť, že prijíma opäť svoje predošlé priezvisko (§ 27 ods. 1 Zákona o rodine). Ak povinný dobrovoľne nesplní, čo mu ukladá vykonateľné rozhodnutie, oprávnený môže podať návrh na súdny výkon rozhodnutia alebo návrh na vykonanie exekúcie podľa osobitného predpisu.</w:t>
      </w:r>
    </w:p>
    <w:p/>
    <w:p>
      <w:r>
        <w:t>Zdroj: KAUZIS.SK – https://www.kauzis.sk/judikatura/r/ECLI:SK:OSPD:2024:3824201775.2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